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BCC3" w14:textId="77777777" w:rsidR="00D93261" w:rsidRPr="00D93261" w:rsidRDefault="00D93261" w:rsidP="00D93261">
      <w:pPr>
        <w:spacing w:line="240" w:lineRule="auto"/>
        <w:jc w:val="center"/>
        <w:rPr>
          <w:rFonts w:cs="Khalid Art bold"/>
          <w:color w:val="FFFFFF" w:themeColor="background1"/>
          <w:sz w:val="4"/>
          <w:szCs w:val="4"/>
          <w:rtl/>
        </w:rPr>
      </w:pPr>
    </w:p>
    <w:p w14:paraId="325B4AF0" w14:textId="6EDB894A" w:rsidR="00212133" w:rsidRPr="00D93261" w:rsidRDefault="00960181" w:rsidP="00040F59">
      <w:pPr>
        <w:shd w:val="clear" w:color="auto" w:fill="339966"/>
        <w:spacing w:line="240" w:lineRule="auto"/>
        <w:jc w:val="center"/>
        <w:rPr>
          <w:rFonts w:cs="Khalid Art bold"/>
          <w:color w:val="FFFFFF" w:themeColor="background1"/>
          <w:sz w:val="22"/>
        </w:rPr>
      </w:pPr>
      <w:r w:rsidRPr="00D93261">
        <w:rPr>
          <w:rFonts w:cs="Khalid Art bold"/>
          <w:color w:val="FFFFFF" w:themeColor="background1"/>
          <w:sz w:val="22"/>
          <w:rtl/>
        </w:rPr>
        <w:t>اجتماع تنفيذ الخطة التنفيذية لفعاليات اليوم الوطني السعودي</w:t>
      </w:r>
    </w:p>
    <w:p w14:paraId="453C7002" w14:textId="45A7E5B7" w:rsidR="00212133" w:rsidRPr="00040F59" w:rsidRDefault="00960181" w:rsidP="00040F59">
      <w:pPr>
        <w:bidi/>
        <w:spacing w:line="240" w:lineRule="auto"/>
        <w:jc w:val="both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عُقد الاجتماع</w:t>
      </w:r>
      <w:r w:rsidR="00040F59" w:rsidRPr="00040F59">
        <w:rPr>
          <w:rFonts w:cs="Khalid Art bold" w:hint="cs"/>
          <w:sz w:val="18"/>
          <w:szCs w:val="18"/>
          <w:rtl/>
        </w:rPr>
        <w:t xml:space="preserve"> يوم الخميس الموافق 6/4/1448هـ</w:t>
      </w:r>
      <w:r w:rsidRPr="00040F59">
        <w:rPr>
          <w:rFonts w:cs="Khalid Art bold"/>
          <w:sz w:val="18"/>
          <w:szCs w:val="18"/>
          <w:rtl/>
        </w:rPr>
        <w:t xml:space="preserve"> لمناقشة آلية تنفيذ الخطة التنفيذية لفعاليات اليوم الوطني السعودي خلال الفترة من الأحد</w:t>
      </w:r>
      <w:r w:rsidR="00040F59" w:rsidRPr="00040F59">
        <w:rPr>
          <w:rFonts w:cs="Khalid Art bold" w:hint="cs"/>
          <w:sz w:val="18"/>
          <w:szCs w:val="18"/>
          <w:rtl/>
        </w:rPr>
        <w:t xml:space="preserve"> 9/4/1448هـ</w:t>
      </w:r>
      <w:r w:rsidRPr="00040F59">
        <w:rPr>
          <w:rFonts w:cs="Khalid Art bold"/>
          <w:sz w:val="18"/>
          <w:szCs w:val="18"/>
          <w:rtl/>
        </w:rPr>
        <w:t xml:space="preserve"> </w:t>
      </w:r>
      <w:r w:rsidRPr="00040F59">
        <w:rPr>
          <w:rFonts w:cs="Khalid Art bold"/>
          <w:sz w:val="18"/>
          <w:szCs w:val="18"/>
          <w:rtl/>
        </w:rPr>
        <w:t xml:space="preserve">إلى الثلاثاء </w:t>
      </w:r>
      <w:r w:rsidR="00040F59" w:rsidRPr="00040F59">
        <w:rPr>
          <w:rFonts w:cs="Khalid Art bold" w:hint="cs"/>
          <w:sz w:val="18"/>
          <w:szCs w:val="18"/>
          <w:rtl/>
        </w:rPr>
        <w:t>11/4/1448هـ</w:t>
      </w:r>
      <w:r w:rsidRPr="00040F59">
        <w:rPr>
          <w:rFonts w:cs="Khalid Art bold"/>
          <w:sz w:val="18"/>
          <w:szCs w:val="18"/>
          <w:rtl/>
        </w:rPr>
        <w:t>، ومراجعة البرامج والفعاليات المقررة، وتوزيع الأدوار والمسؤوليات بين فريق التنفيذ، والتأكد من جاهزية جميع الترتيبات اللازمة قبل بدء التنفي</w:t>
      </w:r>
      <w:r w:rsidRPr="00040F59">
        <w:rPr>
          <w:rFonts w:cs="Khalid Art bold"/>
          <w:sz w:val="18"/>
          <w:szCs w:val="18"/>
          <w:rtl/>
        </w:rPr>
        <w:t>ذ</w:t>
      </w:r>
      <w:r w:rsidRPr="00040F59">
        <w:rPr>
          <w:rFonts w:cs="Khalid Art bold"/>
          <w:sz w:val="18"/>
          <w:szCs w:val="18"/>
          <w:rtl/>
        </w:rPr>
        <w:t>.</w:t>
      </w:r>
    </w:p>
    <w:p w14:paraId="3AA1E8C6" w14:textId="77777777" w:rsidR="00212133" w:rsidRPr="00040F59" w:rsidRDefault="00960181" w:rsidP="00040F59">
      <w:pPr>
        <w:shd w:val="clear" w:color="auto" w:fill="339966"/>
        <w:spacing w:line="240" w:lineRule="auto"/>
        <w:jc w:val="right"/>
        <w:rPr>
          <w:rFonts w:cs="Khalid Art bold"/>
          <w:color w:val="FFFFFF" w:themeColor="background1"/>
          <w:sz w:val="18"/>
          <w:szCs w:val="18"/>
        </w:rPr>
      </w:pPr>
      <w:r w:rsidRPr="00040F59">
        <w:rPr>
          <w:rFonts w:cs="Khalid Art bold"/>
          <w:color w:val="FFFFFF" w:themeColor="background1"/>
          <w:sz w:val="18"/>
          <w:szCs w:val="18"/>
          <w:rtl/>
        </w:rPr>
        <w:t>محاور الاجتماع: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152"/>
        <w:gridCol w:w="5150"/>
      </w:tblGrid>
      <w:tr w:rsidR="00040F59" w14:paraId="334878B0" w14:textId="77777777" w:rsidTr="00040F59">
        <w:tc>
          <w:tcPr>
            <w:tcW w:w="5264" w:type="dxa"/>
            <w:vAlign w:val="center"/>
          </w:tcPr>
          <w:p w14:paraId="1BCD8A3C" w14:textId="13DB1349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84076">
              <w:rPr>
                <w:rFonts w:cs="Khalid Art bold"/>
                <w:sz w:val="18"/>
                <w:szCs w:val="18"/>
                <w:rtl/>
              </w:rPr>
              <w:t>• تنظيم مشاركة الطلاب والفصول في المسابقات والفعاليات الوطنية.</w:t>
            </w:r>
          </w:p>
        </w:tc>
        <w:tc>
          <w:tcPr>
            <w:tcW w:w="5264" w:type="dxa"/>
            <w:vAlign w:val="center"/>
          </w:tcPr>
          <w:p w14:paraId="373CD1C6" w14:textId="185FD4BB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46968">
              <w:rPr>
                <w:rFonts w:cs="Khalid Art bold"/>
                <w:sz w:val="18"/>
                <w:szCs w:val="18"/>
                <w:rtl/>
              </w:rPr>
              <w:t>• استعراض الخطة التنفيذية وبرامجها خلال الأيام الثلاثة.</w:t>
            </w:r>
          </w:p>
        </w:tc>
      </w:tr>
      <w:tr w:rsidR="00040F59" w14:paraId="492D2177" w14:textId="77777777" w:rsidTr="00040F59">
        <w:tc>
          <w:tcPr>
            <w:tcW w:w="5264" w:type="dxa"/>
            <w:vAlign w:val="center"/>
          </w:tcPr>
          <w:p w14:paraId="7E4AD705" w14:textId="567F8C6B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84076">
              <w:rPr>
                <w:rFonts w:cs="Khalid Art bold"/>
                <w:sz w:val="18"/>
                <w:szCs w:val="18"/>
                <w:rtl/>
              </w:rPr>
              <w:t>• تحديد آلية توثيق البرامج والشواهد وإعداد التقرير الختامي.</w:t>
            </w:r>
          </w:p>
        </w:tc>
        <w:tc>
          <w:tcPr>
            <w:tcW w:w="5264" w:type="dxa"/>
            <w:vAlign w:val="center"/>
          </w:tcPr>
          <w:p w14:paraId="1827C7EA" w14:textId="2F70C068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46968">
              <w:rPr>
                <w:rFonts w:cs="Khalid Art bold"/>
                <w:sz w:val="18"/>
                <w:szCs w:val="18"/>
                <w:rtl/>
              </w:rPr>
              <w:t>• مراجعة الإذاعات الصباحية اليومية وتحديد عنوان ومحور لكل يوم.</w:t>
            </w:r>
          </w:p>
        </w:tc>
      </w:tr>
      <w:tr w:rsidR="00040F59" w14:paraId="22E699B0" w14:textId="77777777" w:rsidTr="00040F59">
        <w:tc>
          <w:tcPr>
            <w:tcW w:w="5264" w:type="dxa"/>
            <w:vAlign w:val="center"/>
          </w:tcPr>
          <w:p w14:paraId="6369BAAE" w14:textId="763AC7D9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84076">
              <w:rPr>
                <w:rFonts w:cs="Khalid Art bold"/>
                <w:sz w:val="18"/>
                <w:szCs w:val="18"/>
                <w:rtl/>
              </w:rPr>
              <w:t>• التجهيز للحفل الختامي وتكريم المشاركين والمتميزين.</w:t>
            </w:r>
          </w:p>
        </w:tc>
        <w:tc>
          <w:tcPr>
            <w:tcW w:w="5264" w:type="dxa"/>
            <w:vAlign w:val="center"/>
          </w:tcPr>
          <w:p w14:paraId="6A2B86FD" w14:textId="139231A5" w:rsidR="00040F59" w:rsidRDefault="00040F59" w:rsidP="00040F59">
            <w:pPr>
              <w:jc w:val="right"/>
              <w:rPr>
                <w:rFonts w:cs="Khalid Art bold"/>
                <w:sz w:val="18"/>
                <w:szCs w:val="18"/>
              </w:rPr>
            </w:pPr>
            <w:r w:rsidRPr="00146968">
              <w:rPr>
                <w:rFonts w:cs="Khalid Art bold"/>
                <w:sz w:val="18"/>
                <w:szCs w:val="18"/>
                <w:rtl/>
              </w:rPr>
              <w:t>• توزيع مهام التنفيذ والمتابعة والتوثيق على أعضاء الفريق.</w:t>
            </w:r>
          </w:p>
        </w:tc>
      </w:tr>
    </w:tbl>
    <w:p w14:paraId="38ECC061" w14:textId="77777777" w:rsidR="00040F59" w:rsidRDefault="00040F59" w:rsidP="00040F59">
      <w:pPr>
        <w:spacing w:line="240" w:lineRule="auto"/>
        <w:rPr>
          <w:rFonts w:cs="Khalid Art bold"/>
          <w:sz w:val="18"/>
          <w:szCs w:val="18"/>
          <w:rtl/>
        </w:rPr>
      </w:pPr>
    </w:p>
    <w:p w14:paraId="5F1AFAD1" w14:textId="77777777" w:rsidR="00212133" w:rsidRPr="00040F59" w:rsidRDefault="00960181" w:rsidP="00040F59">
      <w:pPr>
        <w:shd w:val="clear" w:color="auto" w:fill="339966"/>
        <w:spacing w:line="240" w:lineRule="auto"/>
        <w:jc w:val="right"/>
        <w:rPr>
          <w:rFonts w:cs="Khalid Art bold"/>
          <w:color w:val="FFFFFF" w:themeColor="background1"/>
          <w:sz w:val="18"/>
          <w:szCs w:val="18"/>
        </w:rPr>
      </w:pPr>
      <w:r w:rsidRPr="00040F59">
        <w:rPr>
          <w:rFonts w:cs="Khalid Art bold"/>
          <w:color w:val="FFFFFF" w:themeColor="background1"/>
          <w:sz w:val="18"/>
          <w:szCs w:val="18"/>
          <w:rtl/>
        </w:rPr>
        <w:t>ما تم الاتفاق عليه:</w:t>
      </w:r>
    </w:p>
    <w:tbl>
      <w:tblPr>
        <w:tblStyle w:val="af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4762"/>
        <w:gridCol w:w="1701"/>
      </w:tblGrid>
      <w:tr w:rsidR="00212133" w:rsidRPr="00040F59" w14:paraId="46952654" w14:textId="77777777" w:rsidTr="00040F59">
        <w:trPr>
          <w:trHeight w:val="20"/>
          <w:jc w:val="center"/>
        </w:trPr>
        <w:tc>
          <w:tcPr>
            <w:tcW w:w="1587" w:type="dxa"/>
            <w:shd w:val="clear" w:color="auto" w:fill="DCEFE3"/>
            <w:vAlign w:val="center"/>
          </w:tcPr>
          <w:p w14:paraId="291505DC" w14:textId="77777777" w:rsidR="00212133" w:rsidRPr="00040F59" w:rsidRDefault="00960181" w:rsidP="00040F59">
            <w:pPr>
              <w:jc w:val="center"/>
              <w:rPr>
                <w:rFonts w:cs="Khalid Art bold" w:hint="cs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المكلف</w:t>
            </w:r>
          </w:p>
        </w:tc>
        <w:tc>
          <w:tcPr>
            <w:tcW w:w="4762" w:type="dxa"/>
            <w:shd w:val="clear" w:color="auto" w:fill="DCEFE3"/>
            <w:vAlign w:val="center"/>
          </w:tcPr>
          <w:p w14:paraId="268E8BE9" w14:textId="77777777" w:rsidR="00212133" w:rsidRPr="00040F59" w:rsidRDefault="00960181" w:rsidP="00040F59">
            <w:pPr>
              <w:jc w:val="center"/>
              <w:rPr>
                <w:rFonts w:cs="Khalid Art bold" w:hint="cs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المهمة</w:t>
            </w:r>
          </w:p>
        </w:tc>
        <w:tc>
          <w:tcPr>
            <w:tcW w:w="1701" w:type="dxa"/>
            <w:shd w:val="clear" w:color="auto" w:fill="DCEFE3"/>
            <w:vAlign w:val="center"/>
          </w:tcPr>
          <w:p w14:paraId="459A2BF5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المتابعة</w:t>
            </w:r>
          </w:p>
        </w:tc>
      </w:tr>
      <w:tr w:rsidR="00212133" w:rsidRPr="00040F59" w14:paraId="23956E2E" w14:textId="77777777" w:rsidTr="00040F59">
        <w:trPr>
          <w:trHeight w:val="20"/>
          <w:jc w:val="center"/>
        </w:trPr>
        <w:tc>
          <w:tcPr>
            <w:tcW w:w="1587" w:type="dxa"/>
            <w:vAlign w:val="center"/>
          </w:tcPr>
          <w:p w14:paraId="62EC3390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مدير المدرسة</w:t>
            </w:r>
          </w:p>
        </w:tc>
        <w:tc>
          <w:tcPr>
            <w:tcW w:w="4762" w:type="dxa"/>
            <w:vAlign w:val="center"/>
          </w:tcPr>
          <w:p w14:paraId="1A830D5B" w14:textId="77777777" w:rsidR="00212133" w:rsidRPr="00040F59" w:rsidRDefault="00960181" w:rsidP="00040F59">
            <w:pPr>
              <w:bidi/>
              <w:jc w:val="both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الإشراف العام على تنفيذ الخطة، واعتماد الترتيبات النهائية، ومتابعة مستوى الإنجاز.</w:t>
            </w:r>
          </w:p>
        </w:tc>
        <w:tc>
          <w:tcPr>
            <w:tcW w:w="1701" w:type="dxa"/>
            <w:vAlign w:val="center"/>
          </w:tcPr>
          <w:p w14:paraId="30A42112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أثناء التنفيذ</w:t>
            </w:r>
          </w:p>
        </w:tc>
      </w:tr>
      <w:tr w:rsidR="00212133" w:rsidRPr="00040F59" w14:paraId="663E1AF1" w14:textId="77777777" w:rsidTr="00040F59">
        <w:trPr>
          <w:trHeight w:val="20"/>
          <w:jc w:val="center"/>
        </w:trPr>
        <w:tc>
          <w:tcPr>
            <w:tcW w:w="1587" w:type="dxa"/>
            <w:vAlign w:val="center"/>
          </w:tcPr>
          <w:p w14:paraId="36B0AEDB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وكيل المدرسة</w:t>
            </w:r>
          </w:p>
        </w:tc>
        <w:tc>
          <w:tcPr>
            <w:tcW w:w="4762" w:type="dxa"/>
            <w:vAlign w:val="center"/>
          </w:tcPr>
          <w:p w14:paraId="3330E0B9" w14:textId="77777777" w:rsidR="00212133" w:rsidRPr="00040F59" w:rsidRDefault="00960181" w:rsidP="00040F59">
            <w:pPr>
              <w:bidi/>
              <w:jc w:val="both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تنظيم التنفيذ اليومي، ومتابعة أوقات الفعاليات، وضبط مشاركة الفصول والطلاب.</w:t>
            </w:r>
          </w:p>
        </w:tc>
        <w:tc>
          <w:tcPr>
            <w:tcW w:w="1701" w:type="dxa"/>
            <w:vAlign w:val="center"/>
          </w:tcPr>
          <w:p w14:paraId="7529F8E3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أثناء التنفيذ</w:t>
            </w:r>
          </w:p>
        </w:tc>
      </w:tr>
      <w:tr w:rsidR="00212133" w:rsidRPr="00040F59" w14:paraId="7104E98E" w14:textId="77777777" w:rsidTr="00040F59">
        <w:trPr>
          <w:trHeight w:val="20"/>
          <w:jc w:val="center"/>
        </w:trPr>
        <w:tc>
          <w:tcPr>
            <w:tcW w:w="1587" w:type="dxa"/>
            <w:vAlign w:val="center"/>
          </w:tcPr>
          <w:p w14:paraId="779C80C4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رائد النشاط</w:t>
            </w:r>
          </w:p>
        </w:tc>
        <w:tc>
          <w:tcPr>
            <w:tcW w:w="4762" w:type="dxa"/>
            <w:vAlign w:val="center"/>
          </w:tcPr>
          <w:p w14:paraId="4A04CAA6" w14:textId="77777777" w:rsidR="00212133" w:rsidRPr="00040F59" w:rsidRDefault="00960181" w:rsidP="00040F59">
            <w:pPr>
              <w:bidi/>
              <w:jc w:val="both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تنسيق البرامج والمسابقات، وتجهيز الفعاليات، وتنظيم الحفل الختامي، وجمع شواهد التنفيذ.</w:t>
            </w:r>
          </w:p>
        </w:tc>
        <w:tc>
          <w:tcPr>
            <w:tcW w:w="1701" w:type="dxa"/>
            <w:vAlign w:val="center"/>
          </w:tcPr>
          <w:p w14:paraId="34DF2E6D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أثناء التنفيذ</w:t>
            </w:r>
          </w:p>
        </w:tc>
      </w:tr>
      <w:tr w:rsidR="00212133" w:rsidRPr="00040F59" w14:paraId="1E785E53" w14:textId="77777777" w:rsidTr="00040F59">
        <w:trPr>
          <w:trHeight w:val="20"/>
          <w:jc w:val="center"/>
        </w:trPr>
        <w:tc>
          <w:tcPr>
            <w:tcW w:w="1587" w:type="dxa"/>
            <w:vAlign w:val="center"/>
          </w:tcPr>
          <w:p w14:paraId="6480E43F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الموجه الطلابي</w:t>
            </w:r>
          </w:p>
        </w:tc>
        <w:tc>
          <w:tcPr>
            <w:tcW w:w="4762" w:type="dxa"/>
            <w:vAlign w:val="center"/>
          </w:tcPr>
          <w:p w14:paraId="3FC121E0" w14:textId="77777777" w:rsidR="00212133" w:rsidRPr="00040F59" w:rsidRDefault="00960181" w:rsidP="00040F59">
            <w:pPr>
              <w:bidi/>
              <w:jc w:val="both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تعزيز الجوانب التربوية والقيم الوطنية، وتحفيز الطلاب على المشاركة، ومتابعة المبادرات والرسائل الوطنية.</w:t>
            </w:r>
          </w:p>
        </w:tc>
        <w:tc>
          <w:tcPr>
            <w:tcW w:w="1701" w:type="dxa"/>
            <w:vAlign w:val="center"/>
          </w:tcPr>
          <w:p w14:paraId="6F3D51CF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أثناء التنفيذ</w:t>
            </w:r>
          </w:p>
        </w:tc>
      </w:tr>
      <w:tr w:rsidR="00212133" w:rsidRPr="00040F59" w14:paraId="31FBFF1A" w14:textId="77777777" w:rsidTr="00040F59">
        <w:trPr>
          <w:trHeight w:val="20"/>
          <w:jc w:val="center"/>
        </w:trPr>
        <w:tc>
          <w:tcPr>
            <w:tcW w:w="1587" w:type="dxa"/>
            <w:vAlign w:val="center"/>
          </w:tcPr>
          <w:p w14:paraId="0AC74DD4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رواد الفصول</w:t>
            </w:r>
          </w:p>
        </w:tc>
        <w:tc>
          <w:tcPr>
            <w:tcW w:w="4762" w:type="dxa"/>
            <w:vAlign w:val="center"/>
          </w:tcPr>
          <w:p w14:paraId="1B016FEC" w14:textId="77777777" w:rsidR="00212133" w:rsidRPr="00040F59" w:rsidRDefault="00960181" w:rsidP="00040F59">
            <w:pPr>
              <w:bidi/>
              <w:jc w:val="both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تنظيم مشاركة طلاب الفصول، ومتابعة الأعمال والمشاركات، وترشيح الأعمال المتميزة للعرض والتكريم.</w:t>
            </w:r>
          </w:p>
        </w:tc>
        <w:tc>
          <w:tcPr>
            <w:tcW w:w="1701" w:type="dxa"/>
            <w:vAlign w:val="center"/>
          </w:tcPr>
          <w:p w14:paraId="212F632A" w14:textId="77777777" w:rsidR="00212133" w:rsidRPr="00040F59" w:rsidRDefault="00960181" w:rsidP="00040F59">
            <w:pPr>
              <w:jc w:val="center"/>
              <w:rPr>
                <w:rFonts w:cs="Khalid Art bold"/>
                <w:sz w:val="18"/>
                <w:szCs w:val="18"/>
              </w:rPr>
            </w:pPr>
            <w:r w:rsidRPr="00040F59">
              <w:rPr>
                <w:rFonts w:cs="Khalid Art bold"/>
                <w:sz w:val="18"/>
                <w:szCs w:val="18"/>
                <w:rtl/>
              </w:rPr>
              <w:t>أثناء التنفيذ</w:t>
            </w:r>
          </w:p>
        </w:tc>
      </w:tr>
    </w:tbl>
    <w:p w14:paraId="61ECA7FA" w14:textId="77777777" w:rsidR="00040F59" w:rsidRPr="00040F59" w:rsidRDefault="00040F59" w:rsidP="00040F59">
      <w:pPr>
        <w:spacing w:line="240" w:lineRule="auto"/>
        <w:jc w:val="right"/>
        <w:rPr>
          <w:rFonts w:cs="Khalid Art bold"/>
          <w:color w:val="FFFFFF" w:themeColor="background1"/>
          <w:sz w:val="6"/>
          <w:szCs w:val="6"/>
          <w:rtl/>
        </w:rPr>
      </w:pPr>
    </w:p>
    <w:p w14:paraId="15E6C100" w14:textId="4EF517E8" w:rsidR="00040F59" w:rsidRPr="00040F59" w:rsidRDefault="00960181" w:rsidP="00040F59">
      <w:pPr>
        <w:shd w:val="clear" w:color="auto" w:fill="339966"/>
        <w:spacing w:line="240" w:lineRule="auto"/>
        <w:jc w:val="right"/>
        <w:rPr>
          <w:rFonts w:cs="Khalid Art bold"/>
          <w:color w:val="FFFFFF" w:themeColor="background1"/>
          <w:sz w:val="18"/>
          <w:szCs w:val="18"/>
        </w:rPr>
      </w:pPr>
      <w:r w:rsidRPr="00040F59">
        <w:rPr>
          <w:rFonts w:cs="Khalid Art bold"/>
          <w:color w:val="FFFFFF" w:themeColor="background1"/>
          <w:sz w:val="18"/>
          <w:szCs w:val="18"/>
          <w:rtl/>
        </w:rPr>
        <w:t>القرارات والتوصيات:</w:t>
      </w:r>
    </w:p>
    <w:p w14:paraId="74B9FDD0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تنفيذ الخطة خلال الأيام الثلاثة وفق البرنامج الزمني المحدد.</w:t>
      </w:r>
    </w:p>
    <w:p w14:paraId="1E4B119F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تنفيذ إذاعة صباحية وطنية يوميًا بعنوان ومحور مستقل، مع توزيع الفقرات مسبقًا.</w:t>
      </w:r>
    </w:p>
    <w:p w14:paraId="40EFBA62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إشراك جميع المراحل الدراسية بما يتناسب مع الفئة العمرية وطبيعة المرحلة.</w:t>
      </w:r>
    </w:p>
    <w:p w14:paraId="47CE0F3A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تنويع الفعاليات بين الثقافية والتوعوية والفنية والتفاعلية، وعدم الاقتصار على المظاهر الاحتفالية.</w:t>
      </w:r>
    </w:p>
    <w:p w14:paraId="472B04CD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توثيق جميع البرامج والفعاليات بالصور والشواهد المناسبة، وحفظها بصورة منظمة.</w:t>
      </w:r>
    </w:p>
    <w:p w14:paraId="5864196B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اختيار المشاركات المتميزة وعرضها وتكريم أصحابها في ختام الفعاليات.</w:t>
      </w:r>
    </w:p>
    <w:p w14:paraId="132FFBC2" w14:textId="77777777" w:rsidR="00212133" w:rsidRPr="00040F59" w:rsidRDefault="00960181" w:rsidP="00040F59">
      <w:pPr>
        <w:spacing w:line="240" w:lineRule="auto"/>
        <w:jc w:val="right"/>
        <w:rPr>
          <w:rFonts w:cs="Khalid Art bold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• إعداد تقرير ختامي يتضمن ما تم تنفيذه، ونسب المشاركة، والشواهد، وأبرز النتائج.</w:t>
      </w:r>
    </w:p>
    <w:p w14:paraId="32DA0BCE" w14:textId="77777777" w:rsidR="00212133" w:rsidRPr="00040F59" w:rsidRDefault="00960181" w:rsidP="00040F59">
      <w:pPr>
        <w:shd w:val="clear" w:color="auto" w:fill="339966"/>
        <w:spacing w:line="240" w:lineRule="auto"/>
        <w:jc w:val="right"/>
        <w:rPr>
          <w:rFonts w:cs="Khalid Art bold"/>
          <w:color w:val="FFFFFF" w:themeColor="background1"/>
          <w:sz w:val="18"/>
          <w:szCs w:val="18"/>
        </w:rPr>
      </w:pPr>
      <w:r w:rsidRPr="00040F59">
        <w:rPr>
          <w:rFonts w:cs="Khalid Art bold"/>
          <w:color w:val="FFFFFF" w:themeColor="background1"/>
          <w:sz w:val="18"/>
          <w:szCs w:val="18"/>
          <w:rtl/>
        </w:rPr>
        <w:t>انتهاء الاجتماع:</w:t>
      </w:r>
    </w:p>
    <w:p w14:paraId="453603FB" w14:textId="269C88FE" w:rsidR="00960181" w:rsidRPr="00040F59" w:rsidRDefault="00960181" w:rsidP="00040F59">
      <w:pPr>
        <w:spacing w:line="240" w:lineRule="auto"/>
        <w:jc w:val="right"/>
        <w:rPr>
          <w:rFonts w:cs="Khalid Art bold" w:hint="cs"/>
          <w:sz w:val="18"/>
          <w:szCs w:val="18"/>
        </w:rPr>
      </w:pPr>
      <w:r w:rsidRPr="00040F59">
        <w:rPr>
          <w:rFonts w:cs="Khalid Art bold"/>
          <w:sz w:val="18"/>
          <w:szCs w:val="18"/>
          <w:rtl/>
        </w:rPr>
        <w:t>اختُتم الاجتماع بعد التأكيد على جاهزية فريق التنفيذ والتزام كل عضو بالمهام المسندة إليه، ومتابعة التنفيذ يوميًا ومعالجة أي ملاحظات بصورة مباشرة بما يضمن تحقيق أهداف المناسبة وجودة تنفيذها.</w:t>
      </w:r>
    </w:p>
    <w:sectPr w:rsidR="00960181" w:rsidRPr="00040F59" w:rsidSect="00040F59">
      <w:headerReference w:type="default" r:id="rId8"/>
      <w:pgSz w:w="12240" w:h="15840"/>
      <w:pgMar w:top="709" w:right="964" w:bottom="90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C87A" w14:textId="77777777" w:rsidR="00960181" w:rsidRDefault="00960181">
      <w:pPr>
        <w:spacing w:after="0" w:line="240" w:lineRule="auto"/>
      </w:pPr>
      <w:r>
        <w:separator/>
      </w:r>
    </w:p>
  </w:endnote>
  <w:endnote w:type="continuationSeparator" w:id="0">
    <w:p w14:paraId="5BAFC973" w14:textId="77777777" w:rsidR="00960181" w:rsidRDefault="00960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halid Art bol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F9B2" w14:textId="77777777" w:rsidR="00960181" w:rsidRDefault="00960181">
      <w:pPr>
        <w:spacing w:after="0" w:line="240" w:lineRule="auto"/>
      </w:pPr>
      <w:r>
        <w:separator/>
      </w:r>
    </w:p>
  </w:footnote>
  <w:footnote w:type="continuationSeparator" w:id="0">
    <w:p w14:paraId="4010E9CB" w14:textId="77777777" w:rsidR="00960181" w:rsidRDefault="00960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ED7F" w14:textId="77777777" w:rsidR="00D93261" w:rsidRDefault="00D93261" w:rsidP="00D93261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87176A0" wp14:editId="33E0D601">
              <wp:simplePos x="0" y="0"/>
              <wp:positionH relativeFrom="margin">
                <wp:posOffset>1679575</wp:posOffset>
              </wp:positionH>
              <wp:positionV relativeFrom="paragraph">
                <wp:posOffset>-330200</wp:posOffset>
              </wp:positionV>
              <wp:extent cx="3886200" cy="787400"/>
              <wp:effectExtent l="0" t="0" r="0" b="0"/>
              <wp:wrapSquare wrapText="bothSides"/>
              <wp:docPr id="3" name="مربع نص 12771652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86200" cy="787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268233" w14:textId="7914B48F" w:rsidR="00D93261" w:rsidRDefault="00D93261" w:rsidP="00D93261">
                          <w:pPr>
                            <w:spacing w:line="240" w:lineRule="auto"/>
                            <w:jc w:val="center"/>
                            <w:rPr>
                              <w:rFonts w:cs="Khalid Art bold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cs="Khalid Art bold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الإدارة العامــــة للتعليــــم بمنطقــــة</w:t>
                          </w:r>
                          <w:r>
                            <w:rPr>
                              <w:rFonts w:cs="Khalid Art bold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 xml:space="preserve"> .......</w:t>
                          </w:r>
                        </w:p>
                        <w:p w14:paraId="155DA377" w14:textId="690F2F54" w:rsidR="00D93261" w:rsidRDefault="00D93261" w:rsidP="00D93261">
                          <w:pPr>
                            <w:spacing w:line="240" w:lineRule="auto"/>
                            <w:jc w:val="center"/>
                            <w:rPr>
                              <w:rFonts w:cs="Khalid Art bold" w:hint="cs"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Khalid Art bold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مدرسة ........................</w:t>
                          </w:r>
                        </w:p>
                        <w:p w14:paraId="4454C3E7" w14:textId="77777777" w:rsidR="00D93261" w:rsidRDefault="00D93261" w:rsidP="00D93261">
                          <w:pPr>
                            <w:spacing w:line="240" w:lineRule="auto"/>
                            <w:jc w:val="center"/>
                            <w:rPr>
                              <w:rFonts w:cs="Khalid Ar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02EC4D30" w14:textId="77777777" w:rsidR="00D93261" w:rsidRPr="00DE5C47" w:rsidRDefault="00D93261" w:rsidP="00D93261">
                          <w:pPr>
                            <w:spacing w:line="240" w:lineRule="auto"/>
                            <w:jc w:val="center"/>
                            <w:rPr>
                              <w:rFonts w:cs="Khalid Ar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Khalid Art bold"/>
                              <w:color w:val="FFFFFF" w:themeColor="background1"/>
                              <w:sz w:val="20"/>
                              <w:szCs w:val="20"/>
                            </w:rPr>
                            <w:t>hg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7176A0" id="_x0000_t202" coordsize="21600,21600" o:spt="202" path="m,l,21600r21600,l21600,xe">
              <v:stroke joinstyle="miter"/>
              <v:path gradientshapeok="t" o:connecttype="rect"/>
            </v:shapetype>
            <v:shape id="مربع نص 1277165287" o:spid="_x0000_s1026" type="#_x0000_t202" style="position:absolute;margin-left:132.25pt;margin-top:-26pt;width:306pt;height:6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" filled="f" stroked="f">
              <v:textbox>
                <w:txbxContent>
                  <w:p w14:paraId="39268233" w14:textId="7914B48F" w:rsidR="00D93261" w:rsidRDefault="00D93261" w:rsidP="00D93261">
                    <w:pPr>
                      <w:spacing w:line="240" w:lineRule="auto"/>
                      <w:jc w:val="center"/>
                      <w:rPr>
                        <w:rFonts w:cs="Khalid Art bold"/>
                        <w:color w:val="FFFFFF" w:themeColor="background1"/>
                        <w:sz w:val="28"/>
                        <w:szCs w:val="28"/>
                        <w:rtl/>
                      </w:rPr>
                    </w:pPr>
                    <w:r>
                      <w:rPr>
                        <w:rFonts w:cs="Khalid Art bold" w:hint="cs"/>
                        <w:color w:val="FFFFFF" w:themeColor="background1"/>
                        <w:sz w:val="28"/>
                        <w:szCs w:val="28"/>
                        <w:rtl/>
                      </w:rPr>
                      <w:t>الإدارة العامــــة للتعليــــم بمنطقــــة</w:t>
                    </w:r>
                    <w:r>
                      <w:rPr>
                        <w:rFonts w:cs="Khalid Art bold" w:hint="cs"/>
                        <w:color w:val="FFFFFF" w:themeColor="background1"/>
                        <w:sz w:val="28"/>
                        <w:szCs w:val="28"/>
                        <w:rtl/>
                      </w:rPr>
                      <w:t xml:space="preserve"> .......</w:t>
                    </w:r>
                  </w:p>
                  <w:p w14:paraId="155DA377" w14:textId="690F2F54" w:rsidR="00D93261" w:rsidRDefault="00D93261" w:rsidP="00D93261">
                    <w:pPr>
                      <w:spacing w:line="240" w:lineRule="auto"/>
                      <w:jc w:val="center"/>
                      <w:rPr>
                        <w:rFonts w:cs="Khalid Art bold" w:hint="cs"/>
                        <w:color w:val="FFFFFF" w:themeColor="background1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Khalid Art bold" w:hint="cs"/>
                        <w:color w:val="FFFFFF" w:themeColor="background1"/>
                        <w:sz w:val="28"/>
                        <w:szCs w:val="28"/>
                        <w:rtl/>
                      </w:rPr>
                      <w:t>مدرسة ........................</w:t>
                    </w:r>
                  </w:p>
                  <w:p w14:paraId="4454C3E7" w14:textId="77777777" w:rsidR="00D93261" w:rsidRDefault="00D93261" w:rsidP="00D93261">
                    <w:pPr>
                      <w:spacing w:line="240" w:lineRule="auto"/>
                      <w:jc w:val="center"/>
                      <w:rPr>
                        <w:rFonts w:cs="Khalid Art bold"/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02EC4D30" w14:textId="77777777" w:rsidR="00D93261" w:rsidRPr="00DE5C47" w:rsidRDefault="00D93261" w:rsidP="00D93261">
                    <w:pPr>
                      <w:spacing w:line="240" w:lineRule="auto"/>
                      <w:jc w:val="center"/>
                      <w:rPr>
                        <w:rFonts w:cs="Khalid Art bold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cs="Khalid Art bold"/>
                        <w:color w:val="FFFFFF" w:themeColor="background1"/>
                        <w:sz w:val="20"/>
                        <w:szCs w:val="20"/>
                      </w:rPr>
                      <w:t>hg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D5662">
      <w:rPr>
        <w:noProof/>
      </w:rPr>
      <w:drawing>
        <wp:anchor distT="0" distB="0" distL="114300" distR="114300" simplePos="0" relativeHeight="251656192" behindDoc="0" locked="0" layoutInCell="1" allowOverlap="1" wp14:anchorId="537EC432" wp14:editId="41399837">
          <wp:simplePos x="0" y="0"/>
          <wp:positionH relativeFrom="margin">
            <wp:align>left</wp:align>
          </wp:positionH>
          <wp:positionV relativeFrom="page">
            <wp:posOffset>134620</wp:posOffset>
          </wp:positionV>
          <wp:extent cx="1021080" cy="666115"/>
          <wp:effectExtent l="0" t="0" r="7620" b="635"/>
          <wp:wrapSquare wrapText="bothSides"/>
          <wp:docPr id="534137102" name="صورة 6">
            <a:extLst xmlns:a="http://schemas.openxmlformats.org/drawingml/2006/main">
              <a:ext uri="{FF2B5EF4-FFF2-40B4-BE49-F238E27FC236}">
                <a16:creationId xmlns:a16="http://schemas.microsoft.com/office/drawing/2014/main" id="{151F2DDE-AC89-9258-3D20-E4333E421C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6">
                    <a:extLst>
                      <a:ext uri="{FF2B5EF4-FFF2-40B4-BE49-F238E27FC236}">
                        <a16:creationId xmlns:a16="http://schemas.microsoft.com/office/drawing/2014/main" id="{151F2DDE-AC89-9258-3D20-E4333E421C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biLevel thresh="25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080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9915EF4" wp14:editId="38F4A2D6">
          <wp:simplePos x="0" y="0"/>
          <wp:positionH relativeFrom="margin">
            <wp:align>center</wp:align>
          </wp:positionH>
          <wp:positionV relativeFrom="paragraph">
            <wp:posOffset>-450215</wp:posOffset>
          </wp:positionV>
          <wp:extent cx="12054840" cy="1043940"/>
          <wp:effectExtent l="0" t="0" r="3810" b="3810"/>
          <wp:wrapNone/>
          <wp:docPr id="65015869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670163" name="صورة 176867016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6" t="11465" r="1797" b="9809"/>
                  <a:stretch>
                    <a:fillRect/>
                  </a:stretch>
                </pic:blipFill>
                <pic:spPr bwMode="auto">
                  <a:xfrm>
                    <a:off x="0" y="0"/>
                    <a:ext cx="12054840" cy="1043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F5D822" w14:textId="77777777" w:rsidR="00D93261" w:rsidRDefault="00D93261" w:rsidP="00D93261">
    <w:pPr>
      <w:pStyle w:val="a5"/>
      <w:jc w:val="right"/>
    </w:pPr>
  </w:p>
  <w:p w14:paraId="3C24790D" w14:textId="77777777" w:rsidR="00212133" w:rsidRDefault="00212133">
    <w:pPr>
      <w:pStyle w:val="a5"/>
      <w:bidi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6418429">
    <w:abstractNumId w:val="8"/>
  </w:num>
  <w:num w:numId="2" w16cid:durableId="1045790441">
    <w:abstractNumId w:val="6"/>
  </w:num>
  <w:num w:numId="3" w16cid:durableId="1196433077">
    <w:abstractNumId w:val="5"/>
  </w:num>
  <w:num w:numId="4" w16cid:durableId="1364591573">
    <w:abstractNumId w:val="4"/>
  </w:num>
  <w:num w:numId="5" w16cid:durableId="1458336044">
    <w:abstractNumId w:val="7"/>
  </w:num>
  <w:num w:numId="6" w16cid:durableId="521473564">
    <w:abstractNumId w:val="3"/>
  </w:num>
  <w:num w:numId="7" w16cid:durableId="975260763">
    <w:abstractNumId w:val="2"/>
  </w:num>
  <w:num w:numId="8" w16cid:durableId="972057413">
    <w:abstractNumId w:val="1"/>
  </w:num>
  <w:num w:numId="9" w16cid:durableId="992760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59"/>
    <w:rsid w:val="0006063C"/>
    <w:rsid w:val="0015074B"/>
    <w:rsid w:val="00212133"/>
    <w:rsid w:val="0029639D"/>
    <w:rsid w:val="00326F90"/>
    <w:rsid w:val="00795940"/>
    <w:rsid w:val="00960181"/>
    <w:rsid w:val="00AA1D8D"/>
    <w:rsid w:val="00B47730"/>
    <w:rsid w:val="00CB0664"/>
    <w:rsid w:val="00D93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80BB288"/>
  <w14:defaultImageDpi w14:val="300"/>
  <w15:docId w15:val="{7B2C7EAF-A296-4E7E-9F53-C2EBF095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أحمد الشهري</cp:lastModifiedBy>
  <cp:revision>2</cp:revision>
  <cp:lastPrinted>2026-09-19T11:47:00Z</cp:lastPrinted>
  <dcterms:created xsi:type="dcterms:W3CDTF">2026-09-19T11:48:00Z</dcterms:created>
  <dcterms:modified xsi:type="dcterms:W3CDTF">2026-09-19T11:48:00Z</dcterms:modified>
  <cp:category/>
</cp:coreProperties>
</file>