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127C7" w14:textId="77777777" w:rsidR="003C455C" w:rsidRDefault="000A0385">
      <w:pPr>
        <w:bidi/>
        <w:spacing w:after="0"/>
        <w:jc w:val="center"/>
      </w:pPr>
      <w:r>
        <w:rPr>
          <w:b/>
          <w:color w:val="159B91"/>
          <w:sz w:val="36"/>
        </w:rPr>
        <w:t>وزارة</w:t>
      </w:r>
      <w:r>
        <w:rPr>
          <w:b/>
          <w:color w:val="159B91"/>
          <w:sz w:val="36"/>
        </w:rPr>
        <w:t xml:space="preserve"> </w:t>
      </w:r>
      <w:r>
        <w:rPr>
          <w:b/>
          <w:color w:val="159B91"/>
          <w:sz w:val="36"/>
        </w:rPr>
        <w:t>التعليم</w:t>
      </w:r>
    </w:p>
    <w:p w14:paraId="449FD1D0" w14:textId="77777777" w:rsidR="003C455C" w:rsidRDefault="000A0385">
      <w:pPr>
        <w:bidi/>
        <w:spacing w:after="120"/>
        <w:jc w:val="center"/>
      </w:pPr>
      <w:r>
        <w:rPr>
          <w:color w:val="646E73"/>
          <w:sz w:val="16"/>
        </w:rPr>
        <w:t>Ministry of Education</w:t>
      </w:r>
    </w:p>
    <w:p w14:paraId="4240EE35" w14:textId="77777777" w:rsidR="003C455C" w:rsidRDefault="000A0385">
      <w:pPr>
        <w:bidi/>
        <w:spacing w:after="100"/>
        <w:jc w:val="center"/>
      </w:pPr>
      <w:r>
        <w:rPr>
          <w:b/>
          <w:color w:val="263746"/>
          <w:sz w:val="34"/>
        </w:rPr>
        <w:t>مساءلة</w:t>
      </w:r>
      <w:r>
        <w:rPr>
          <w:b/>
          <w:color w:val="263746"/>
          <w:sz w:val="34"/>
        </w:rPr>
        <w:t xml:space="preserve"> </w:t>
      </w:r>
      <w:r>
        <w:rPr>
          <w:b/>
          <w:color w:val="263746"/>
          <w:sz w:val="34"/>
        </w:rPr>
        <w:t>بشأن</w:t>
      </w:r>
      <w:r>
        <w:rPr>
          <w:b/>
          <w:color w:val="263746"/>
          <w:sz w:val="34"/>
        </w:rPr>
        <w:t xml:space="preserve"> </w:t>
      </w:r>
      <w:r>
        <w:rPr>
          <w:b/>
          <w:color w:val="263746"/>
          <w:sz w:val="34"/>
        </w:rPr>
        <w:t>عدم</w:t>
      </w:r>
      <w:r>
        <w:rPr>
          <w:b/>
          <w:color w:val="263746"/>
          <w:sz w:val="34"/>
        </w:rPr>
        <w:t xml:space="preserve"> </w:t>
      </w:r>
      <w:r>
        <w:rPr>
          <w:b/>
          <w:color w:val="263746"/>
          <w:sz w:val="34"/>
        </w:rPr>
        <w:t>تسجيل</w:t>
      </w:r>
      <w:r>
        <w:rPr>
          <w:b/>
          <w:color w:val="263746"/>
          <w:sz w:val="34"/>
        </w:rPr>
        <w:t xml:space="preserve"> </w:t>
      </w:r>
      <w:r>
        <w:rPr>
          <w:b/>
          <w:color w:val="263746"/>
          <w:sz w:val="34"/>
        </w:rPr>
        <w:t>الانصراف</w:t>
      </w:r>
      <w:r>
        <w:rPr>
          <w:b/>
          <w:color w:val="263746"/>
          <w:sz w:val="34"/>
        </w:rPr>
        <w:t xml:space="preserve"> </w:t>
      </w:r>
      <w:r>
        <w:rPr>
          <w:b/>
          <w:color w:val="263746"/>
          <w:sz w:val="34"/>
        </w:rPr>
        <w:t>في</w:t>
      </w:r>
      <w:r>
        <w:rPr>
          <w:b/>
          <w:color w:val="263746"/>
          <w:sz w:val="34"/>
        </w:rPr>
        <w:t xml:space="preserve"> </w:t>
      </w:r>
      <w:r>
        <w:rPr>
          <w:b/>
          <w:color w:val="263746"/>
          <w:sz w:val="34"/>
        </w:rPr>
        <w:t>برنامج</w:t>
      </w:r>
      <w:r>
        <w:rPr>
          <w:b/>
          <w:color w:val="263746"/>
          <w:sz w:val="34"/>
        </w:rPr>
        <w:t xml:space="preserve"> </w:t>
      </w:r>
      <w:r>
        <w:rPr>
          <w:b/>
          <w:color w:val="263746"/>
          <w:sz w:val="34"/>
        </w:rPr>
        <w:t>حضوري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91"/>
      </w:tblGrid>
      <w:tr w:rsidR="003C455C" w14:paraId="0C3AC0DF" w14:textId="77777777">
        <w:trPr>
          <w:jc w:val="center"/>
        </w:trPr>
        <w:tc>
          <w:tcPr>
            <w:tcW w:w="10091" w:type="dxa"/>
            <w:shd w:val="clear" w:color="auto" w:fill="159B91"/>
          </w:tcPr>
          <w:p w14:paraId="4FFF3255" w14:textId="77777777" w:rsidR="003C455C" w:rsidRDefault="003C455C"/>
        </w:tc>
      </w:tr>
    </w:tbl>
    <w:p w14:paraId="4505E442" w14:textId="77777777" w:rsidR="003C455C" w:rsidRDefault="003C455C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6"/>
        <w:gridCol w:w="5046"/>
      </w:tblGrid>
      <w:tr w:rsidR="003C455C" w14:paraId="00175BA9" w14:textId="77777777">
        <w:trPr>
          <w:jc w:val="center"/>
        </w:trPr>
        <w:tc>
          <w:tcPr>
            <w:tcW w:w="5046" w:type="dxa"/>
            <w:shd w:val="clear" w:color="auto" w:fill="F3F8F8"/>
            <w:vAlign w:val="center"/>
          </w:tcPr>
          <w:p w14:paraId="0E128921" w14:textId="77777777" w:rsidR="003C455C" w:rsidRDefault="000A0385">
            <w:pPr>
              <w:bidi/>
              <w:spacing w:after="0"/>
              <w:jc w:val="right"/>
            </w:pPr>
            <w:r>
              <w:rPr>
                <w:sz w:val="21"/>
              </w:rPr>
              <w:t>المسمى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الوظيفي</w:t>
            </w:r>
            <w:r>
              <w:rPr>
                <w:sz w:val="21"/>
              </w:rPr>
              <w:t>: ........................................................</w:t>
            </w:r>
          </w:p>
        </w:tc>
        <w:tc>
          <w:tcPr>
            <w:tcW w:w="5046" w:type="dxa"/>
            <w:shd w:val="clear" w:color="auto" w:fill="F3F8F8"/>
            <w:vAlign w:val="center"/>
          </w:tcPr>
          <w:p w14:paraId="78235F99" w14:textId="77777777" w:rsidR="003C455C" w:rsidRDefault="000A0385">
            <w:pPr>
              <w:bidi/>
              <w:spacing w:after="0"/>
              <w:jc w:val="right"/>
            </w:pPr>
            <w:r>
              <w:rPr>
                <w:sz w:val="21"/>
              </w:rPr>
              <w:t>اسم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الموظف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>ة</w:t>
            </w:r>
            <w:r>
              <w:rPr>
                <w:sz w:val="21"/>
              </w:rPr>
              <w:t>: ................................................................</w:t>
            </w:r>
          </w:p>
        </w:tc>
      </w:tr>
      <w:tr w:rsidR="003C455C" w14:paraId="54A095DF" w14:textId="77777777">
        <w:trPr>
          <w:jc w:val="center"/>
        </w:trPr>
        <w:tc>
          <w:tcPr>
            <w:tcW w:w="5046" w:type="dxa"/>
            <w:shd w:val="clear" w:color="auto" w:fill="F3F8F8"/>
            <w:vAlign w:val="center"/>
          </w:tcPr>
          <w:p w14:paraId="1B24053D" w14:textId="77777777" w:rsidR="003C455C" w:rsidRDefault="000A0385">
            <w:pPr>
              <w:bidi/>
              <w:spacing w:after="0"/>
              <w:jc w:val="right"/>
            </w:pPr>
            <w:r>
              <w:rPr>
                <w:sz w:val="21"/>
              </w:rPr>
              <w:t>التاريخ</w:t>
            </w:r>
            <w:r>
              <w:rPr>
                <w:sz w:val="21"/>
              </w:rPr>
              <w:t>: ........ / ........ / 14</w:t>
            </w:r>
            <w:r>
              <w:rPr>
                <w:sz w:val="21"/>
              </w:rPr>
              <w:t>هـ</w:t>
            </w:r>
          </w:p>
        </w:tc>
        <w:tc>
          <w:tcPr>
            <w:tcW w:w="5046" w:type="dxa"/>
            <w:shd w:val="clear" w:color="auto" w:fill="F3F8F8"/>
            <w:vAlign w:val="center"/>
          </w:tcPr>
          <w:p w14:paraId="4FE9BA65" w14:textId="77777777" w:rsidR="003C455C" w:rsidRDefault="000A0385">
            <w:pPr>
              <w:bidi/>
              <w:spacing w:after="0"/>
              <w:jc w:val="right"/>
            </w:pPr>
            <w:r>
              <w:rPr>
                <w:sz w:val="21"/>
              </w:rPr>
              <w:t>اليوم</w:t>
            </w:r>
            <w:r>
              <w:rPr>
                <w:sz w:val="21"/>
              </w:rPr>
              <w:t>: .................................................................</w:t>
            </w:r>
          </w:p>
        </w:tc>
      </w:tr>
    </w:tbl>
    <w:p w14:paraId="2FA27C68" w14:textId="77777777" w:rsidR="003C455C" w:rsidRDefault="000A0385">
      <w:pPr>
        <w:bidi/>
        <w:spacing w:after="40"/>
        <w:jc w:val="right"/>
      </w:pPr>
      <w:r>
        <w:rPr>
          <w:sz w:val="23"/>
        </w:rPr>
        <w:t>السلام</w:t>
      </w:r>
      <w:r>
        <w:rPr>
          <w:sz w:val="23"/>
        </w:rPr>
        <w:t xml:space="preserve"> </w:t>
      </w:r>
      <w:r>
        <w:rPr>
          <w:sz w:val="23"/>
        </w:rPr>
        <w:t>عليكم</w:t>
      </w:r>
      <w:r>
        <w:rPr>
          <w:sz w:val="23"/>
        </w:rPr>
        <w:t xml:space="preserve"> </w:t>
      </w:r>
      <w:r>
        <w:rPr>
          <w:sz w:val="23"/>
        </w:rPr>
        <w:t>ورحمة</w:t>
      </w:r>
      <w:r>
        <w:rPr>
          <w:sz w:val="23"/>
        </w:rPr>
        <w:t xml:space="preserve"> </w:t>
      </w:r>
      <w:r>
        <w:rPr>
          <w:sz w:val="23"/>
        </w:rPr>
        <w:t>الله</w:t>
      </w:r>
      <w:r>
        <w:rPr>
          <w:sz w:val="23"/>
        </w:rPr>
        <w:t xml:space="preserve"> </w:t>
      </w:r>
      <w:r>
        <w:rPr>
          <w:sz w:val="23"/>
        </w:rPr>
        <w:t>وبركاته،</w:t>
      </w:r>
      <w:r>
        <w:rPr>
          <w:sz w:val="23"/>
        </w:rPr>
        <w:t xml:space="preserve"> </w:t>
      </w:r>
      <w:r>
        <w:rPr>
          <w:sz w:val="23"/>
        </w:rPr>
        <w:t>وبعد</w:t>
      </w:r>
      <w:r>
        <w:rPr>
          <w:sz w:val="23"/>
        </w:rPr>
        <w:t>:</w:t>
      </w:r>
    </w:p>
    <w:p w14:paraId="078B66F2" w14:textId="77777777" w:rsidR="003C455C" w:rsidRDefault="000A0385">
      <w:pPr>
        <w:bidi/>
        <w:spacing w:after="40"/>
        <w:jc w:val="right"/>
      </w:pPr>
      <w:r>
        <w:rPr>
          <w:sz w:val="23"/>
        </w:rPr>
        <w:t>لوحظ</w:t>
      </w:r>
      <w:r>
        <w:rPr>
          <w:sz w:val="23"/>
        </w:rPr>
        <w:t xml:space="preserve"> </w:t>
      </w:r>
      <w:r>
        <w:rPr>
          <w:sz w:val="23"/>
        </w:rPr>
        <w:t>عدم</w:t>
      </w:r>
      <w:r>
        <w:rPr>
          <w:sz w:val="23"/>
        </w:rPr>
        <w:t xml:space="preserve"> </w:t>
      </w:r>
      <w:r>
        <w:rPr>
          <w:sz w:val="23"/>
        </w:rPr>
        <w:t>قيامكم</w:t>
      </w:r>
      <w:r>
        <w:rPr>
          <w:sz w:val="23"/>
        </w:rPr>
        <w:t xml:space="preserve"> </w:t>
      </w:r>
      <w:r>
        <w:rPr>
          <w:sz w:val="23"/>
        </w:rPr>
        <w:t>بتسجيل</w:t>
      </w:r>
      <w:r>
        <w:rPr>
          <w:sz w:val="23"/>
        </w:rPr>
        <w:t xml:space="preserve"> </w:t>
      </w:r>
      <w:r>
        <w:rPr>
          <w:sz w:val="23"/>
        </w:rPr>
        <w:t>الانصراف</w:t>
      </w:r>
      <w:r>
        <w:rPr>
          <w:sz w:val="23"/>
        </w:rPr>
        <w:t xml:space="preserve"> </w:t>
      </w:r>
      <w:r>
        <w:rPr>
          <w:sz w:val="23"/>
        </w:rPr>
        <w:t>في</w:t>
      </w:r>
      <w:r>
        <w:rPr>
          <w:sz w:val="23"/>
        </w:rPr>
        <w:t xml:space="preserve"> </w:t>
      </w:r>
      <w:r>
        <w:rPr>
          <w:sz w:val="23"/>
        </w:rPr>
        <w:t>برنامج</w:t>
      </w:r>
      <w:r>
        <w:rPr>
          <w:sz w:val="23"/>
        </w:rPr>
        <w:t xml:space="preserve"> </w:t>
      </w:r>
      <w:r>
        <w:rPr>
          <w:sz w:val="23"/>
        </w:rPr>
        <w:t>حضوري</w:t>
      </w:r>
      <w:r>
        <w:rPr>
          <w:sz w:val="23"/>
        </w:rPr>
        <w:t xml:space="preserve"> </w:t>
      </w:r>
      <w:r>
        <w:rPr>
          <w:sz w:val="23"/>
        </w:rPr>
        <w:t>في</w:t>
      </w:r>
      <w:r>
        <w:rPr>
          <w:sz w:val="23"/>
        </w:rPr>
        <w:t xml:space="preserve"> </w:t>
      </w:r>
      <w:r>
        <w:rPr>
          <w:sz w:val="23"/>
        </w:rPr>
        <w:t>اليوم</w:t>
      </w:r>
      <w:r>
        <w:rPr>
          <w:sz w:val="23"/>
        </w:rPr>
        <w:t xml:space="preserve"> </w:t>
      </w:r>
      <w:r>
        <w:rPr>
          <w:sz w:val="23"/>
        </w:rPr>
        <w:t>والتاريخ</w:t>
      </w:r>
      <w:r>
        <w:rPr>
          <w:sz w:val="23"/>
        </w:rPr>
        <w:t xml:space="preserve"> </w:t>
      </w:r>
      <w:r>
        <w:rPr>
          <w:sz w:val="23"/>
        </w:rPr>
        <w:t>الموضحين</w:t>
      </w:r>
      <w:r>
        <w:rPr>
          <w:sz w:val="23"/>
        </w:rPr>
        <w:t xml:space="preserve"> </w:t>
      </w:r>
      <w:r>
        <w:rPr>
          <w:sz w:val="23"/>
        </w:rPr>
        <w:t>أعلاه،</w:t>
      </w:r>
      <w:r>
        <w:rPr>
          <w:sz w:val="23"/>
        </w:rPr>
        <w:t xml:space="preserve"> </w:t>
      </w:r>
      <w:r>
        <w:rPr>
          <w:sz w:val="23"/>
        </w:rPr>
        <w:t>رغم</w:t>
      </w:r>
      <w:r>
        <w:rPr>
          <w:sz w:val="23"/>
        </w:rPr>
        <w:t xml:space="preserve"> </w:t>
      </w:r>
      <w:r>
        <w:rPr>
          <w:sz w:val="23"/>
        </w:rPr>
        <w:t>انتهاء</w:t>
      </w:r>
      <w:r>
        <w:rPr>
          <w:sz w:val="23"/>
        </w:rPr>
        <w:t xml:space="preserve"> </w:t>
      </w:r>
      <w:r>
        <w:rPr>
          <w:sz w:val="23"/>
        </w:rPr>
        <w:t>وقت</w:t>
      </w:r>
      <w:r>
        <w:rPr>
          <w:sz w:val="23"/>
        </w:rPr>
        <w:t xml:space="preserve"> </w:t>
      </w:r>
      <w:r>
        <w:rPr>
          <w:sz w:val="23"/>
        </w:rPr>
        <w:t>الدوام</w:t>
      </w:r>
      <w:r>
        <w:rPr>
          <w:sz w:val="23"/>
        </w:rPr>
        <w:t xml:space="preserve"> </w:t>
      </w:r>
      <w:r>
        <w:rPr>
          <w:sz w:val="23"/>
        </w:rPr>
        <w:t>الرسمي</w:t>
      </w:r>
      <w:r>
        <w:rPr>
          <w:sz w:val="23"/>
        </w:rPr>
        <w:t>.</w:t>
      </w:r>
    </w:p>
    <w:p w14:paraId="09F8F822" w14:textId="77777777" w:rsidR="003C455C" w:rsidRDefault="000A0385">
      <w:pPr>
        <w:bidi/>
        <w:spacing w:after="80"/>
        <w:jc w:val="right"/>
      </w:pPr>
      <w:r>
        <w:rPr>
          <w:sz w:val="23"/>
        </w:rPr>
        <w:t>عليه،</w:t>
      </w:r>
      <w:r>
        <w:rPr>
          <w:sz w:val="23"/>
        </w:rPr>
        <w:t xml:space="preserve"> </w:t>
      </w:r>
      <w:r>
        <w:rPr>
          <w:sz w:val="23"/>
        </w:rPr>
        <w:t>نأمل</w:t>
      </w:r>
      <w:r>
        <w:rPr>
          <w:sz w:val="23"/>
        </w:rPr>
        <w:t xml:space="preserve"> </w:t>
      </w:r>
      <w:r>
        <w:rPr>
          <w:sz w:val="23"/>
        </w:rPr>
        <w:t>منكم</w:t>
      </w:r>
      <w:r>
        <w:rPr>
          <w:sz w:val="23"/>
        </w:rPr>
        <w:t xml:space="preserve"> </w:t>
      </w:r>
      <w:r>
        <w:rPr>
          <w:sz w:val="23"/>
        </w:rPr>
        <w:t>توضيح</w:t>
      </w:r>
      <w:r>
        <w:rPr>
          <w:sz w:val="23"/>
        </w:rPr>
        <w:t xml:space="preserve"> </w:t>
      </w:r>
      <w:r>
        <w:rPr>
          <w:sz w:val="23"/>
        </w:rPr>
        <w:t>سبب</w:t>
      </w:r>
      <w:r>
        <w:rPr>
          <w:sz w:val="23"/>
        </w:rPr>
        <w:t xml:space="preserve"> </w:t>
      </w:r>
      <w:r>
        <w:rPr>
          <w:sz w:val="23"/>
        </w:rPr>
        <w:t>عدم</w:t>
      </w:r>
      <w:r>
        <w:rPr>
          <w:sz w:val="23"/>
        </w:rPr>
        <w:t xml:space="preserve"> </w:t>
      </w:r>
      <w:r>
        <w:rPr>
          <w:sz w:val="23"/>
        </w:rPr>
        <w:t>تسجيل</w:t>
      </w:r>
      <w:r>
        <w:rPr>
          <w:sz w:val="23"/>
        </w:rPr>
        <w:t xml:space="preserve"> </w:t>
      </w:r>
      <w:r>
        <w:rPr>
          <w:sz w:val="23"/>
        </w:rPr>
        <w:t>الانصراف،</w:t>
      </w:r>
      <w:r>
        <w:rPr>
          <w:sz w:val="23"/>
        </w:rPr>
        <w:t xml:space="preserve"> </w:t>
      </w:r>
      <w:r>
        <w:rPr>
          <w:sz w:val="23"/>
        </w:rPr>
        <w:t>والإفادة</w:t>
      </w:r>
      <w:r>
        <w:rPr>
          <w:sz w:val="23"/>
        </w:rPr>
        <w:t xml:space="preserve"> </w:t>
      </w:r>
      <w:r>
        <w:rPr>
          <w:sz w:val="23"/>
        </w:rPr>
        <w:t>عن</w:t>
      </w:r>
      <w:r>
        <w:rPr>
          <w:sz w:val="23"/>
        </w:rPr>
        <w:t xml:space="preserve"> </w:t>
      </w:r>
      <w:r>
        <w:rPr>
          <w:sz w:val="23"/>
        </w:rPr>
        <w:t>ذلك</w:t>
      </w:r>
      <w:r>
        <w:rPr>
          <w:sz w:val="23"/>
        </w:rPr>
        <w:t xml:space="preserve"> </w:t>
      </w:r>
      <w:r>
        <w:rPr>
          <w:sz w:val="23"/>
        </w:rPr>
        <w:t>كتابةً</w:t>
      </w:r>
      <w:r>
        <w:rPr>
          <w:sz w:val="23"/>
        </w:rPr>
        <w:t xml:space="preserve"> </w:t>
      </w:r>
      <w:r>
        <w:rPr>
          <w:sz w:val="23"/>
        </w:rPr>
        <w:t>أدناه،</w:t>
      </w:r>
      <w:r>
        <w:rPr>
          <w:sz w:val="23"/>
        </w:rPr>
        <w:t xml:space="preserve"> </w:t>
      </w:r>
      <w:r>
        <w:rPr>
          <w:sz w:val="23"/>
        </w:rPr>
        <w:t>مع</w:t>
      </w:r>
      <w:r>
        <w:rPr>
          <w:sz w:val="23"/>
        </w:rPr>
        <w:t xml:space="preserve"> </w:t>
      </w:r>
      <w:r>
        <w:rPr>
          <w:sz w:val="23"/>
        </w:rPr>
        <w:t>التأكيد</w:t>
      </w:r>
      <w:r>
        <w:rPr>
          <w:sz w:val="23"/>
        </w:rPr>
        <w:t xml:space="preserve"> </w:t>
      </w:r>
      <w:r>
        <w:rPr>
          <w:sz w:val="23"/>
        </w:rPr>
        <w:t>على</w:t>
      </w:r>
      <w:r>
        <w:rPr>
          <w:sz w:val="23"/>
        </w:rPr>
        <w:t xml:space="preserve"> </w:t>
      </w:r>
      <w:r>
        <w:rPr>
          <w:sz w:val="23"/>
        </w:rPr>
        <w:t>أهمية</w:t>
      </w:r>
      <w:r>
        <w:rPr>
          <w:sz w:val="23"/>
        </w:rPr>
        <w:t xml:space="preserve"> </w:t>
      </w:r>
      <w:r>
        <w:rPr>
          <w:sz w:val="23"/>
        </w:rPr>
        <w:t>الالتزام</w:t>
      </w:r>
      <w:r>
        <w:rPr>
          <w:sz w:val="23"/>
        </w:rPr>
        <w:t xml:space="preserve"> </w:t>
      </w:r>
      <w:r>
        <w:rPr>
          <w:sz w:val="23"/>
        </w:rPr>
        <w:t>بتسجيل</w:t>
      </w:r>
      <w:r>
        <w:rPr>
          <w:sz w:val="23"/>
        </w:rPr>
        <w:t xml:space="preserve"> </w:t>
      </w:r>
      <w:r>
        <w:rPr>
          <w:sz w:val="23"/>
        </w:rPr>
        <w:t>الحضور</w:t>
      </w:r>
      <w:r>
        <w:rPr>
          <w:sz w:val="23"/>
        </w:rPr>
        <w:t xml:space="preserve"> </w:t>
      </w:r>
      <w:r>
        <w:rPr>
          <w:sz w:val="23"/>
        </w:rPr>
        <w:t>والانصراف</w:t>
      </w:r>
      <w:r>
        <w:rPr>
          <w:sz w:val="23"/>
        </w:rPr>
        <w:t xml:space="preserve"> </w:t>
      </w:r>
      <w:r>
        <w:rPr>
          <w:sz w:val="23"/>
        </w:rPr>
        <w:t>وفق</w:t>
      </w:r>
      <w:r>
        <w:rPr>
          <w:sz w:val="23"/>
        </w:rPr>
        <w:t xml:space="preserve"> </w:t>
      </w:r>
      <w:r>
        <w:rPr>
          <w:sz w:val="23"/>
        </w:rPr>
        <w:t>الأنظمة</w:t>
      </w:r>
      <w:r>
        <w:rPr>
          <w:sz w:val="23"/>
        </w:rPr>
        <w:t xml:space="preserve"> </w:t>
      </w:r>
      <w:r>
        <w:rPr>
          <w:sz w:val="23"/>
        </w:rPr>
        <w:t>والتعليمات</w:t>
      </w:r>
      <w:r>
        <w:rPr>
          <w:sz w:val="23"/>
        </w:rPr>
        <w:t xml:space="preserve"> </w:t>
      </w:r>
      <w:r>
        <w:rPr>
          <w:sz w:val="23"/>
        </w:rPr>
        <w:t>المنظمة</w:t>
      </w:r>
      <w:r>
        <w:rPr>
          <w:sz w:val="23"/>
        </w:rPr>
        <w:t xml:space="preserve"> </w:t>
      </w:r>
      <w:r>
        <w:rPr>
          <w:sz w:val="23"/>
        </w:rPr>
        <w:t>للدوام</w:t>
      </w:r>
      <w:r>
        <w:rPr>
          <w:sz w:val="23"/>
        </w:rPr>
        <w:t xml:space="preserve"> </w:t>
      </w:r>
      <w:r>
        <w:rPr>
          <w:sz w:val="23"/>
        </w:rPr>
        <w:t>الرسمي</w:t>
      </w:r>
      <w:r>
        <w:rPr>
          <w:sz w:val="23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92"/>
      </w:tblGrid>
      <w:tr w:rsidR="003C455C" w14:paraId="3E4165BE" w14:textId="77777777">
        <w:trPr>
          <w:jc w:val="center"/>
        </w:trPr>
        <w:tc>
          <w:tcPr>
            <w:tcW w:w="10092" w:type="dxa"/>
            <w:shd w:val="clear" w:color="auto" w:fill="159B91"/>
          </w:tcPr>
          <w:p w14:paraId="2F53D5E4" w14:textId="77777777" w:rsidR="003C455C" w:rsidRDefault="000A0385">
            <w:pPr>
              <w:bidi/>
              <w:jc w:val="right"/>
            </w:pPr>
            <w:r>
              <w:rPr>
                <w:b/>
                <w:color w:val="FFFFFF"/>
                <w:sz w:val="24"/>
              </w:rPr>
              <w:t>إفادة</w:t>
            </w:r>
            <w:r>
              <w:rPr>
                <w:b/>
                <w:color w:val="FFFFFF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الموظف</w:t>
            </w:r>
            <w:r>
              <w:rPr>
                <w:b/>
                <w:color w:val="FFFFFF"/>
                <w:sz w:val="24"/>
              </w:rPr>
              <w:t>/</w:t>
            </w:r>
            <w:r>
              <w:rPr>
                <w:b/>
                <w:color w:val="FFFFFF"/>
                <w:sz w:val="24"/>
              </w:rPr>
              <w:t>ة</w:t>
            </w:r>
          </w:p>
        </w:tc>
      </w:tr>
    </w:tbl>
    <w:p w14:paraId="6DE902A9" w14:textId="77777777" w:rsidR="003C455C" w:rsidRDefault="000A0385">
      <w:pPr>
        <w:bidi/>
        <w:spacing w:after="20"/>
        <w:jc w:val="right"/>
      </w:pPr>
      <w:r>
        <w:rPr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1F180907" w14:textId="77777777" w:rsidR="003C455C" w:rsidRDefault="000A0385">
      <w:pPr>
        <w:bidi/>
        <w:spacing w:after="20"/>
        <w:jc w:val="right"/>
      </w:pPr>
      <w:r>
        <w:rPr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781F2024" w14:textId="77777777" w:rsidR="003C455C" w:rsidRDefault="000A0385">
      <w:pPr>
        <w:bidi/>
        <w:spacing w:after="20"/>
        <w:jc w:val="right"/>
      </w:pPr>
      <w:r>
        <w:rPr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5D20F3AC" w14:textId="77777777" w:rsidR="003C455C" w:rsidRDefault="000A0385">
      <w:pPr>
        <w:bidi/>
        <w:spacing w:after="20"/>
        <w:jc w:val="right"/>
      </w:pPr>
      <w:r>
        <w:rPr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5430EB38" w14:textId="77777777" w:rsidR="003C455C" w:rsidRDefault="000A0385">
      <w:pPr>
        <w:bidi/>
        <w:spacing w:after="40"/>
        <w:jc w:val="right"/>
      </w:pPr>
      <w:r>
        <w:rPr>
          <w:b/>
          <w:sz w:val="23"/>
        </w:rPr>
        <w:t>سبب</w:t>
      </w:r>
      <w:r>
        <w:rPr>
          <w:b/>
          <w:sz w:val="23"/>
        </w:rPr>
        <w:t xml:space="preserve"> </w:t>
      </w:r>
      <w:r>
        <w:rPr>
          <w:b/>
          <w:sz w:val="23"/>
        </w:rPr>
        <w:t>عدم</w:t>
      </w:r>
      <w:r>
        <w:rPr>
          <w:b/>
          <w:sz w:val="23"/>
        </w:rPr>
        <w:t xml:space="preserve"> </w:t>
      </w:r>
      <w:r>
        <w:rPr>
          <w:b/>
          <w:sz w:val="23"/>
        </w:rPr>
        <w:t>تسجيل</w:t>
      </w:r>
      <w:r>
        <w:rPr>
          <w:b/>
          <w:sz w:val="23"/>
        </w:rPr>
        <w:t xml:space="preserve"> </w:t>
      </w:r>
      <w:r>
        <w:rPr>
          <w:b/>
          <w:sz w:val="23"/>
        </w:rPr>
        <w:t>الانصراف</w:t>
      </w:r>
      <w:r>
        <w:rPr>
          <w:b/>
          <w:sz w:val="23"/>
        </w:rPr>
        <w:t>:</w:t>
      </w:r>
    </w:p>
    <w:p w14:paraId="73BCA619" w14:textId="77777777" w:rsidR="003C455C" w:rsidRDefault="000A0385">
      <w:pPr>
        <w:bidi/>
        <w:spacing w:after="20"/>
        <w:jc w:val="right"/>
      </w:pPr>
      <w:r>
        <w:rPr>
          <w:sz w:val="21"/>
        </w:rPr>
        <w:t>☐</w:t>
      </w:r>
      <w:r>
        <w:rPr>
          <w:sz w:val="21"/>
        </w:rPr>
        <w:t xml:space="preserve"> </w:t>
      </w:r>
      <w:r>
        <w:rPr>
          <w:sz w:val="21"/>
        </w:rPr>
        <w:t>نسيان</w:t>
      </w:r>
      <w:r>
        <w:rPr>
          <w:sz w:val="21"/>
        </w:rPr>
        <w:t xml:space="preserve"> </w:t>
      </w:r>
      <w:r>
        <w:rPr>
          <w:sz w:val="21"/>
        </w:rPr>
        <w:t>تسجيل</w:t>
      </w:r>
      <w:r>
        <w:rPr>
          <w:sz w:val="21"/>
        </w:rPr>
        <w:t xml:space="preserve"> </w:t>
      </w:r>
      <w:r>
        <w:rPr>
          <w:sz w:val="21"/>
        </w:rPr>
        <w:t>الانصراف</w:t>
      </w:r>
    </w:p>
    <w:p w14:paraId="273CF65C" w14:textId="77777777" w:rsidR="003C455C" w:rsidRDefault="000A0385">
      <w:pPr>
        <w:bidi/>
        <w:spacing w:after="20"/>
        <w:jc w:val="right"/>
      </w:pPr>
      <w:r>
        <w:rPr>
          <w:sz w:val="21"/>
        </w:rPr>
        <w:t>☐</w:t>
      </w:r>
      <w:r>
        <w:rPr>
          <w:sz w:val="21"/>
        </w:rPr>
        <w:t xml:space="preserve"> </w:t>
      </w:r>
      <w:r>
        <w:rPr>
          <w:sz w:val="21"/>
        </w:rPr>
        <w:t>عطل</w:t>
      </w:r>
      <w:r>
        <w:rPr>
          <w:sz w:val="21"/>
        </w:rPr>
        <w:t xml:space="preserve"> </w:t>
      </w:r>
      <w:r>
        <w:rPr>
          <w:sz w:val="21"/>
        </w:rPr>
        <w:t>أو</w:t>
      </w:r>
      <w:r>
        <w:rPr>
          <w:sz w:val="21"/>
        </w:rPr>
        <w:t xml:space="preserve"> </w:t>
      </w:r>
      <w:r>
        <w:rPr>
          <w:sz w:val="21"/>
        </w:rPr>
        <w:t>مشكلة</w:t>
      </w:r>
      <w:r>
        <w:rPr>
          <w:sz w:val="21"/>
        </w:rPr>
        <w:t xml:space="preserve"> </w:t>
      </w:r>
      <w:r>
        <w:rPr>
          <w:sz w:val="21"/>
        </w:rPr>
        <w:t>تقنية</w:t>
      </w:r>
      <w:r>
        <w:rPr>
          <w:sz w:val="21"/>
        </w:rPr>
        <w:t xml:space="preserve"> </w:t>
      </w:r>
      <w:r>
        <w:rPr>
          <w:sz w:val="21"/>
        </w:rPr>
        <w:t>في</w:t>
      </w:r>
      <w:r>
        <w:rPr>
          <w:sz w:val="21"/>
        </w:rPr>
        <w:t xml:space="preserve"> </w:t>
      </w:r>
      <w:r>
        <w:rPr>
          <w:sz w:val="21"/>
        </w:rPr>
        <w:t>برنامج</w:t>
      </w:r>
      <w:r>
        <w:rPr>
          <w:sz w:val="21"/>
        </w:rPr>
        <w:t xml:space="preserve"> </w:t>
      </w:r>
      <w:r>
        <w:rPr>
          <w:sz w:val="21"/>
        </w:rPr>
        <w:t>حضوري</w:t>
      </w:r>
    </w:p>
    <w:p w14:paraId="68C3E2D6" w14:textId="77777777" w:rsidR="003C455C" w:rsidRDefault="000A0385">
      <w:pPr>
        <w:bidi/>
        <w:spacing w:after="20"/>
        <w:jc w:val="right"/>
      </w:pPr>
      <w:r>
        <w:rPr>
          <w:sz w:val="21"/>
        </w:rPr>
        <w:t>☐</w:t>
      </w:r>
      <w:r>
        <w:rPr>
          <w:sz w:val="21"/>
        </w:rPr>
        <w:t xml:space="preserve"> </w:t>
      </w:r>
      <w:r>
        <w:rPr>
          <w:sz w:val="21"/>
        </w:rPr>
        <w:t>عدم</w:t>
      </w:r>
      <w:r>
        <w:rPr>
          <w:sz w:val="21"/>
        </w:rPr>
        <w:t xml:space="preserve"> </w:t>
      </w:r>
      <w:r>
        <w:rPr>
          <w:sz w:val="21"/>
        </w:rPr>
        <w:t>توفر</w:t>
      </w:r>
      <w:r>
        <w:rPr>
          <w:sz w:val="21"/>
        </w:rPr>
        <w:t xml:space="preserve"> </w:t>
      </w:r>
      <w:r>
        <w:rPr>
          <w:sz w:val="21"/>
        </w:rPr>
        <w:t>الاتصال</w:t>
      </w:r>
      <w:r>
        <w:rPr>
          <w:sz w:val="21"/>
        </w:rPr>
        <w:t xml:space="preserve"> </w:t>
      </w:r>
      <w:r>
        <w:rPr>
          <w:sz w:val="21"/>
        </w:rPr>
        <w:t>بالإنترنت</w:t>
      </w:r>
    </w:p>
    <w:p w14:paraId="3DE22D85" w14:textId="77777777" w:rsidR="003C455C" w:rsidRDefault="000A0385">
      <w:pPr>
        <w:bidi/>
        <w:spacing w:after="20"/>
        <w:jc w:val="right"/>
      </w:pPr>
      <w:r>
        <w:rPr>
          <w:sz w:val="21"/>
        </w:rPr>
        <w:t>☐</w:t>
      </w:r>
      <w:r>
        <w:rPr>
          <w:sz w:val="21"/>
        </w:rPr>
        <w:t xml:space="preserve"> </w:t>
      </w:r>
      <w:r>
        <w:rPr>
          <w:sz w:val="21"/>
        </w:rPr>
        <w:t>تكليف</w:t>
      </w:r>
      <w:r>
        <w:rPr>
          <w:sz w:val="21"/>
        </w:rPr>
        <w:t xml:space="preserve"> </w:t>
      </w:r>
      <w:r>
        <w:rPr>
          <w:sz w:val="21"/>
        </w:rPr>
        <w:t>أو</w:t>
      </w:r>
      <w:r>
        <w:rPr>
          <w:sz w:val="21"/>
        </w:rPr>
        <w:t xml:space="preserve"> </w:t>
      </w:r>
      <w:r>
        <w:rPr>
          <w:sz w:val="21"/>
        </w:rPr>
        <w:t>مهمة</w:t>
      </w:r>
      <w:r>
        <w:rPr>
          <w:sz w:val="21"/>
        </w:rPr>
        <w:t xml:space="preserve"> </w:t>
      </w:r>
      <w:r>
        <w:rPr>
          <w:sz w:val="21"/>
        </w:rPr>
        <w:t>رسمية</w:t>
      </w:r>
    </w:p>
    <w:p w14:paraId="28F911DF" w14:textId="77777777" w:rsidR="003C455C" w:rsidRDefault="000A0385">
      <w:pPr>
        <w:bidi/>
        <w:spacing w:after="20"/>
        <w:jc w:val="right"/>
      </w:pPr>
      <w:r>
        <w:rPr>
          <w:sz w:val="21"/>
        </w:rPr>
        <w:t>☐</w:t>
      </w:r>
      <w:r>
        <w:rPr>
          <w:sz w:val="21"/>
        </w:rPr>
        <w:t xml:space="preserve"> </w:t>
      </w:r>
      <w:r>
        <w:rPr>
          <w:sz w:val="21"/>
        </w:rPr>
        <w:t>سبب</w:t>
      </w:r>
      <w:r>
        <w:rPr>
          <w:sz w:val="21"/>
        </w:rPr>
        <w:t xml:space="preserve"> </w:t>
      </w:r>
      <w:r>
        <w:rPr>
          <w:sz w:val="21"/>
        </w:rPr>
        <w:t>آخر</w:t>
      </w:r>
      <w:r>
        <w:rPr>
          <w:sz w:val="21"/>
        </w:rPr>
        <w:t>: ........................................................................................................................</w:t>
      </w:r>
    </w:p>
    <w:p w14:paraId="762F6795" w14:textId="77777777" w:rsidR="003C455C" w:rsidRDefault="000A0385">
      <w:pPr>
        <w:bidi/>
        <w:spacing w:after="60"/>
        <w:jc w:val="right"/>
      </w:pPr>
      <w:r>
        <w:rPr>
          <w:sz w:val="21"/>
        </w:rPr>
        <w:t>وأقر</w:t>
      </w:r>
      <w:r>
        <w:rPr>
          <w:sz w:val="21"/>
        </w:rPr>
        <w:t xml:space="preserve"> </w:t>
      </w:r>
      <w:r>
        <w:rPr>
          <w:sz w:val="21"/>
        </w:rPr>
        <w:t>بأن</w:t>
      </w:r>
      <w:r>
        <w:rPr>
          <w:sz w:val="21"/>
        </w:rPr>
        <w:t xml:space="preserve"> </w:t>
      </w:r>
      <w:r>
        <w:rPr>
          <w:sz w:val="21"/>
        </w:rPr>
        <w:t>الإفادة</w:t>
      </w:r>
      <w:r>
        <w:rPr>
          <w:sz w:val="21"/>
        </w:rPr>
        <w:t xml:space="preserve"> </w:t>
      </w:r>
      <w:r>
        <w:rPr>
          <w:sz w:val="21"/>
        </w:rPr>
        <w:t>الموضحة</w:t>
      </w:r>
      <w:r>
        <w:rPr>
          <w:sz w:val="21"/>
        </w:rPr>
        <w:t xml:space="preserve"> </w:t>
      </w:r>
      <w:r>
        <w:rPr>
          <w:sz w:val="21"/>
        </w:rPr>
        <w:t>أعلاه</w:t>
      </w:r>
      <w:r>
        <w:rPr>
          <w:sz w:val="21"/>
        </w:rPr>
        <w:t xml:space="preserve"> </w:t>
      </w:r>
      <w:r>
        <w:rPr>
          <w:sz w:val="21"/>
        </w:rPr>
        <w:t>صحيحة،</w:t>
      </w:r>
      <w:r>
        <w:rPr>
          <w:sz w:val="21"/>
        </w:rPr>
        <w:t xml:space="preserve"> </w:t>
      </w:r>
      <w:r>
        <w:rPr>
          <w:sz w:val="21"/>
        </w:rPr>
        <w:t>وأتعهد</w:t>
      </w:r>
      <w:r>
        <w:rPr>
          <w:sz w:val="21"/>
        </w:rPr>
        <w:t xml:space="preserve"> </w:t>
      </w:r>
      <w:r>
        <w:rPr>
          <w:sz w:val="21"/>
        </w:rPr>
        <w:t>بالالتزام</w:t>
      </w:r>
      <w:r>
        <w:rPr>
          <w:sz w:val="21"/>
        </w:rPr>
        <w:t xml:space="preserve"> </w:t>
      </w:r>
      <w:r>
        <w:rPr>
          <w:sz w:val="21"/>
        </w:rPr>
        <w:t>بتسجيل</w:t>
      </w:r>
      <w:r>
        <w:rPr>
          <w:sz w:val="21"/>
        </w:rPr>
        <w:t xml:space="preserve"> </w:t>
      </w:r>
      <w:r>
        <w:rPr>
          <w:sz w:val="21"/>
        </w:rPr>
        <w:t>الحضور</w:t>
      </w:r>
      <w:r>
        <w:rPr>
          <w:sz w:val="21"/>
        </w:rPr>
        <w:t xml:space="preserve"> </w:t>
      </w:r>
      <w:r>
        <w:rPr>
          <w:sz w:val="21"/>
        </w:rPr>
        <w:t>والانصراف</w:t>
      </w:r>
      <w:r>
        <w:rPr>
          <w:sz w:val="21"/>
        </w:rPr>
        <w:t xml:space="preserve"> </w:t>
      </w:r>
      <w:r>
        <w:rPr>
          <w:sz w:val="21"/>
        </w:rPr>
        <w:t>في</w:t>
      </w:r>
      <w:r>
        <w:rPr>
          <w:sz w:val="21"/>
        </w:rPr>
        <w:t xml:space="preserve"> </w:t>
      </w:r>
      <w:r>
        <w:rPr>
          <w:sz w:val="21"/>
        </w:rPr>
        <w:t>برنامج</w:t>
      </w:r>
      <w:r>
        <w:rPr>
          <w:sz w:val="21"/>
        </w:rPr>
        <w:t xml:space="preserve"> </w:t>
      </w:r>
      <w:r>
        <w:rPr>
          <w:sz w:val="21"/>
        </w:rPr>
        <w:t>حضوري</w:t>
      </w:r>
      <w:r>
        <w:rPr>
          <w:sz w:val="21"/>
        </w:rPr>
        <w:t xml:space="preserve"> </w:t>
      </w:r>
      <w:r>
        <w:rPr>
          <w:sz w:val="21"/>
        </w:rPr>
        <w:t>وفق</w:t>
      </w:r>
      <w:r>
        <w:rPr>
          <w:sz w:val="21"/>
        </w:rPr>
        <w:t xml:space="preserve"> </w:t>
      </w:r>
      <w:r>
        <w:rPr>
          <w:sz w:val="21"/>
        </w:rPr>
        <w:t>التعليمات</w:t>
      </w:r>
      <w:r>
        <w:rPr>
          <w:sz w:val="21"/>
        </w:rPr>
        <w:t xml:space="preserve"> </w:t>
      </w:r>
      <w:r>
        <w:rPr>
          <w:sz w:val="21"/>
        </w:rPr>
        <w:t>المعتمدة</w:t>
      </w:r>
      <w:r>
        <w:rPr>
          <w:sz w:val="21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64"/>
        <w:gridCol w:w="3364"/>
        <w:gridCol w:w="3364"/>
      </w:tblGrid>
      <w:tr w:rsidR="003C455C" w14:paraId="2E522004" w14:textId="77777777">
        <w:trPr>
          <w:jc w:val="center"/>
        </w:trPr>
        <w:tc>
          <w:tcPr>
            <w:tcW w:w="3364" w:type="dxa"/>
            <w:shd w:val="clear" w:color="auto" w:fill="F3F8F8"/>
          </w:tcPr>
          <w:p w14:paraId="13A5BB96" w14:textId="77777777" w:rsidR="003C455C" w:rsidRDefault="000A0385">
            <w:pPr>
              <w:bidi/>
              <w:jc w:val="right"/>
            </w:pPr>
            <w:r>
              <w:rPr>
                <w:sz w:val="19"/>
              </w:rPr>
              <w:t>التاريخ</w:t>
            </w:r>
            <w:r>
              <w:rPr>
                <w:sz w:val="19"/>
              </w:rPr>
              <w:t>: ........ / ........ / 14</w:t>
            </w:r>
            <w:r>
              <w:rPr>
                <w:sz w:val="19"/>
              </w:rPr>
              <w:t>هـ</w:t>
            </w:r>
          </w:p>
        </w:tc>
        <w:tc>
          <w:tcPr>
            <w:tcW w:w="3364" w:type="dxa"/>
            <w:shd w:val="clear" w:color="auto" w:fill="F3F8F8"/>
          </w:tcPr>
          <w:p w14:paraId="581A3817" w14:textId="77777777" w:rsidR="003C455C" w:rsidRDefault="000A0385">
            <w:pPr>
              <w:bidi/>
              <w:jc w:val="right"/>
            </w:pPr>
            <w:r>
              <w:rPr>
                <w:sz w:val="19"/>
              </w:rPr>
              <w:t>التوقيع</w:t>
            </w:r>
            <w:r>
              <w:rPr>
                <w:sz w:val="19"/>
              </w:rPr>
              <w:t>: ................................</w:t>
            </w:r>
          </w:p>
        </w:tc>
        <w:tc>
          <w:tcPr>
            <w:tcW w:w="3364" w:type="dxa"/>
            <w:shd w:val="clear" w:color="auto" w:fill="F3F8F8"/>
          </w:tcPr>
          <w:p w14:paraId="00E6B8F4" w14:textId="77777777" w:rsidR="003C455C" w:rsidRDefault="000A0385">
            <w:pPr>
              <w:bidi/>
              <w:jc w:val="right"/>
            </w:pPr>
            <w:r>
              <w:rPr>
                <w:sz w:val="19"/>
              </w:rPr>
              <w:t>اسم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>الموظف</w:t>
            </w:r>
            <w:r>
              <w:rPr>
                <w:sz w:val="19"/>
              </w:rPr>
              <w:t>/</w:t>
            </w:r>
            <w:r>
              <w:rPr>
                <w:sz w:val="19"/>
              </w:rPr>
              <w:t>ة</w:t>
            </w:r>
            <w:r>
              <w:rPr>
                <w:sz w:val="19"/>
              </w:rPr>
              <w:t>: ........................................</w:t>
            </w:r>
          </w:p>
        </w:tc>
      </w:tr>
    </w:tbl>
    <w:p w14:paraId="1FA2F5D9" w14:textId="77777777" w:rsidR="003C455C" w:rsidRDefault="003C455C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92"/>
      </w:tblGrid>
      <w:tr w:rsidR="003C455C" w14:paraId="25B2BEE1" w14:textId="77777777">
        <w:trPr>
          <w:jc w:val="center"/>
        </w:trPr>
        <w:tc>
          <w:tcPr>
            <w:tcW w:w="10092" w:type="dxa"/>
            <w:shd w:val="clear" w:color="auto" w:fill="2F7FA3"/>
          </w:tcPr>
          <w:p w14:paraId="49BE543F" w14:textId="77777777" w:rsidR="003C455C" w:rsidRDefault="000A0385">
            <w:pPr>
              <w:bidi/>
              <w:jc w:val="right"/>
            </w:pPr>
            <w:r>
              <w:rPr>
                <w:b/>
                <w:color w:val="FFFFFF"/>
                <w:sz w:val="24"/>
              </w:rPr>
              <w:t>إفادة</w:t>
            </w:r>
            <w:r>
              <w:rPr>
                <w:b/>
                <w:color w:val="FFFFFF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الإدارة</w:t>
            </w:r>
          </w:p>
        </w:tc>
      </w:tr>
    </w:tbl>
    <w:p w14:paraId="555192A2" w14:textId="77777777" w:rsidR="003C455C" w:rsidRDefault="000A0385">
      <w:pPr>
        <w:bidi/>
        <w:spacing w:after="20"/>
        <w:jc w:val="right"/>
      </w:pPr>
      <w:r>
        <w:rPr>
          <w:sz w:val="21"/>
        </w:rPr>
        <w:t>☐</w:t>
      </w:r>
      <w:r>
        <w:rPr>
          <w:sz w:val="21"/>
        </w:rPr>
        <w:t xml:space="preserve"> </w:t>
      </w:r>
      <w:r>
        <w:rPr>
          <w:sz w:val="21"/>
        </w:rPr>
        <w:t>تم</w:t>
      </w:r>
      <w:r>
        <w:rPr>
          <w:sz w:val="21"/>
        </w:rPr>
        <w:t xml:space="preserve"> </w:t>
      </w:r>
      <w:r>
        <w:rPr>
          <w:sz w:val="21"/>
        </w:rPr>
        <w:t>الاطلاع</w:t>
      </w:r>
      <w:r>
        <w:rPr>
          <w:sz w:val="21"/>
        </w:rPr>
        <w:t xml:space="preserve"> </w:t>
      </w:r>
      <w:r>
        <w:rPr>
          <w:sz w:val="21"/>
        </w:rPr>
        <w:t>على</w:t>
      </w:r>
      <w:r>
        <w:rPr>
          <w:sz w:val="21"/>
        </w:rPr>
        <w:t xml:space="preserve"> </w:t>
      </w:r>
      <w:r>
        <w:rPr>
          <w:sz w:val="21"/>
        </w:rPr>
        <w:t>الإفادة</w:t>
      </w:r>
      <w:r>
        <w:rPr>
          <w:sz w:val="21"/>
        </w:rPr>
        <w:t xml:space="preserve"> </w:t>
      </w:r>
      <w:r>
        <w:rPr>
          <w:sz w:val="21"/>
        </w:rPr>
        <w:t>وقبول</w:t>
      </w:r>
      <w:r>
        <w:rPr>
          <w:sz w:val="21"/>
        </w:rPr>
        <w:t xml:space="preserve"> </w:t>
      </w:r>
      <w:r>
        <w:rPr>
          <w:sz w:val="21"/>
        </w:rPr>
        <w:t>العذر</w:t>
      </w:r>
      <w:r>
        <w:rPr>
          <w:sz w:val="21"/>
        </w:rPr>
        <w:t>.</w:t>
      </w:r>
    </w:p>
    <w:p w14:paraId="357322F9" w14:textId="77777777" w:rsidR="003C455C" w:rsidRDefault="000A0385">
      <w:pPr>
        <w:bidi/>
        <w:spacing w:after="20"/>
        <w:jc w:val="right"/>
      </w:pPr>
      <w:r>
        <w:rPr>
          <w:sz w:val="21"/>
        </w:rPr>
        <w:t>☐</w:t>
      </w:r>
      <w:r>
        <w:rPr>
          <w:sz w:val="21"/>
        </w:rPr>
        <w:t xml:space="preserve"> </w:t>
      </w:r>
      <w:r>
        <w:rPr>
          <w:sz w:val="21"/>
        </w:rPr>
        <w:t>تم</w:t>
      </w:r>
      <w:r>
        <w:rPr>
          <w:sz w:val="21"/>
        </w:rPr>
        <w:t xml:space="preserve"> </w:t>
      </w:r>
      <w:r>
        <w:rPr>
          <w:sz w:val="21"/>
        </w:rPr>
        <w:t>الاطلاع</w:t>
      </w:r>
      <w:r>
        <w:rPr>
          <w:sz w:val="21"/>
        </w:rPr>
        <w:t xml:space="preserve"> </w:t>
      </w:r>
      <w:r>
        <w:rPr>
          <w:sz w:val="21"/>
        </w:rPr>
        <w:t>على</w:t>
      </w:r>
      <w:r>
        <w:rPr>
          <w:sz w:val="21"/>
        </w:rPr>
        <w:t xml:space="preserve"> </w:t>
      </w:r>
      <w:r>
        <w:rPr>
          <w:sz w:val="21"/>
        </w:rPr>
        <w:t>الإفادة</w:t>
      </w:r>
      <w:r>
        <w:rPr>
          <w:sz w:val="21"/>
        </w:rPr>
        <w:t xml:space="preserve"> </w:t>
      </w:r>
      <w:r>
        <w:rPr>
          <w:sz w:val="21"/>
        </w:rPr>
        <w:t>واتخاذ</w:t>
      </w:r>
      <w:r>
        <w:rPr>
          <w:sz w:val="21"/>
        </w:rPr>
        <w:t xml:space="preserve"> </w:t>
      </w:r>
      <w:r>
        <w:rPr>
          <w:sz w:val="21"/>
        </w:rPr>
        <w:t>الإجراء</w:t>
      </w:r>
      <w:r>
        <w:rPr>
          <w:sz w:val="21"/>
        </w:rPr>
        <w:t xml:space="preserve"> </w:t>
      </w:r>
      <w:r>
        <w:rPr>
          <w:sz w:val="21"/>
        </w:rPr>
        <w:t>وفق</w:t>
      </w:r>
      <w:r>
        <w:rPr>
          <w:sz w:val="21"/>
        </w:rPr>
        <w:t xml:space="preserve"> </w:t>
      </w:r>
      <w:r>
        <w:rPr>
          <w:sz w:val="21"/>
        </w:rPr>
        <w:t>الأنظمة</w:t>
      </w:r>
      <w:r>
        <w:rPr>
          <w:sz w:val="21"/>
        </w:rPr>
        <w:t xml:space="preserve"> </w:t>
      </w:r>
      <w:r>
        <w:rPr>
          <w:sz w:val="21"/>
        </w:rPr>
        <w:t>والتعليمات</w:t>
      </w:r>
      <w:r>
        <w:rPr>
          <w:sz w:val="21"/>
        </w:rPr>
        <w:t>.</w:t>
      </w:r>
    </w:p>
    <w:p w14:paraId="1D11874C" w14:textId="77777777" w:rsidR="003C455C" w:rsidRDefault="000A0385">
      <w:pPr>
        <w:bidi/>
        <w:spacing w:after="20"/>
        <w:jc w:val="right"/>
      </w:pPr>
      <w:r>
        <w:rPr>
          <w:sz w:val="21"/>
        </w:rPr>
        <w:t>☐</w:t>
      </w:r>
      <w:r>
        <w:rPr>
          <w:sz w:val="21"/>
        </w:rPr>
        <w:t xml:space="preserve"> </w:t>
      </w:r>
      <w:r>
        <w:rPr>
          <w:sz w:val="21"/>
        </w:rPr>
        <w:t>أخرى</w:t>
      </w:r>
      <w:r>
        <w:rPr>
          <w:sz w:val="21"/>
        </w:rPr>
        <w:t>: ....................................................................................................................................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64"/>
        <w:gridCol w:w="3364"/>
        <w:gridCol w:w="3364"/>
      </w:tblGrid>
      <w:tr w:rsidR="003C455C" w14:paraId="407D8B82" w14:textId="77777777">
        <w:trPr>
          <w:jc w:val="center"/>
        </w:trPr>
        <w:tc>
          <w:tcPr>
            <w:tcW w:w="3364" w:type="dxa"/>
            <w:shd w:val="clear" w:color="auto" w:fill="F3F8F8"/>
          </w:tcPr>
          <w:p w14:paraId="4480241C" w14:textId="77777777" w:rsidR="003C455C" w:rsidRDefault="000A0385">
            <w:pPr>
              <w:bidi/>
              <w:jc w:val="right"/>
            </w:pPr>
            <w:r>
              <w:rPr>
                <w:sz w:val="19"/>
              </w:rPr>
              <w:t>التاريخ</w:t>
            </w:r>
            <w:r>
              <w:rPr>
                <w:sz w:val="19"/>
              </w:rPr>
              <w:t>: ........ / ........ / 14</w:t>
            </w:r>
            <w:r>
              <w:rPr>
                <w:sz w:val="19"/>
              </w:rPr>
              <w:t>هـ</w:t>
            </w:r>
          </w:p>
        </w:tc>
        <w:tc>
          <w:tcPr>
            <w:tcW w:w="3364" w:type="dxa"/>
            <w:shd w:val="clear" w:color="auto" w:fill="F3F8F8"/>
          </w:tcPr>
          <w:p w14:paraId="02F6142D" w14:textId="77777777" w:rsidR="003C455C" w:rsidRDefault="000A0385">
            <w:pPr>
              <w:bidi/>
              <w:jc w:val="right"/>
            </w:pPr>
            <w:r>
              <w:rPr>
                <w:sz w:val="19"/>
              </w:rPr>
              <w:t>التوقيع</w:t>
            </w:r>
            <w:r>
              <w:rPr>
                <w:sz w:val="19"/>
              </w:rPr>
              <w:t>: ................................</w:t>
            </w:r>
          </w:p>
        </w:tc>
        <w:tc>
          <w:tcPr>
            <w:tcW w:w="3364" w:type="dxa"/>
            <w:shd w:val="clear" w:color="auto" w:fill="F3F8F8"/>
          </w:tcPr>
          <w:p w14:paraId="3570B932" w14:textId="77777777" w:rsidR="003C455C" w:rsidRDefault="000A0385">
            <w:pPr>
              <w:bidi/>
              <w:jc w:val="right"/>
            </w:pPr>
            <w:r>
              <w:rPr>
                <w:sz w:val="19"/>
              </w:rPr>
              <w:t>اسم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>المسؤول</w:t>
            </w:r>
            <w:r>
              <w:rPr>
                <w:sz w:val="19"/>
              </w:rPr>
              <w:t>/</w:t>
            </w:r>
            <w:r>
              <w:rPr>
                <w:sz w:val="19"/>
              </w:rPr>
              <w:t>ة</w:t>
            </w:r>
            <w:r>
              <w:rPr>
                <w:sz w:val="19"/>
              </w:rPr>
              <w:t>: ........................................</w:t>
            </w:r>
          </w:p>
        </w:tc>
      </w:tr>
    </w:tbl>
    <w:p w14:paraId="2B5DCAA0" w14:textId="77777777" w:rsidR="000A0385" w:rsidRDefault="000A0385"/>
    <w:sectPr w:rsidR="00000000" w:rsidSect="00034616">
      <w:footerReference w:type="default" r:id="rId8"/>
      <w:pgSz w:w="11906" w:h="16838"/>
      <w:pgMar w:top="680" w:right="907" w:bottom="680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BDA51" w14:textId="77777777" w:rsidR="000A0385" w:rsidRDefault="000A0385">
      <w:pPr>
        <w:spacing w:after="0" w:line="240" w:lineRule="auto"/>
      </w:pPr>
      <w:r>
        <w:separator/>
      </w:r>
    </w:p>
  </w:endnote>
  <w:endnote w:type="continuationSeparator" w:id="0">
    <w:p w14:paraId="2D77B0CB" w14:textId="77777777" w:rsidR="000A0385" w:rsidRDefault="000A0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3DCF1" w14:textId="77777777" w:rsidR="003C455C" w:rsidRDefault="000A0385">
    <w:pPr>
      <w:pStyle w:val="a6"/>
      <w:bidi/>
      <w:jc w:val="center"/>
    </w:pPr>
    <w:r>
      <w:rPr>
        <w:color w:val="667477"/>
        <w:sz w:val="16"/>
      </w:rPr>
      <w:t>نموذج</w:t>
    </w:r>
    <w:r>
      <w:rPr>
        <w:color w:val="667477"/>
        <w:sz w:val="16"/>
      </w:rPr>
      <w:t xml:space="preserve"> </w:t>
    </w:r>
    <w:r>
      <w:rPr>
        <w:color w:val="667477"/>
        <w:sz w:val="16"/>
      </w:rPr>
      <w:t>إداري</w:t>
    </w:r>
    <w:r>
      <w:rPr>
        <w:color w:val="667477"/>
        <w:sz w:val="16"/>
      </w:rPr>
      <w:t xml:space="preserve"> - </w:t>
    </w:r>
    <w:r>
      <w:rPr>
        <w:color w:val="667477"/>
        <w:sz w:val="16"/>
      </w:rPr>
      <w:t>برنامج</w:t>
    </w:r>
    <w:r>
      <w:rPr>
        <w:color w:val="667477"/>
        <w:sz w:val="16"/>
      </w:rPr>
      <w:t xml:space="preserve"> </w:t>
    </w:r>
    <w:r>
      <w:rPr>
        <w:color w:val="667477"/>
        <w:sz w:val="16"/>
      </w:rPr>
      <w:t>حضوري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77CFF" w14:textId="77777777" w:rsidR="000A0385" w:rsidRDefault="000A0385">
      <w:pPr>
        <w:spacing w:after="0" w:line="240" w:lineRule="auto"/>
      </w:pPr>
      <w:r>
        <w:separator/>
      </w:r>
    </w:p>
  </w:footnote>
  <w:footnote w:type="continuationSeparator" w:id="0">
    <w:p w14:paraId="27B74716" w14:textId="77777777" w:rsidR="000A0385" w:rsidRDefault="000A03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7790145">
    <w:abstractNumId w:val="8"/>
  </w:num>
  <w:num w:numId="2" w16cid:durableId="1877155877">
    <w:abstractNumId w:val="6"/>
  </w:num>
  <w:num w:numId="3" w16cid:durableId="1277036">
    <w:abstractNumId w:val="5"/>
  </w:num>
  <w:num w:numId="4" w16cid:durableId="1233584645">
    <w:abstractNumId w:val="4"/>
  </w:num>
  <w:num w:numId="5" w16cid:durableId="1957177428">
    <w:abstractNumId w:val="7"/>
  </w:num>
  <w:num w:numId="6" w16cid:durableId="1304581558">
    <w:abstractNumId w:val="3"/>
  </w:num>
  <w:num w:numId="7" w16cid:durableId="648552947">
    <w:abstractNumId w:val="2"/>
  </w:num>
  <w:num w:numId="8" w16cid:durableId="88821471">
    <w:abstractNumId w:val="1"/>
  </w:num>
  <w:num w:numId="9" w16cid:durableId="963729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0385"/>
    <w:rsid w:val="0015074B"/>
    <w:rsid w:val="0029639D"/>
    <w:rsid w:val="00326F90"/>
    <w:rsid w:val="003C455C"/>
    <w:rsid w:val="00AA1D8D"/>
    <w:rsid w:val="00B47730"/>
    <w:rsid w:val="00CB0664"/>
    <w:rsid w:val="00E777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F437418"/>
  <w14:defaultImageDpi w14:val="300"/>
  <w15:docId w15:val="{0EAB3E72-EAE9-EA4B-A4F9-875DC73CC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العنوان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عنوان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عنوان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العنوان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عنوان فرعي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نص أساسي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نص أساسي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نص أساسي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نص ماكرو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اقتباس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عنوان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عنوان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عنوان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عنوان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عنوان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عنوان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اقتباس مكثف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ابومحمد علي</cp:lastModifiedBy>
  <cp:revision>2</cp:revision>
  <dcterms:created xsi:type="dcterms:W3CDTF">2026-09-13T05:03:00Z</dcterms:created>
  <dcterms:modified xsi:type="dcterms:W3CDTF">2026-09-13T05:03:00Z</dcterms:modified>
  <cp:category/>
</cp:coreProperties>
</file>