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3BFA8" w14:textId="77777777" w:rsidR="009117E3" w:rsidRDefault="009117E3">
      <w:pPr>
        <w:rPr>
          <w:b/>
          <w:sz w:val="26"/>
          <w:rtl/>
        </w:rPr>
      </w:pPr>
    </w:p>
    <w:p w14:paraId="78FD3704" w14:textId="77777777" w:rsidR="006E121F" w:rsidRDefault="006E121F">
      <w:pPr>
        <w:rPr>
          <w:b/>
          <w:sz w:val="26"/>
          <w:rtl/>
        </w:rPr>
      </w:pPr>
    </w:p>
    <w:p w14:paraId="6B54D881" w14:textId="77777777" w:rsidR="006E121F" w:rsidRDefault="006E121F">
      <w:pPr>
        <w:rPr>
          <w:b/>
          <w:sz w:val="26"/>
          <w:rtl/>
        </w:rPr>
      </w:pPr>
    </w:p>
    <w:p w14:paraId="4F012AB5" w14:textId="77777777" w:rsidR="006E121F" w:rsidRDefault="006E121F">
      <w:pPr>
        <w:rPr>
          <w:b/>
          <w:sz w:val="26"/>
          <w:rtl/>
        </w:rPr>
      </w:pPr>
    </w:p>
    <w:p w14:paraId="107414A9" w14:textId="77777777" w:rsidR="00AD18FE" w:rsidRDefault="00AD18FE">
      <w:pPr>
        <w:bidi/>
        <w:jc w:val="center"/>
        <w:rPr>
          <w:b/>
          <w:sz w:val="66"/>
          <w:szCs w:val="66"/>
          <w:rtl/>
        </w:rPr>
      </w:pPr>
    </w:p>
    <w:p w14:paraId="35416EE6" w14:textId="213ABC8A" w:rsidR="00AD18FE" w:rsidRPr="00AD18FE" w:rsidRDefault="00787C0B" w:rsidP="00AD18FE">
      <w:pPr>
        <w:bidi/>
        <w:jc w:val="center"/>
        <w:rPr>
          <w:b/>
          <w:sz w:val="66"/>
          <w:szCs w:val="66"/>
        </w:rPr>
      </w:pPr>
      <w:r w:rsidRPr="00AD18FE">
        <w:rPr>
          <w:b/>
          <w:sz w:val="66"/>
          <w:szCs w:val="66"/>
        </w:rPr>
        <w:t>ملف الانضباط المدرسي</w:t>
      </w:r>
    </w:p>
    <w:p w14:paraId="0B476F40" w14:textId="77777777" w:rsidR="009117E3" w:rsidRPr="00322A92" w:rsidRDefault="00787C0B">
      <w:pPr>
        <w:bidi/>
        <w:jc w:val="center"/>
        <w:rPr>
          <w:sz w:val="40"/>
          <w:szCs w:val="40"/>
        </w:rPr>
      </w:pPr>
      <w:r w:rsidRPr="00322A92">
        <w:rPr>
          <w:b/>
          <w:sz w:val="40"/>
          <w:szCs w:val="40"/>
        </w:rPr>
        <w:t>مدرسة القراصة للطفولة المبكرة ومتوسطة القراصة</w:t>
      </w:r>
      <w:r w:rsidRPr="00322A92">
        <w:rPr>
          <w:b/>
          <w:sz w:val="40"/>
          <w:szCs w:val="40"/>
        </w:rPr>
        <w:br/>
        <w:t>العام الدراسي ١٤٤٨هـ</w:t>
      </w:r>
    </w:p>
    <w:p w14:paraId="57C900AD" w14:textId="77777777" w:rsidR="009C0043" w:rsidRPr="00322A92" w:rsidRDefault="00787C0B">
      <w:pPr>
        <w:bidi/>
        <w:jc w:val="center"/>
        <w:rPr>
          <w:b/>
          <w:sz w:val="40"/>
          <w:szCs w:val="40"/>
          <w:rtl/>
        </w:rPr>
      </w:pPr>
      <w:r w:rsidRPr="00322A92">
        <w:rPr>
          <w:b/>
          <w:sz w:val="40"/>
          <w:szCs w:val="40"/>
        </w:rPr>
        <w:t>مديرة المدرسة</w:t>
      </w:r>
    </w:p>
    <w:p w14:paraId="4E83A152" w14:textId="7A1B802B" w:rsidR="009117E3" w:rsidRPr="00322A92" w:rsidRDefault="00787C0B" w:rsidP="009C0043">
      <w:pPr>
        <w:pStyle w:val="aa"/>
        <w:numPr>
          <w:ilvl w:val="0"/>
          <w:numId w:val="10"/>
        </w:numPr>
        <w:bidi/>
        <w:jc w:val="center"/>
        <w:rPr>
          <w:sz w:val="40"/>
          <w:szCs w:val="40"/>
        </w:rPr>
      </w:pPr>
      <w:r w:rsidRPr="00322A92">
        <w:rPr>
          <w:b/>
          <w:sz w:val="40"/>
          <w:szCs w:val="40"/>
        </w:rPr>
        <w:t>عزة الحويطي</w:t>
      </w:r>
    </w:p>
    <w:p w14:paraId="2AD0B409" w14:textId="77777777" w:rsidR="009117E3" w:rsidRPr="00322A92" w:rsidRDefault="00787C0B">
      <w:pPr>
        <w:rPr>
          <w:sz w:val="40"/>
          <w:szCs w:val="40"/>
        </w:rPr>
      </w:pPr>
      <w:r w:rsidRPr="00322A92">
        <w:rPr>
          <w:sz w:val="40"/>
          <w:szCs w:val="40"/>
        </w:rPr>
        <w:br w:type="page"/>
      </w:r>
    </w:p>
    <w:p w14:paraId="239790AB" w14:textId="77777777" w:rsidR="009117E3" w:rsidRDefault="00787C0B" w:rsidP="004D6DAE">
      <w:pPr>
        <w:bidi/>
      </w:pPr>
      <w:r>
        <w:rPr>
          <w:b/>
          <w:sz w:val="32"/>
        </w:rPr>
        <w:lastRenderedPageBreak/>
        <w:t>أولاً: التشكيل والتكليف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485"/>
        <w:gridCol w:w="5425"/>
        <w:gridCol w:w="1239"/>
      </w:tblGrid>
      <w:tr w:rsidR="009117E3" w:rsidRPr="00702547" w14:paraId="2258EFFA" w14:textId="77777777" w:rsidTr="004D6DAE">
        <w:trPr>
          <w:jc w:val="center"/>
        </w:trPr>
        <w:tc>
          <w:tcPr>
            <w:tcW w:w="282" w:type="pct"/>
            <w:shd w:val="clear" w:color="auto" w:fill="D9EAD3"/>
            <w:vAlign w:val="center"/>
          </w:tcPr>
          <w:p w14:paraId="0895A9F8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b/>
                <w:sz w:val="26"/>
                <w:szCs w:val="26"/>
              </w:rPr>
              <w:t>م</w:t>
            </w:r>
          </w:p>
        </w:tc>
        <w:tc>
          <w:tcPr>
            <w:tcW w:w="1620" w:type="pct"/>
            <w:shd w:val="clear" w:color="auto" w:fill="D9EAD3"/>
            <w:vAlign w:val="center"/>
          </w:tcPr>
          <w:p w14:paraId="70A64B42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b/>
                <w:sz w:val="26"/>
                <w:szCs w:val="26"/>
              </w:rPr>
              <w:t>الاسم</w:t>
            </w:r>
          </w:p>
        </w:tc>
        <w:tc>
          <w:tcPr>
            <w:tcW w:w="2522" w:type="pct"/>
            <w:shd w:val="clear" w:color="auto" w:fill="D9EAD3"/>
            <w:vAlign w:val="center"/>
          </w:tcPr>
          <w:p w14:paraId="36A21DB6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b/>
                <w:sz w:val="26"/>
                <w:szCs w:val="26"/>
              </w:rPr>
              <w:t>الصفة</w:t>
            </w:r>
          </w:p>
        </w:tc>
        <w:tc>
          <w:tcPr>
            <w:tcW w:w="576" w:type="pct"/>
            <w:shd w:val="clear" w:color="auto" w:fill="D9EAD3"/>
            <w:vAlign w:val="center"/>
          </w:tcPr>
          <w:p w14:paraId="045A96D4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b/>
                <w:sz w:val="26"/>
                <w:szCs w:val="26"/>
              </w:rPr>
              <w:t>التوقيع</w:t>
            </w:r>
          </w:p>
        </w:tc>
      </w:tr>
      <w:tr w:rsidR="009117E3" w:rsidRPr="00702547" w14:paraId="6B9FF2CA" w14:textId="77777777" w:rsidTr="004D6DAE">
        <w:trPr>
          <w:jc w:val="center"/>
        </w:trPr>
        <w:tc>
          <w:tcPr>
            <w:tcW w:w="282" w:type="pct"/>
            <w:vAlign w:val="center"/>
          </w:tcPr>
          <w:p w14:paraId="48FAFCB2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١</w:t>
            </w:r>
          </w:p>
        </w:tc>
        <w:tc>
          <w:tcPr>
            <w:tcW w:w="1620" w:type="pct"/>
            <w:vAlign w:val="center"/>
          </w:tcPr>
          <w:p w14:paraId="5FBD1F50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عزة الحويطي</w:t>
            </w:r>
          </w:p>
        </w:tc>
        <w:tc>
          <w:tcPr>
            <w:tcW w:w="2522" w:type="pct"/>
            <w:vAlign w:val="center"/>
          </w:tcPr>
          <w:p w14:paraId="75673A6B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مديرة المدرسة / المشرفة العامة</w:t>
            </w:r>
          </w:p>
        </w:tc>
        <w:tc>
          <w:tcPr>
            <w:tcW w:w="576" w:type="pct"/>
            <w:vAlign w:val="center"/>
          </w:tcPr>
          <w:p w14:paraId="14390C77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  <w:tr w:rsidR="009117E3" w:rsidRPr="00702547" w14:paraId="6DBD28DF" w14:textId="77777777" w:rsidTr="004D6DAE">
        <w:trPr>
          <w:jc w:val="center"/>
        </w:trPr>
        <w:tc>
          <w:tcPr>
            <w:tcW w:w="282" w:type="pct"/>
            <w:vAlign w:val="center"/>
          </w:tcPr>
          <w:p w14:paraId="72322D1C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٢</w:t>
            </w:r>
          </w:p>
        </w:tc>
        <w:tc>
          <w:tcPr>
            <w:tcW w:w="1620" w:type="pct"/>
            <w:vAlign w:val="center"/>
          </w:tcPr>
          <w:p w14:paraId="09F9836F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منه الميلبي</w:t>
            </w:r>
          </w:p>
        </w:tc>
        <w:tc>
          <w:tcPr>
            <w:tcW w:w="2522" w:type="pct"/>
            <w:vAlign w:val="center"/>
          </w:tcPr>
          <w:p w14:paraId="44340155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وكيلة شؤون الطالبات / متابعة التنفيذ</w:t>
            </w:r>
          </w:p>
        </w:tc>
        <w:tc>
          <w:tcPr>
            <w:tcW w:w="576" w:type="pct"/>
            <w:vAlign w:val="center"/>
          </w:tcPr>
          <w:p w14:paraId="1A23E2B6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  <w:tr w:rsidR="009117E3" w:rsidRPr="00702547" w14:paraId="0A8D0929" w14:textId="77777777" w:rsidTr="004D6DAE">
        <w:trPr>
          <w:jc w:val="center"/>
        </w:trPr>
        <w:tc>
          <w:tcPr>
            <w:tcW w:w="282" w:type="pct"/>
            <w:vAlign w:val="center"/>
          </w:tcPr>
          <w:p w14:paraId="0CD5DB2A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٣</w:t>
            </w:r>
          </w:p>
        </w:tc>
        <w:tc>
          <w:tcPr>
            <w:tcW w:w="1620" w:type="pct"/>
            <w:vAlign w:val="center"/>
          </w:tcPr>
          <w:p w14:paraId="0345A02C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ناديه الجهني</w:t>
            </w:r>
          </w:p>
        </w:tc>
        <w:tc>
          <w:tcPr>
            <w:tcW w:w="2522" w:type="pct"/>
            <w:vAlign w:val="center"/>
          </w:tcPr>
          <w:p w14:paraId="211E5728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الموجهة الطلابية / متابعة الحالات</w:t>
            </w:r>
          </w:p>
        </w:tc>
        <w:tc>
          <w:tcPr>
            <w:tcW w:w="576" w:type="pct"/>
            <w:vAlign w:val="center"/>
          </w:tcPr>
          <w:p w14:paraId="24026297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  <w:tr w:rsidR="009117E3" w:rsidRPr="00702547" w14:paraId="72A29633" w14:textId="77777777" w:rsidTr="004D6DAE">
        <w:trPr>
          <w:jc w:val="center"/>
        </w:trPr>
        <w:tc>
          <w:tcPr>
            <w:tcW w:w="282" w:type="pct"/>
            <w:vAlign w:val="center"/>
          </w:tcPr>
          <w:p w14:paraId="5FA51640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٤</w:t>
            </w:r>
          </w:p>
        </w:tc>
        <w:tc>
          <w:tcPr>
            <w:tcW w:w="1620" w:type="pct"/>
            <w:vAlign w:val="center"/>
          </w:tcPr>
          <w:p w14:paraId="5B538378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نرجس عبدالعزيز</w:t>
            </w:r>
          </w:p>
        </w:tc>
        <w:tc>
          <w:tcPr>
            <w:tcW w:w="2522" w:type="pct"/>
            <w:vAlign w:val="center"/>
          </w:tcPr>
          <w:p w14:paraId="2DE773DA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رائدة النشاط / البرامج التحفيزية</w:t>
            </w:r>
          </w:p>
        </w:tc>
        <w:tc>
          <w:tcPr>
            <w:tcW w:w="576" w:type="pct"/>
            <w:vAlign w:val="center"/>
          </w:tcPr>
          <w:p w14:paraId="23544332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  <w:tr w:rsidR="009117E3" w:rsidRPr="00702547" w14:paraId="113E831B" w14:textId="77777777" w:rsidTr="004D6DAE">
        <w:trPr>
          <w:jc w:val="center"/>
        </w:trPr>
        <w:tc>
          <w:tcPr>
            <w:tcW w:w="282" w:type="pct"/>
            <w:vAlign w:val="center"/>
          </w:tcPr>
          <w:p w14:paraId="626915D7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٥</w:t>
            </w:r>
          </w:p>
        </w:tc>
        <w:tc>
          <w:tcPr>
            <w:tcW w:w="1620" w:type="pct"/>
            <w:vAlign w:val="center"/>
          </w:tcPr>
          <w:p w14:paraId="7477C7EC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المعلمات</w:t>
            </w:r>
          </w:p>
        </w:tc>
        <w:tc>
          <w:tcPr>
            <w:tcW w:w="2522" w:type="pct"/>
            <w:vAlign w:val="center"/>
          </w:tcPr>
          <w:p w14:paraId="323D9B60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متابعة الحضور والانضباط داخل الصفوف</w:t>
            </w:r>
          </w:p>
        </w:tc>
        <w:tc>
          <w:tcPr>
            <w:tcW w:w="576" w:type="pct"/>
            <w:vAlign w:val="center"/>
          </w:tcPr>
          <w:p w14:paraId="007E8846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  <w:tr w:rsidR="009117E3" w:rsidRPr="00702547" w14:paraId="104F5D13" w14:textId="77777777" w:rsidTr="004D6DAE">
        <w:trPr>
          <w:jc w:val="center"/>
        </w:trPr>
        <w:tc>
          <w:tcPr>
            <w:tcW w:w="282" w:type="pct"/>
            <w:vAlign w:val="center"/>
          </w:tcPr>
          <w:p w14:paraId="26385397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٦</w:t>
            </w:r>
          </w:p>
        </w:tc>
        <w:tc>
          <w:tcPr>
            <w:tcW w:w="1620" w:type="pct"/>
            <w:vAlign w:val="center"/>
          </w:tcPr>
          <w:p w14:paraId="59EB9059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الإداريات والمناوبات المكلفات</w:t>
            </w:r>
          </w:p>
        </w:tc>
        <w:tc>
          <w:tcPr>
            <w:tcW w:w="2522" w:type="pct"/>
            <w:vAlign w:val="center"/>
          </w:tcPr>
          <w:p w14:paraId="3D0D8946" w14:textId="77777777" w:rsidR="009117E3" w:rsidRPr="00702547" w:rsidRDefault="00787C0B">
            <w:pPr>
              <w:bidi/>
              <w:jc w:val="center"/>
              <w:rPr>
                <w:sz w:val="26"/>
                <w:szCs w:val="26"/>
              </w:rPr>
            </w:pPr>
            <w:r w:rsidRPr="00702547">
              <w:rPr>
                <w:rFonts w:cs="Arial"/>
                <w:sz w:val="26"/>
                <w:szCs w:val="26"/>
              </w:rPr>
              <w:t>متابعة الدخول والاصطفاف والحركة والانصراف</w:t>
            </w:r>
          </w:p>
        </w:tc>
        <w:tc>
          <w:tcPr>
            <w:tcW w:w="576" w:type="pct"/>
            <w:vAlign w:val="center"/>
          </w:tcPr>
          <w:p w14:paraId="4B5829FB" w14:textId="77777777" w:rsidR="009117E3" w:rsidRPr="00702547" w:rsidRDefault="009117E3">
            <w:pPr>
              <w:bidi/>
              <w:jc w:val="center"/>
              <w:rPr>
                <w:sz w:val="26"/>
                <w:szCs w:val="26"/>
              </w:rPr>
            </w:pPr>
          </w:p>
        </w:tc>
      </w:tr>
    </w:tbl>
    <w:p w14:paraId="4FB2620A" w14:textId="77777777" w:rsidR="009117E3" w:rsidRDefault="00787C0B" w:rsidP="004D6DAE">
      <w:pPr>
        <w:bidi/>
      </w:pPr>
      <w:r>
        <w:rPr>
          <w:b/>
          <w:sz w:val="32"/>
        </w:rPr>
        <w:t>ثانياً: الهدف</w:t>
      </w:r>
    </w:p>
    <w:p w14:paraId="0968060F" w14:textId="77777777" w:rsidR="009117E3" w:rsidRDefault="00787C0B" w:rsidP="004D6DAE">
      <w:pPr>
        <w:bidi/>
      </w:pPr>
      <w:r>
        <w:t>رفع مستوى الانضباط والمواظبة، والحد من الغياب والتأخر والمخالفات السلوكية، وتعزيز السلوك الإيجابي والمسؤولية والشراكة مع الأسرة.</w:t>
      </w:r>
    </w:p>
    <w:p w14:paraId="76BD1A8E" w14:textId="77777777" w:rsidR="009117E3" w:rsidRDefault="00787C0B" w:rsidP="004D6DAE">
      <w:pPr>
        <w:bidi/>
      </w:pPr>
      <w:r>
        <w:rPr>
          <w:b/>
          <w:sz w:val="32"/>
        </w:rPr>
        <w:t>ثالثاً: المهام والاختصاصات</w:t>
      </w:r>
    </w:p>
    <w:p w14:paraId="4FB0A0C3" w14:textId="711EC6B3" w:rsidR="009117E3" w:rsidRDefault="00787C0B" w:rsidP="00F47F9B">
      <w:pPr>
        <w:pStyle w:val="aa"/>
        <w:numPr>
          <w:ilvl w:val="0"/>
          <w:numId w:val="11"/>
        </w:numPr>
        <w:bidi/>
      </w:pPr>
      <w:r>
        <w:t>إعداد خطة الانضباط المدرسي واعتمادها ومتابعة تنفيذها.</w:t>
      </w:r>
    </w:p>
    <w:p w14:paraId="46143753" w14:textId="2C310B5E" w:rsidR="009117E3" w:rsidRDefault="00787C0B" w:rsidP="00F47F9B">
      <w:pPr>
        <w:pStyle w:val="aa"/>
        <w:numPr>
          <w:ilvl w:val="0"/>
          <w:numId w:val="11"/>
        </w:numPr>
        <w:bidi/>
      </w:pPr>
      <w:r>
        <w:t>متابعة الحضور والغياب والتأخر والانصراف بصورة منتظمة.</w:t>
      </w:r>
    </w:p>
    <w:p w14:paraId="109B46DE" w14:textId="4AEC0F8E" w:rsidR="009117E3" w:rsidRDefault="00787C0B" w:rsidP="00F47F9B">
      <w:pPr>
        <w:pStyle w:val="aa"/>
        <w:numPr>
          <w:ilvl w:val="0"/>
          <w:numId w:val="11"/>
        </w:numPr>
        <w:bidi/>
      </w:pPr>
      <w:r>
        <w:t>تحليل بيانات الانضباط وتحديد الحالات المتكررة وأسبابها.</w:t>
      </w:r>
    </w:p>
    <w:p w14:paraId="2FFA72B7" w14:textId="3381D63A" w:rsidR="009117E3" w:rsidRDefault="00787C0B" w:rsidP="00F47F9B">
      <w:pPr>
        <w:pStyle w:val="aa"/>
        <w:numPr>
          <w:ilvl w:val="0"/>
          <w:numId w:val="11"/>
        </w:numPr>
        <w:bidi/>
      </w:pPr>
      <w:r>
        <w:t>متابعة تطبيق قواعد السلوك والمواظبة والإجراءات التربوية المنظمة.</w:t>
      </w:r>
    </w:p>
    <w:p w14:paraId="360F9592" w14:textId="03F08217" w:rsidR="009117E3" w:rsidRDefault="00787C0B" w:rsidP="00F47F9B">
      <w:pPr>
        <w:pStyle w:val="aa"/>
        <w:numPr>
          <w:ilvl w:val="0"/>
          <w:numId w:val="11"/>
        </w:numPr>
        <w:bidi/>
      </w:pPr>
      <w:r>
        <w:t>التواصل مع أولياء الأمور وتوثيق الإجراءات للحالات المستهدفة.</w:t>
      </w:r>
    </w:p>
    <w:p w14:paraId="0EE9D9A2" w14:textId="744027F6" w:rsidR="009117E3" w:rsidRDefault="00787C0B" w:rsidP="00F47F9B">
      <w:pPr>
        <w:pStyle w:val="aa"/>
        <w:numPr>
          <w:ilvl w:val="0"/>
          <w:numId w:val="11"/>
        </w:numPr>
        <w:bidi/>
      </w:pPr>
      <w:r>
        <w:t>تنفيذ برامج وقائية وتوعوية وتحفيزية لتعزيز الانضباط.</w:t>
      </w:r>
    </w:p>
    <w:p w14:paraId="3C4EDC4A" w14:textId="6582D895" w:rsidR="009117E3" w:rsidRDefault="00787C0B" w:rsidP="00F47F9B">
      <w:pPr>
        <w:pStyle w:val="aa"/>
        <w:numPr>
          <w:ilvl w:val="0"/>
          <w:numId w:val="11"/>
        </w:numPr>
        <w:bidi/>
      </w:pPr>
      <w:r>
        <w:t>دراسة الحالات المتكررة ووضع التدخلات المناسبة بالتعاون مع الأسرة.</w:t>
      </w:r>
    </w:p>
    <w:p w14:paraId="3865E4D1" w14:textId="02DE823D" w:rsidR="009117E3" w:rsidRDefault="00787C0B" w:rsidP="00F47F9B">
      <w:pPr>
        <w:pStyle w:val="aa"/>
        <w:numPr>
          <w:ilvl w:val="0"/>
          <w:numId w:val="11"/>
        </w:numPr>
        <w:bidi/>
      </w:pPr>
      <w:r>
        <w:t>متابعة الانضباط أثناء الاصطفاف والحصص والفسح والانتقال والانصراف.</w:t>
      </w:r>
    </w:p>
    <w:p w14:paraId="3807E8EA" w14:textId="5F546C3B" w:rsidR="009117E3" w:rsidRDefault="00787C0B" w:rsidP="00F47F9B">
      <w:pPr>
        <w:pStyle w:val="aa"/>
        <w:numPr>
          <w:ilvl w:val="0"/>
          <w:numId w:val="11"/>
        </w:numPr>
        <w:bidi/>
      </w:pPr>
      <w:r>
        <w:t>قياس مؤشرات الأداء ومقارنة النتائج بالمستهدف.</w:t>
      </w:r>
    </w:p>
    <w:p w14:paraId="227F1B52" w14:textId="0A14DDE0" w:rsidR="009117E3" w:rsidRDefault="00787C0B" w:rsidP="00F47F9B">
      <w:pPr>
        <w:pStyle w:val="aa"/>
        <w:numPr>
          <w:ilvl w:val="0"/>
          <w:numId w:val="11"/>
        </w:numPr>
        <w:bidi/>
      </w:pPr>
      <w:r>
        <w:t>توثيق الشواهد وقياس أثر الإجراءات وإعداد خطة التحسين.</w:t>
      </w:r>
    </w:p>
    <w:p w14:paraId="0147E91E" w14:textId="2AAEADA6" w:rsidR="009117E3" w:rsidRDefault="00787C0B" w:rsidP="00F47F9B">
      <w:pPr>
        <w:pStyle w:val="aa"/>
        <w:numPr>
          <w:ilvl w:val="0"/>
          <w:numId w:val="11"/>
        </w:numPr>
        <w:bidi/>
      </w:pPr>
      <w:r>
        <w:t>إعداد التقرير الختامي ورفع التوصيات للعام القادم.</w:t>
      </w:r>
    </w:p>
    <w:p w14:paraId="3EC6CC96" w14:textId="77777777" w:rsidR="009117E3" w:rsidRDefault="00787C0B" w:rsidP="004D6DAE">
      <w:pPr>
        <w:bidi/>
      </w:pPr>
      <w:r>
        <w:rPr>
          <w:b/>
          <w:sz w:val="32"/>
        </w:rPr>
        <w:t>رابعاً: دورية الاجتماعات</w:t>
      </w:r>
    </w:p>
    <w:p w14:paraId="6BA3622B" w14:textId="77777777" w:rsidR="009117E3" w:rsidRDefault="00787C0B" w:rsidP="004D6DAE">
      <w:pPr>
        <w:bidi/>
      </w:pPr>
      <w:r>
        <w:t>تعقد أربعة اجتماعات خلال العام الدراسي، مع استمرار المتابعة اليومية والشهرية، ويجوز عقد اجتماع إضافي عند الحاجة.</w:t>
      </w:r>
    </w:p>
    <w:p w14:paraId="75FA0274" w14:textId="77777777" w:rsidR="009117E3" w:rsidRDefault="00787C0B" w:rsidP="004D6DAE">
      <w:pPr>
        <w:bidi/>
      </w:pPr>
      <w:r>
        <w:rPr>
          <w:b/>
          <w:sz w:val="32"/>
        </w:rPr>
        <w:t>خامساً: الخطة الزمنية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14"/>
        <w:gridCol w:w="2206"/>
        <w:gridCol w:w="3702"/>
        <w:gridCol w:w="4434"/>
      </w:tblGrid>
      <w:tr w:rsidR="009117E3" w:rsidRPr="00510FF9" w14:paraId="7C4F803D" w14:textId="77777777" w:rsidTr="00702547">
        <w:trPr>
          <w:jc w:val="center"/>
        </w:trPr>
        <w:tc>
          <w:tcPr>
            <w:tcW w:w="192" w:type="pct"/>
            <w:shd w:val="clear" w:color="auto" w:fill="D9EAD3"/>
            <w:vAlign w:val="center"/>
          </w:tcPr>
          <w:p w14:paraId="133D1F7E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b/>
                <w:sz w:val="26"/>
                <w:szCs w:val="26"/>
              </w:rPr>
              <w:t>م</w:t>
            </w:r>
          </w:p>
        </w:tc>
        <w:tc>
          <w:tcPr>
            <w:tcW w:w="1025" w:type="pct"/>
            <w:shd w:val="clear" w:color="auto" w:fill="D9EAD3"/>
            <w:vAlign w:val="center"/>
          </w:tcPr>
          <w:p w14:paraId="2AEDE849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b/>
                <w:sz w:val="26"/>
                <w:szCs w:val="26"/>
              </w:rPr>
              <w:t>الفترة</w:t>
            </w:r>
          </w:p>
        </w:tc>
        <w:tc>
          <w:tcPr>
            <w:tcW w:w="1721" w:type="pct"/>
            <w:shd w:val="clear" w:color="auto" w:fill="D9EAD3"/>
            <w:vAlign w:val="center"/>
          </w:tcPr>
          <w:p w14:paraId="03F50540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b/>
                <w:sz w:val="26"/>
                <w:szCs w:val="26"/>
              </w:rPr>
              <w:t>العمل المستهدف</w:t>
            </w:r>
          </w:p>
        </w:tc>
        <w:tc>
          <w:tcPr>
            <w:tcW w:w="2061" w:type="pct"/>
            <w:shd w:val="clear" w:color="auto" w:fill="D9EAD3"/>
            <w:vAlign w:val="center"/>
          </w:tcPr>
          <w:p w14:paraId="69D71BB9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b/>
                <w:sz w:val="26"/>
                <w:szCs w:val="26"/>
              </w:rPr>
              <w:t>المخرج</w:t>
            </w:r>
          </w:p>
        </w:tc>
      </w:tr>
      <w:tr w:rsidR="009117E3" w:rsidRPr="00510FF9" w14:paraId="6B4A2D9C" w14:textId="77777777" w:rsidTr="00702547">
        <w:trPr>
          <w:jc w:val="center"/>
        </w:trPr>
        <w:tc>
          <w:tcPr>
            <w:tcW w:w="192" w:type="pct"/>
            <w:vAlign w:val="center"/>
          </w:tcPr>
          <w:p w14:paraId="10F7A3EB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١</w:t>
            </w:r>
          </w:p>
        </w:tc>
        <w:tc>
          <w:tcPr>
            <w:tcW w:w="1025" w:type="pct"/>
            <w:vAlign w:val="center"/>
          </w:tcPr>
          <w:p w14:paraId="07581650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ربيع الآخر ١٤٤٨هـ</w:t>
            </w:r>
          </w:p>
        </w:tc>
        <w:tc>
          <w:tcPr>
            <w:tcW w:w="1721" w:type="pct"/>
            <w:vAlign w:val="center"/>
          </w:tcPr>
          <w:p w14:paraId="595CA76B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اعتماد خطة الانضباط وتوزيع المسؤوليات</w:t>
            </w:r>
          </w:p>
        </w:tc>
        <w:tc>
          <w:tcPr>
            <w:tcW w:w="2061" w:type="pct"/>
            <w:vAlign w:val="center"/>
          </w:tcPr>
          <w:p w14:paraId="528FA217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اعتماد الخطة وآلية الرصد والتواصل والمؤشرات</w:t>
            </w:r>
          </w:p>
        </w:tc>
      </w:tr>
      <w:tr w:rsidR="009117E3" w:rsidRPr="00510FF9" w14:paraId="4FE2394F" w14:textId="77777777" w:rsidTr="00702547">
        <w:trPr>
          <w:jc w:val="center"/>
        </w:trPr>
        <w:tc>
          <w:tcPr>
            <w:tcW w:w="192" w:type="pct"/>
            <w:vAlign w:val="center"/>
          </w:tcPr>
          <w:p w14:paraId="17C4B109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٢</w:t>
            </w:r>
          </w:p>
        </w:tc>
        <w:tc>
          <w:tcPr>
            <w:tcW w:w="1025" w:type="pct"/>
            <w:vAlign w:val="center"/>
          </w:tcPr>
          <w:p w14:paraId="6FC86761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جمادى الآخرة ١٤٤٨هـ</w:t>
            </w:r>
          </w:p>
        </w:tc>
        <w:tc>
          <w:tcPr>
            <w:tcW w:w="1721" w:type="pct"/>
            <w:vAlign w:val="center"/>
          </w:tcPr>
          <w:p w14:paraId="7632EE85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المتابعة الأولى وتحليل مؤشرات الانضباط</w:t>
            </w:r>
          </w:p>
        </w:tc>
        <w:tc>
          <w:tcPr>
            <w:tcW w:w="2061" w:type="pct"/>
            <w:vAlign w:val="center"/>
          </w:tcPr>
          <w:p w14:paraId="1AF54EF1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تحليل الحضور والغياب والتأخر والحالات المتكررة</w:t>
            </w:r>
          </w:p>
        </w:tc>
      </w:tr>
      <w:tr w:rsidR="009117E3" w:rsidRPr="00510FF9" w14:paraId="359CFFA8" w14:textId="77777777" w:rsidTr="00702547">
        <w:trPr>
          <w:jc w:val="center"/>
        </w:trPr>
        <w:tc>
          <w:tcPr>
            <w:tcW w:w="192" w:type="pct"/>
            <w:vAlign w:val="center"/>
          </w:tcPr>
          <w:p w14:paraId="34BD69A9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٣</w:t>
            </w:r>
          </w:p>
        </w:tc>
        <w:tc>
          <w:tcPr>
            <w:tcW w:w="1025" w:type="pct"/>
            <w:vAlign w:val="center"/>
          </w:tcPr>
          <w:p w14:paraId="618B49B1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شعبان ١٤٤٨هـ</w:t>
            </w:r>
          </w:p>
        </w:tc>
        <w:tc>
          <w:tcPr>
            <w:tcW w:w="1721" w:type="pct"/>
            <w:vAlign w:val="center"/>
          </w:tcPr>
          <w:p w14:paraId="3796E836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قياس أثر الإجراءات والبرامج التحفيزية</w:t>
            </w:r>
          </w:p>
        </w:tc>
        <w:tc>
          <w:tcPr>
            <w:tcW w:w="2061" w:type="pct"/>
            <w:vAlign w:val="center"/>
          </w:tcPr>
          <w:p w14:paraId="33574273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مقارنة النتائج بالمستهدف واعتماد التحسينات</w:t>
            </w:r>
          </w:p>
        </w:tc>
      </w:tr>
      <w:tr w:rsidR="009117E3" w:rsidRPr="00510FF9" w14:paraId="5589C735" w14:textId="77777777" w:rsidTr="00702547">
        <w:trPr>
          <w:jc w:val="center"/>
        </w:trPr>
        <w:tc>
          <w:tcPr>
            <w:tcW w:w="192" w:type="pct"/>
            <w:vAlign w:val="center"/>
          </w:tcPr>
          <w:p w14:paraId="6308AD9D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٤</w:t>
            </w:r>
          </w:p>
        </w:tc>
        <w:tc>
          <w:tcPr>
            <w:tcW w:w="1025" w:type="pct"/>
            <w:vAlign w:val="center"/>
          </w:tcPr>
          <w:p w14:paraId="5EF95B37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ذو القعدة ١٤٤٨هـ</w:t>
            </w:r>
          </w:p>
        </w:tc>
        <w:tc>
          <w:tcPr>
            <w:tcW w:w="1721" w:type="pct"/>
            <w:vAlign w:val="center"/>
          </w:tcPr>
          <w:p w14:paraId="1F2D3E80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التقييم الختامي والتوصيات</w:t>
            </w:r>
          </w:p>
        </w:tc>
        <w:tc>
          <w:tcPr>
            <w:tcW w:w="2061" w:type="pct"/>
            <w:vAlign w:val="center"/>
          </w:tcPr>
          <w:p w14:paraId="25C36F19" w14:textId="77777777" w:rsidR="009117E3" w:rsidRPr="00510FF9" w:rsidRDefault="00787C0B" w:rsidP="004D6DAE">
            <w:pPr>
              <w:bidi/>
              <w:rPr>
                <w:sz w:val="26"/>
                <w:szCs w:val="26"/>
              </w:rPr>
            </w:pPr>
            <w:r w:rsidRPr="00510FF9">
              <w:rPr>
                <w:rFonts w:cs="Arial"/>
                <w:sz w:val="26"/>
                <w:szCs w:val="26"/>
              </w:rPr>
              <w:t>تحليل النتائج واعتماد التقرير والتوصيات</w:t>
            </w:r>
          </w:p>
        </w:tc>
      </w:tr>
    </w:tbl>
    <w:p w14:paraId="21AC0DC7" w14:textId="77777777" w:rsidR="009117E3" w:rsidRDefault="00787C0B" w:rsidP="004D6DAE">
      <w:r>
        <w:br w:type="page"/>
      </w:r>
    </w:p>
    <w:p w14:paraId="609956BE" w14:textId="77777777" w:rsidR="009117E3" w:rsidRDefault="00787C0B" w:rsidP="004D6DAE">
      <w:pPr>
        <w:bidi/>
      </w:pPr>
      <w:r>
        <w:rPr>
          <w:b/>
          <w:sz w:val="32"/>
        </w:rPr>
        <w:lastRenderedPageBreak/>
        <w:t>سادساً: محاضر الاجتماعات</w:t>
      </w:r>
    </w:p>
    <w:p w14:paraId="75A1B3DA" w14:textId="77777777" w:rsidR="009117E3" w:rsidRDefault="00787C0B" w:rsidP="004D6DAE">
      <w:pPr>
        <w:bidi/>
      </w:pPr>
      <w:r>
        <w:rPr>
          <w:b/>
          <w:sz w:val="28"/>
        </w:rPr>
        <w:t>الاجتماع الأول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366"/>
        <w:gridCol w:w="8390"/>
      </w:tblGrid>
      <w:tr w:rsidR="009117E3" w:rsidRPr="00900DEB" w14:paraId="21E1E67B" w14:textId="77777777" w:rsidTr="00702547">
        <w:trPr>
          <w:jc w:val="center"/>
        </w:trPr>
        <w:tc>
          <w:tcPr>
            <w:tcW w:w="1100" w:type="pct"/>
            <w:shd w:val="clear" w:color="auto" w:fill="D9EAD3"/>
            <w:vAlign w:val="center"/>
          </w:tcPr>
          <w:p w14:paraId="577DA390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b/>
                <w:sz w:val="28"/>
                <w:szCs w:val="28"/>
              </w:rPr>
              <w:t>البيان</w:t>
            </w:r>
          </w:p>
        </w:tc>
        <w:tc>
          <w:tcPr>
            <w:tcW w:w="3900" w:type="pct"/>
            <w:shd w:val="clear" w:color="auto" w:fill="D9EAD3"/>
            <w:vAlign w:val="center"/>
          </w:tcPr>
          <w:p w14:paraId="09F89E69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b/>
                <w:sz w:val="28"/>
                <w:szCs w:val="28"/>
              </w:rPr>
              <w:t>التفاصيل</w:t>
            </w:r>
          </w:p>
        </w:tc>
      </w:tr>
      <w:tr w:rsidR="009117E3" w:rsidRPr="00900DEB" w14:paraId="5A9A1D54" w14:textId="77777777" w:rsidTr="00702547">
        <w:trPr>
          <w:jc w:val="center"/>
        </w:trPr>
        <w:tc>
          <w:tcPr>
            <w:tcW w:w="1100" w:type="pct"/>
            <w:vAlign w:val="center"/>
          </w:tcPr>
          <w:p w14:paraId="7253C955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التاريخ</w:t>
            </w:r>
          </w:p>
        </w:tc>
        <w:tc>
          <w:tcPr>
            <w:tcW w:w="3900" w:type="pct"/>
            <w:vAlign w:val="center"/>
          </w:tcPr>
          <w:p w14:paraId="135FBB1E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ربيع الآخر ١٤٤٨هـ</w:t>
            </w:r>
          </w:p>
        </w:tc>
      </w:tr>
      <w:tr w:rsidR="009117E3" w:rsidRPr="00900DEB" w14:paraId="5549F786" w14:textId="77777777" w:rsidTr="00702547">
        <w:trPr>
          <w:jc w:val="center"/>
        </w:trPr>
        <w:tc>
          <w:tcPr>
            <w:tcW w:w="1100" w:type="pct"/>
            <w:vAlign w:val="center"/>
          </w:tcPr>
          <w:p w14:paraId="6563F887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موضوع الاجتماع</w:t>
            </w:r>
          </w:p>
        </w:tc>
        <w:tc>
          <w:tcPr>
            <w:tcW w:w="3900" w:type="pct"/>
            <w:vAlign w:val="center"/>
          </w:tcPr>
          <w:p w14:paraId="47424B27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اعتماد خطة الانضباط وتوزيع المسؤوليات</w:t>
            </w:r>
          </w:p>
        </w:tc>
      </w:tr>
      <w:tr w:rsidR="009117E3" w:rsidRPr="00900DEB" w14:paraId="207DC248" w14:textId="77777777" w:rsidTr="00702547">
        <w:trPr>
          <w:jc w:val="center"/>
        </w:trPr>
        <w:tc>
          <w:tcPr>
            <w:tcW w:w="1100" w:type="pct"/>
            <w:vAlign w:val="center"/>
          </w:tcPr>
          <w:p w14:paraId="11A9C026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رئيسة الاجتماع</w:t>
            </w:r>
          </w:p>
        </w:tc>
        <w:tc>
          <w:tcPr>
            <w:tcW w:w="3900" w:type="pct"/>
            <w:vAlign w:val="center"/>
          </w:tcPr>
          <w:p w14:paraId="383D3DEF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مديرة المدرسة / عزة الحويطي</w:t>
            </w:r>
          </w:p>
        </w:tc>
      </w:tr>
      <w:tr w:rsidR="009117E3" w:rsidRPr="00900DEB" w14:paraId="35F47EE1" w14:textId="77777777" w:rsidTr="00702547">
        <w:trPr>
          <w:jc w:val="center"/>
        </w:trPr>
        <w:tc>
          <w:tcPr>
            <w:tcW w:w="1100" w:type="pct"/>
            <w:vAlign w:val="center"/>
          </w:tcPr>
          <w:p w14:paraId="13931070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الحضور</w:t>
            </w:r>
          </w:p>
        </w:tc>
        <w:tc>
          <w:tcPr>
            <w:tcW w:w="3900" w:type="pct"/>
            <w:vAlign w:val="center"/>
          </w:tcPr>
          <w:p w14:paraId="0BEA48B8" w14:textId="77777777" w:rsidR="009117E3" w:rsidRPr="00900DEB" w:rsidRDefault="00787C0B" w:rsidP="004D6DAE">
            <w:pPr>
              <w:bidi/>
              <w:rPr>
                <w:sz w:val="28"/>
                <w:szCs w:val="28"/>
              </w:rPr>
            </w:pPr>
            <w:r w:rsidRPr="00900DEB">
              <w:rPr>
                <w:rFonts w:cs="Arial"/>
                <w:sz w:val="28"/>
                <w:szCs w:val="28"/>
              </w:rPr>
              <w:t>وكيلة شؤون الطالبات - الموجهة الطلابية - من يلزم من منسوبات المدرسة</w:t>
            </w:r>
          </w:p>
        </w:tc>
      </w:tr>
    </w:tbl>
    <w:p w14:paraId="7FB454E0" w14:textId="77777777" w:rsidR="009117E3" w:rsidRDefault="00787C0B" w:rsidP="004D6DAE">
      <w:pPr>
        <w:bidi/>
      </w:pPr>
      <w:r>
        <w:rPr>
          <w:b/>
        </w:rPr>
        <w:t>القرارات والتوصيات:</w:t>
      </w:r>
    </w:p>
    <w:p w14:paraId="44291F18" w14:textId="3179881F" w:rsidR="009117E3" w:rsidRDefault="00787C0B" w:rsidP="00565746">
      <w:pPr>
        <w:pStyle w:val="aa"/>
        <w:numPr>
          <w:ilvl w:val="0"/>
          <w:numId w:val="13"/>
        </w:numPr>
        <w:bidi/>
      </w:pPr>
      <w:r w:rsidRPr="00565746">
        <w:rPr>
          <w:rFonts w:cs="Arial"/>
        </w:rPr>
        <w:t>اعتماد</w:t>
      </w:r>
      <w:r>
        <w:t xml:space="preserve"> </w:t>
      </w:r>
      <w:r w:rsidRPr="00565746">
        <w:rPr>
          <w:rFonts w:cs="Arial"/>
        </w:rPr>
        <w:t>خطة</w:t>
      </w:r>
      <w:r>
        <w:t xml:space="preserve"> </w:t>
      </w:r>
      <w:r w:rsidRPr="00565746">
        <w:rPr>
          <w:rFonts w:cs="Arial"/>
        </w:rPr>
        <w:t>الانضباط</w:t>
      </w:r>
      <w:r>
        <w:t xml:space="preserve"> </w:t>
      </w:r>
      <w:r w:rsidRPr="00565746">
        <w:rPr>
          <w:rFonts w:cs="Arial"/>
        </w:rPr>
        <w:t>المدرسي</w:t>
      </w:r>
      <w:r>
        <w:t>.</w:t>
      </w:r>
    </w:p>
    <w:p w14:paraId="789AB003" w14:textId="7B12C921" w:rsidR="009117E3" w:rsidRDefault="00787C0B" w:rsidP="00565746">
      <w:pPr>
        <w:pStyle w:val="aa"/>
        <w:numPr>
          <w:ilvl w:val="0"/>
          <w:numId w:val="13"/>
        </w:numPr>
        <w:bidi/>
      </w:pPr>
      <w:r>
        <w:t>توزيع المسؤوليات بين الجهات المنفذة.</w:t>
      </w:r>
    </w:p>
    <w:p w14:paraId="615F4A31" w14:textId="5E8CAA1E" w:rsidR="009117E3" w:rsidRDefault="00787C0B" w:rsidP="00565746">
      <w:pPr>
        <w:pStyle w:val="aa"/>
        <w:numPr>
          <w:ilvl w:val="0"/>
          <w:numId w:val="13"/>
        </w:numPr>
        <w:bidi/>
      </w:pPr>
      <w:r>
        <w:t>اعتماد آلية الرصد اليومي للغياب والتأخر.</w:t>
      </w:r>
    </w:p>
    <w:p w14:paraId="1FAE113F" w14:textId="7EFFA377" w:rsidR="009117E3" w:rsidRDefault="00787C0B" w:rsidP="00565746">
      <w:pPr>
        <w:pStyle w:val="aa"/>
        <w:numPr>
          <w:ilvl w:val="0"/>
          <w:numId w:val="13"/>
        </w:numPr>
        <w:bidi/>
      </w:pPr>
      <w:r>
        <w:t>اعتماد آلية التواصل مع أولياء الأمور.</w:t>
      </w:r>
    </w:p>
    <w:p w14:paraId="206D7CE7" w14:textId="1B878B3D" w:rsidR="00565746" w:rsidRDefault="00787C0B" w:rsidP="00DE691A">
      <w:pPr>
        <w:pStyle w:val="aa"/>
        <w:numPr>
          <w:ilvl w:val="0"/>
          <w:numId w:val="13"/>
        </w:numPr>
        <w:bidi/>
      </w:pPr>
      <w:r>
        <w:t>تحديد مؤشرات الأداء والشواهد.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00"/>
        <w:gridCol w:w="2969"/>
        <w:gridCol w:w="2418"/>
        <w:gridCol w:w="1557"/>
        <w:gridCol w:w="1097"/>
        <w:gridCol w:w="2315"/>
      </w:tblGrid>
      <w:tr w:rsidR="009117E3" w:rsidRPr="005859E3" w14:paraId="27E507F1" w14:textId="77777777" w:rsidTr="006E12DF">
        <w:trPr>
          <w:jc w:val="center"/>
        </w:trPr>
        <w:tc>
          <w:tcPr>
            <w:tcW w:w="186" w:type="pct"/>
            <w:shd w:val="clear" w:color="auto" w:fill="D9EAD3"/>
            <w:vAlign w:val="center"/>
          </w:tcPr>
          <w:p w14:paraId="4C90D023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م</w:t>
            </w:r>
          </w:p>
        </w:tc>
        <w:tc>
          <w:tcPr>
            <w:tcW w:w="1380" w:type="pct"/>
            <w:shd w:val="clear" w:color="auto" w:fill="D9EAD3"/>
            <w:vAlign w:val="center"/>
          </w:tcPr>
          <w:p w14:paraId="6A8DB763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القرار / التوصية</w:t>
            </w:r>
          </w:p>
        </w:tc>
        <w:tc>
          <w:tcPr>
            <w:tcW w:w="1124" w:type="pct"/>
            <w:shd w:val="clear" w:color="auto" w:fill="D9EAD3"/>
            <w:vAlign w:val="center"/>
          </w:tcPr>
          <w:p w14:paraId="59C147A6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المسؤولة</w:t>
            </w:r>
          </w:p>
        </w:tc>
        <w:tc>
          <w:tcPr>
            <w:tcW w:w="724" w:type="pct"/>
            <w:shd w:val="clear" w:color="auto" w:fill="D9EAD3"/>
            <w:vAlign w:val="center"/>
          </w:tcPr>
          <w:p w14:paraId="66E6A0B7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موعد التنفيذ</w:t>
            </w:r>
          </w:p>
        </w:tc>
        <w:tc>
          <w:tcPr>
            <w:tcW w:w="510" w:type="pct"/>
            <w:shd w:val="clear" w:color="auto" w:fill="D9EAD3"/>
            <w:vAlign w:val="center"/>
          </w:tcPr>
          <w:p w14:paraId="38B07E86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حالة التنفيذ</w:t>
            </w:r>
          </w:p>
        </w:tc>
        <w:tc>
          <w:tcPr>
            <w:tcW w:w="1076" w:type="pct"/>
            <w:shd w:val="clear" w:color="auto" w:fill="D9EAD3"/>
            <w:vAlign w:val="center"/>
          </w:tcPr>
          <w:p w14:paraId="65F29FB0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b/>
                <w:sz w:val="24"/>
                <w:szCs w:val="24"/>
              </w:rPr>
              <w:t>الشاهد</w:t>
            </w:r>
          </w:p>
        </w:tc>
      </w:tr>
      <w:tr w:rsidR="009117E3" w:rsidRPr="005859E3" w14:paraId="3C59F846" w14:textId="77777777" w:rsidTr="006E12DF">
        <w:trPr>
          <w:jc w:val="center"/>
        </w:trPr>
        <w:tc>
          <w:tcPr>
            <w:tcW w:w="186" w:type="pct"/>
            <w:vAlign w:val="center"/>
          </w:tcPr>
          <w:p w14:paraId="186E7CB3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١</w:t>
            </w:r>
          </w:p>
        </w:tc>
        <w:tc>
          <w:tcPr>
            <w:tcW w:w="1380" w:type="pct"/>
            <w:vAlign w:val="center"/>
          </w:tcPr>
          <w:p w14:paraId="61B291D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اعتماد خطة الانضباط المدرسي</w:t>
            </w:r>
          </w:p>
        </w:tc>
        <w:tc>
          <w:tcPr>
            <w:tcW w:w="1124" w:type="pct"/>
            <w:vAlign w:val="center"/>
          </w:tcPr>
          <w:p w14:paraId="1A9151B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مديرة المدرسة / عزة الحويطي</w:t>
            </w:r>
          </w:p>
        </w:tc>
        <w:tc>
          <w:tcPr>
            <w:tcW w:w="724" w:type="pct"/>
            <w:vAlign w:val="center"/>
          </w:tcPr>
          <w:p w14:paraId="53F8182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ربيع الآخر ١٤٤٨هـ</w:t>
            </w:r>
          </w:p>
        </w:tc>
        <w:tc>
          <w:tcPr>
            <w:tcW w:w="510" w:type="pct"/>
            <w:vAlign w:val="center"/>
          </w:tcPr>
          <w:p w14:paraId="6FC30E4B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1076" w:type="pct"/>
            <w:vAlign w:val="center"/>
          </w:tcPr>
          <w:p w14:paraId="29083EB2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خطة الانضباط المعتمدة</w:t>
            </w:r>
          </w:p>
        </w:tc>
      </w:tr>
      <w:tr w:rsidR="009117E3" w:rsidRPr="005859E3" w14:paraId="5626A1C0" w14:textId="77777777" w:rsidTr="006E12DF">
        <w:trPr>
          <w:jc w:val="center"/>
        </w:trPr>
        <w:tc>
          <w:tcPr>
            <w:tcW w:w="186" w:type="pct"/>
            <w:vAlign w:val="center"/>
          </w:tcPr>
          <w:p w14:paraId="6296657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٢</w:t>
            </w:r>
          </w:p>
        </w:tc>
        <w:tc>
          <w:tcPr>
            <w:tcW w:w="1380" w:type="pct"/>
            <w:vAlign w:val="center"/>
          </w:tcPr>
          <w:p w14:paraId="3EBEECAE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توزيع مسؤوليات تنفيذ ومتابعة الخطة</w:t>
            </w:r>
          </w:p>
        </w:tc>
        <w:tc>
          <w:tcPr>
            <w:tcW w:w="1124" w:type="pct"/>
            <w:vAlign w:val="center"/>
          </w:tcPr>
          <w:p w14:paraId="3D8AAB60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مديرة المدرسة</w:t>
            </w:r>
          </w:p>
        </w:tc>
        <w:tc>
          <w:tcPr>
            <w:tcW w:w="724" w:type="pct"/>
            <w:vAlign w:val="center"/>
          </w:tcPr>
          <w:p w14:paraId="0BDD456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ربيع الآخر ١٤٤٨هـ</w:t>
            </w:r>
          </w:p>
        </w:tc>
        <w:tc>
          <w:tcPr>
            <w:tcW w:w="510" w:type="pct"/>
            <w:vAlign w:val="center"/>
          </w:tcPr>
          <w:p w14:paraId="42BBB3B1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1076" w:type="pct"/>
            <w:vAlign w:val="center"/>
          </w:tcPr>
          <w:p w14:paraId="35E9672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قرار توزيع المهام</w:t>
            </w:r>
          </w:p>
        </w:tc>
      </w:tr>
      <w:tr w:rsidR="009117E3" w:rsidRPr="005859E3" w14:paraId="7FAB5244" w14:textId="77777777" w:rsidTr="006E12DF">
        <w:trPr>
          <w:jc w:val="center"/>
        </w:trPr>
        <w:tc>
          <w:tcPr>
            <w:tcW w:w="186" w:type="pct"/>
            <w:vAlign w:val="center"/>
          </w:tcPr>
          <w:p w14:paraId="23181C24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٣</w:t>
            </w:r>
          </w:p>
        </w:tc>
        <w:tc>
          <w:tcPr>
            <w:tcW w:w="1380" w:type="pct"/>
            <w:vAlign w:val="center"/>
          </w:tcPr>
          <w:p w14:paraId="6EFC5F4D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تطبيق الرصد اليومي للغياب والتأخر</w:t>
            </w:r>
          </w:p>
        </w:tc>
        <w:tc>
          <w:tcPr>
            <w:tcW w:w="1124" w:type="pct"/>
            <w:vAlign w:val="center"/>
          </w:tcPr>
          <w:p w14:paraId="62E0FF16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وكيلة شؤون الطالبات / منه الميلبي</w:t>
            </w:r>
          </w:p>
        </w:tc>
        <w:tc>
          <w:tcPr>
            <w:tcW w:w="724" w:type="pct"/>
            <w:vAlign w:val="center"/>
          </w:tcPr>
          <w:p w14:paraId="6CA6E168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يوميًا</w:t>
            </w:r>
          </w:p>
        </w:tc>
        <w:tc>
          <w:tcPr>
            <w:tcW w:w="510" w:type="pct"/>
            <w:vAlign w:val="center"/>
          </w:tcPr>
          <w:p w14:paraId="59223AA1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1076" w:type="pct"/>
            <w:vAlign w:val="center"/>
          </w:tcPr>
          <w:p w14:paraId="11302941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سجل الحضور والغياب والتأخر</w:t>
            </w:r>
          </w:p>
        </w:tc>
      </w:tr>
      <w:tr w:rsidR="009117E3" w:rsidRPr="005859E3" w14:paraId="4156261F" w14:textId="77777777" w:rsidTr="006E12DF">
        <w:trPr>
          <w:jc w:val="center"/>
        </w:trPr>
        <w:tc>
          <w:tcPr>
            <w:tcW w:w="186" w:type="pct"/>
            <w:vAlign w:val="center"/>
          </w:tcPr>
          <w:p w14:paraId="6A7FE89F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٤</w:t>
            </w:r>
          </w:p>
        </w:tc>
        <w:tc>
          <w:tcPr>
            <w:tcW w:w="1380" w:type="pct"/>
            <w:vAlign w:val="center"/>
          </w:tcPr>
          <w:p w14:paraId="480C0795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التواصل مع أولياء الأمور للحالات المتكررة</w:t>
            </w:r>
          </w:p>
        </w:tc>
        <w:tc>
          <w:tcPr>
            <w:tcW w:w="1124" w:type="pct"/>
            <w:vAlign w:val="center"/>
          </w:tcPr>
          <w:p w14:paraId="108BC795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الموجهة الطلابية / ناديه الجهني</w:t>
            </w:r>
          </w:p>
        </w:tc>
        <w:tc>
          <w:tcPr>
            <w:tcW w:w="724" w:type="pct"/>
            <w:vAlign w:val="center"/>
          </w:tcPr>
          <w:p w14:paraId="5D745A8C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حسب الحالة</w:t>
            </w:r>
          </w:p>
        </w:tc>
        <w:tc>
          <w:tcPr>
            <w:tcW w:w="510" w:type="pct"/>
            <w:vAlign w:val="center"/>
          </w:tcPr>
          <w:p w14:paraId="53C28845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1076" w:type="pct"/>
            <w:vAlign w:val="center"/>
          </w:tcPr>
          <w:p w14:paraId="68F2AFFB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سجل التواصل والمتابعة</w:t>
            </w:r>
          </w:p>
        </w:tc>
      </w:tr>
      <w:tr w:rsidR="009117E3" w:rsidRPr="005859E3" w14:paraId="300D2810" w14:textId="77777777" w:rsidTr="006E12DF">
        <w:trPr>
          <w:jc w:val="center"/>
        </w:trPr>
        <w:tc>
          <w:tcPr>
            <w:tcW w:w="186" w:type="pct"/>
            <w:vAlign w:val="center"/>
          </w:tcPr>
          <w:p w14:paraId="2101495B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٥</w:t>
            </w:r>
          </w:p>
        </w:tc>
        <w:tc>
          <w:tcPr>
            <w:tcW w:w="1380" w:type="pct"/>
            <w:vAlign w:val="center"/>
          </w:tcPr>
          <w:p w14:paraId="4967F695" w14:textId="77777777" w:rsidR="009117E3" w:rsidRPr="005859E3" w:rsidRDefault="00787C0B" w:rsidP="004D6DAE">
            <w:pPr>
              <w:bidi/>
              <w:rPr>
                <w:sz w:val="24"/>
                <w:szCs w:val="24"/>
                <w:rtl/>
              </w:rPr>
            </w:pPr>
            <w:r w:rsidRPr="005859E3">
              <w:rPr>
                <w:rFonts w:cs="Arial"/>
                <w:sz w:val="24"/>
                <w:szCs w:val="24"/>
              </w:rPr>
              <w:t>متابعة مؤشرات الانضباط وتجميع الشواهد</w:t>
            </w:r>
          </w:p>
        </w:tc>
        <w:tc>
          <w:tcPr>
            <w:tcW w:w="1124" w:type="pct"/>
            <w:vAlign w:val="center"/>
          </w:tcPr>
          <w:p w14:paraId="346B99C1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المديرة والوكيلة والموجهة الطلابية</w:t>
            </w:r>
          </w:p>
        </w:tc>
        <w:tc>
          <w:tcPr>
            <w:tcW w:w="724" w:type="pct"/>
            <w:vAlign w:val="center"/>
          </w:tcPr>
          <w:p w14:paraId="1EF662F9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شهريًا</w:t>
            </w:r>
          </w:p>
        </w:tc>
        <w:tc>
          <w:tcPr>
            <w:tcW w:w="510" w:type="pct"/>
            <w:vAlign w:val="center"/>
          </w:tcPr>
          <w:p w14:paraId="6D3FA679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1076" w:type="pct"/>
            <w:vAlign w:val="center"/>
          </w:tcPr>
          <w:p w14:paraId="3DE25CC1" w14:textId="77777777" w:rsidR="009117E3" w:rsidRPr="005859E3" w:rsidRDefault="00787C0B" w:rsidP="004D6DAE">
            <w:pPr>
              <w:bidi/>
              <w:rPr>
                <w:sz w:val="24"/>
                <w:szCs w:val="24"/>
              </w:rPr>
            </w:pPr>
            <w:r w:rsidRPr="005859E3">
              <w:rPr>
                <w:rFonts w:cs="Arial"/>
                <w:sz w:val="24"/>
                <w:szCs w:val="24"/>
              </w:rPr>
              <w:t>تحليل المؤشرات وتقارير المتابعة</w:t>
            </w:r>
          </w:p>
        </w:tc>
      </w:tr>
    </w:tbl>
    <w:p w14:paraId="03C6C063" w14:textId="77777777" w:rsidR="009117E3" w:rsidRDefault="00787C0B" w:rsidP="004D6DAE">
      <w:pPr>
        <w:bidi/>
      </w:pPr>
      <w:r>
        <w:rPr>
          <w:b/>
          <w:sz w:val="20"/>
        </w:rPr>
        <w:t>أعضاء الاجتماع: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92"/>
        <w:gridCol w:w="3612"/>
        <w:gridCol w:w="4270"/>
        <w:gridCol w:w="1882"/>
      </w:tblGrid>
      <w:tr w:rsidR="009117E3" w:rsidRPr="005859E3" w14:paraId="02C6F48F" w14:textId="77777777" w:rsidTr="00E225D5">
        <w:trPr>
          <w:jc w:val="center"/>
        </w:trPr>
        <w:tc>
          <w:tcPr>
            <w:tcW w:w="461" w:type="pct"/>
            <w:shd w:val="clear" w:color="auto" w:fill="D9EAD3"/>
            <w:vAlign w:val="center"/>
          </w:tcPr>
          <w:p w14:paraId="7ACF4FE2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b/>
                <w:sz w:val="30"/>
                <w:szCs w:val="30"/>
              </w:rPr>
              <w:t>م</w:t>
            </w:r>
          </w:p>
        </w:tc>
        <w:tc>
          <w:tcPr>
            <w:tcW w:w="1679" w:type="pct"/>
            <w:shd w:val="clear" w:color="auto" w:fill="D9EAD3"/>
            <w:vAlign w:val="center"/>
          </w:tcPr>
          <w:p w14:paraId="7E387A99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b/>
                <w:sz w:val="30"/>
                <w:szCs w:val="30"/>
              </w:rPr>
              <w:t>الاسم</w:t>
            </w:r>
          </w:p>
        </w:tc>
        <w:tc>
          <w:tcPr>
            <w:tcW w:w="1985" w:type="pct"/>
            <w:shd w:val="clear" w:color="auto" w:fill="D9EAD3"/>
            <w:vAlign w:val="center"/>
          </w:tcPr>
          <w:p w14:paraId="57C43631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b/>
                <w:sz w:val="30"/>
                <w:szCs w:val="30"/>
              </w:rPr>
              <w:t>الصفة</w:t>
            </w:r>
          </w:p>
        </w:tc>
        <w:tc>
          <w:tcPr>
            <w:tcW w:w="875" w:type="pct"/>
            <w:shd w:val="clear" w:color="auto" w:fill="D9EAD3"/>
            <w:vAlign w:val="center"/>
          </w:tcPr>
          <w:p w14:paraId="1D5FE453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b/>
                <w:sz w:val="30"/>
                <w:szCs w:val="30"/>
              </w:rPr>
              <w:t>التوقيع</w:t>
            </w:r>
          </w:p>
        </w:tc>
      </w:tr>
      <w:tr w:rsidR="009117E3" w:rsidRPr="005859E3" w14:paraId="63E7B666" w14:textId="77777777" w:rsidTr="00E225D5">
        <w:trPr>
          <w:jc w:val="center"/>
        </w:trPr>
        <w:tc>
          <w:tcPr>
            <w:tcW w:w="461" w:type="pct"/>
            <w:vAlign w:val="center"/>
          </w:tcPr>
          <w:p w14:paraId="25A0D277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١</w:t>
            </w:r>
          </w:p>
        </w:tc>
        <w:tc>
          <w:tcPr>
            <w:tcW w:w="1679" w:type="pct"/>
            <w:vAlign w:val="center"/>
          </w:tcPr>
          <w:p w14:paraId="25B6E1C5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عزة الحويطي</w:t>
            </w:r>
          </w:p>
        </w:tc>
        <w:tc>
          <w:tcPr>
            <w:tcW w:w="1985" w:type="pct"/>
            <w:vAlign w:val="center"/>
          </w:tcPr>
          <w:p w14:paraId="7400186E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مديرة المدرسة</w:t>
            </w:r>
          </w:p>
        </w:tc>
        <w:tc>
          <w:tcPr>
            <w:tcW w:w="875" w:type="pct"/>
            <w:vAlign w:val="center"/>
          </w:tcPr>
          <w:p w14:paraId="42B63A4F" w14:textId="77777777" w:rsidR="009117E3" w:rsidRPr="005859E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5859E3" w14:paraId="00DE0FEC" w14:textId="77777777" w:rsidTr="00E225D5">
        <w:trPr>
          <w:jc w:val="center"/>
        </w:trPr>
        <w:tc>
          <w:tcPr>
            <w:tcW w:w="461" w:type="pct"/>
            <w:vAlign w:val="center"/>
          </w:tcPr>
          <w:p w14:paraId="4B4D4EC1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٢</w:t>
            </w:r>
          </w:p>
        </w:tc>
        <w:tc>
          <w:tcPr>
            <w:tcW w:w="1679" w:type="pct"/>
            <w:vAlign w:val="center"/>
          </w:tcPr>
          <w:p w14:paraId="6FD32AEF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منه الميلبي</w:t>
            </w:r>
          </w:p>
        </w:tc>
        <w:tc>
          <w:tcPr>
            <w:tcW w:w="1985" w:type="pct"/>
            <w:vAlign w:val="center"/>
          </w:tcPr>
          <w:p w14:paraId="13231773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وكيلة شؤون الطالبات</w:t>
            </w:r>
          </w:p>
        </w:tc>
        <w:tc>
          <w:tcPr>
            <w:tcW w:w="875" w:type="pct"/>
            <w:vAlign w:val="center"/>
          </w:tcPr>
          <w:p w14:paraId="44475D96" w14:textId="77777777" w:rsidR="009117E3" w:rsidRPr="005859E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5859E3" w14:paraId="15E209B8" w14:textId="77777777" w:rsidTr="00E225D5">
        <w:trPr>
          <w:jc w:val="center"/>
        </w:trPr>
        <w:tc>
          <w:tcPr>
            <w:tcW w:w="461" w:type="pct"/>
            <w:vAlign w:val="center"/>
          </w:tcPr>
          <w:p w14:paraId="62158EB3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٣</w:t>
            </w:r>
          </w:p>
        </w:tc>
        <w:tc>
          <w:tcPr>
            <w:tcW w:w="1679" w:type="pct"/>
            <w:vAlign w:val="center"/>
          </w:tcPr>
          <w:p w14:paraId="70104B2F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ناديه الجهني</w:t>
            </w:r>
          </w:p>
        </w:tc>
        <w:tc>
          <w:tcPr>
            <w:tcW w:w="1985" w:type="pct"/>
            <w:vAlign w:val="center"/>
          </w:tcPr>
          <w:p w14:paraId="3C212D6E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الموجهة الطلابية</w:t>
            </w:r>
          </w:p>
        </w:tc>
        <w:tc>
          <w:tcPr>
            <w:tcW w:w="875" w:type="pct"/>
            <w:vAlign w:val="center"/>
          </w:tcPr>
          <w:p w14:paraId="5FD8A941" w14:textId="77777777" w:rsidR="009117E3" w:rsidRPr="005859E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5859E3" w14:paraId="2E841ED6" w14:textId="77777777" w:rsidTr="00E225D5">
        <w:trPr>
          <w:jc w:val="center"/>
        </w:trPr>
        <w:tc>
          <w:tcPr>
            <w:tcW w:w="461" w:type="pct"/>
            <w:vAlign w:val="center"/>
          </w:tcPr>
          <w:p w14:paraId="1B9B88ED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٤</w:t>
            </w:r>
          </w:p>
        </w:tc>
        <w:tc>
          <w:tcPr>
            <w:tcW w:w="1679" w:type="pct"/>
            <w:vAlign w:val="center"/>
          </w:tcPr>
          <w:p w14:paraId="38E09E9A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نرجس عبدالعزيز</w:t>
            </w:r>
          </w:p>
        </w:tc>
        <w:tc>
          <w:tcPr>
            <w:tcW w:w="1985" w:type="pct"/>
            <w:vAlign w:val="center"/>
          </w:tcPr>
          <w:p w14:paraId="1C313DC2" w14:textId="77777777" w:rsidR="009117E3" w:rsidRPr="005859E3" w:rsidRDefault="00787C0B" w:rsidP="004D6DAE">
            <w:pPr>
              <w:bidi/>
              <w:rPr>
                <w:sz w:val="30"/>
                <w:szCs w:val="30"/>
              </w:rPr>
            </w:pPr>
            <w:r w:rsidRPr="005859E3">
              <w:rPr>
                <w:rFonts w:cs="Arial"/>
                <w:sz w:val="30"/>
                <w:szCs w:val="30"/>
              </w:rPr>
              <w:t>رائدة النشاط</w:t>
            </w:r>
          </w:p>
        </w:tc>
        <w:tc>
          <w:tcPr>
            <w:tcW w:w="875" w:type="pct"/>
            <w:vAlign w:val="center"/>
          </w:tcPr>
          <w:p w14:paraId="281AFDB7" w14:textId="77777777" w:rsidR="009117E3" w:rsidRPr="005859E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</w:tbl>
    <w:p w14:paraId="16383E50" w14:textId="77777777" w:rsidR="009117E3" w:rsidRDefault="00787C0B" w:rsidP="004D6DAE">
      <w:r>
        <w:br w:type="page"/>
      </w:r>
    </w:p>
    <w:p w14:paraId="06BB4B99" w14:textId="77777777" w:rsidR="009117E3" w:rsidRDefault="00787C0B" w:rsidP="004D6DAE">
      <w:pPr>
        <w:bidi/>
      </w:pPr>
      <w:r>
        <w:rPr>
          <w:b/>
          <w:sz w:val="28"/>
        </w:rPr>
        <w:lastRenderedPageBreak/>
        <w:t>الاجتماع الثاني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78"/>
        <w:gridCol w:w="8478"/>
      </w:tblGrid>
      <w:tr w:rsidR="009117E3" w:rsidRPr="00B27568" w14:paraId="44F32546" w14:textId="77777777" w:rsidTr="00667489">
        <w:trPr>
          <w:jc w:val="center"/>
        </w:trPr>
        <w:tc>
          <w:tcPr>
            <w:tcW w:w="1059" w:type="pct"/>
            <w:shd w:val="clear" w:color="auto" w:fill="D9EAD3"/>
            <w:vAlign w:val="center"/>
          </w:tcPr>
          <w:p w14:paraId="5A4FD976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b/>
                <w:sz w:val="24"/>
                <w:szCs w:val="24"/>
              </w:rPr>
              <w:t>البيان</w:t>
            </w:r>
          </w:p>
        </w:tc>
        <w:tc>
          <w:tcPr>
            <w:tcW w:w="3941" w:type="pct"/>
            <w:shd w:val="clear" w:color="auto" w:fill="D9EAD3"/>
            <w:vAlign w:val="center"/>
          </w:tcPr>
          <w:p w14:paraId="44567C80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b/>
                <w:sz w:val="24"/>
                <w:szCs w:val="24"/>
              </w:rPr>
              <w:t>التفاصيل</w:t>
            </w:r>
          </w:p>
        </w:tc>
      </w:tr>
      <w:tr w:rsidR="009117E3" w:rsidRPr="00B27568" w14:paraId="57E46720" w14:textId="77777777" w:rsidTr="00667489">
        <w:trPr>
          <w:jc w:val="center"/>
        </w:trPr>
        <w:tc>
          <w:tcPr>
            <w:tcW w:w="1059" w:type="pct"/>
            <w:vAlign w:val="center"/>
          </w:tcPr>
          <w:p w14:paraId="3EE9C20D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التاريخ</w:t>
            </w:r>
          </w:p>
        </w:tc>
        <w:tc>
          <w:tcPr>
            <w:tcW w:w="3941" w:type="pct"/>
            <w:vAlign w:val="center"/>
          </w:tcPr>
          <w:p w14:paraId="28C63B79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جمادى الآخرة ١٤٤٨هـ</w:t>
            </w:r>
          </w:p>
        </w:tc>
      </w:tr>
      <w:tr w:rsidR="009117E3" w:rsidRPr="00B27568" w14:paraId="759B57A5" w14:textId="77777777" w:rsidTr="00667489">
        <w:trPr>
          <w:jc w:val="center"/>
        </w:trPr>
        <w:tc>
          <w:tcPr>
            <w:tcW w:w="1059" w:type="pct"/>
            <w:vAlign w:val="center"/>
          </w:tcPr>
          <w:p w14:paraId="70550C1E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موضوع الاجتماع</w:t>
            </w:r>
          </w:p>
        </w:tc>
        <w:tc>
          <w:tcPr>
            <w:tcW w:w="3941" w:type="pct"/>
            <w:vAlign w:val="center"/>
          </w:tcPr>
          <w:p w14:paraId="09BEBE68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المتابعة الأولى وتحليل مؤشرات الانضباط</w:t>
            </w:r>
          </w:p>
        </w:tc>
      </w:tr>
      <w:tr w:rsidR="009117E3" w:rsidRPr="00B27568" w14:paraId="54EA6E99" w14:textId="77777777" w:rsidTr="00667489">
        <w:trPr>
          <w:jc w:val="center"/>
        </w:trPr>
        <w:tc>
          <w:tcPr>
            <w:tcW w:w="1059" w:type="pct"/>
            <w:vAlign w:val="center"/>
          </w:tcPr>
          <w:p w14:paraId="637E5A29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رئيسة الاجتماع</w:t>
            </w:r>
          </w:p>
        </w:tc>
        <w:tc>
          <w:tcPr>
            <w:tcW w:w="3941" w:type="pct"/>
            <w:vAlign w:val="center"/>
          </w:tcPr>
          <w:p w14:paraId="0155D574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مديرة المدرسة / عزة الحويطي</w:t>
            </w:r>
          </w:p>
        </w:tc>
      </w:tr>
      <w:tr w:rsidR="009117E3" w:rsidRPr="00B27568" w14:paraId="78794333" w14:textId="77777777" w:rsidTr="00667489">
        <w:trPr>
          <w:jc w:val="center"/>
        </w:trPr>
        <w:tc>
          <w:tcPr>
            <w:tcW w:w="1059" w:type="pct"/>
            <w:vAlign w:val="center"/>
          </w:tcPr>
          <w:p w14:paraId="40A1CAE9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الحضور</w:t>
            </w:r>
          </w:p>
        </w:tc>
        <w:tc>
          <w:tcPr>
            <w:tcW w:w="3941" w:type="pct"/>
            <w:vAlign w:val="center"/>
          </w:tcPr>
          <w:p w14:paraId="19F21E18" w14:textId="77777777" w:rsidR="009117E3" w:rsidRPr="00B27568" w:rsidRDefault="00787C0B" w:rsidP="004D6DAE">
            <w:pPr>
              <w:bidi/>
              <w:rPr>
                <w:sz w:val="24"/>
                <w:szCs w:val="24"/>
              </w:rPr>
            </w:pPr>
            <w:r w:rsidRPr="00B27568">
              <w:rPr>
                <w:rFonts w:cs="Arial"/>
                <w:sz w:val="24"/>
                <w:szCs w:val="24"/>
              </w:rPr>
              <w:t>وكيلة شؤون الطالبات - الموجهة الطلابية - من يلزم من منسوبات المدرسة</w:t>
            </w:r>
          </w:p>
        </w:tc>
      </w:tr>
    </w:tbl>
    <w:p w14:paraId="5F13FC7A" w14:textId="77777777" w:rsidR="009117E3" w:rsidRDefault="00787C0B" w:rsidP="004D6DAE">
      <w:pPr>
        <w:bidi/>
      </w:pPr>
      <w:r>
        <w:rPr>
          <w:b/>
        </w:rPr>
        <w:t>القرارات والتوصيات:</w:t>
      </w:r>
    </w:p>
    <w:p w14:paraId="1CC9C564" w14:textId="1ED95936" w:rsidR="009117E3" w:rsidRDefault="00787C0B" w:rsidP="006401AB">
      <w:pPr>
        <w:pStyle w:val="aa"/>
        <w:numPr>
          <w:ilvl w:val="0"/>
          <w:numId w:val="15"/>
        </w:numPr>
        <w:bidi/>
      </w:pPr>
      <w:r>
        <w:t>مراجعة نسب الحضور والغياب والتأخر.</w:t>
      </w:r>
    </w:p>
    <w:p w14:paraId="03A6447B" w14:textId="2A1B4B0B" w:rsidR="009117E3" w:rsidRDefault="00787C0B" w:rsidP="006401AB">
      <w:pPr>
        <w:pStyle w:val="aa"/>
        <w:numPr>
          <w:ilvl w:val="0"/>
          <w:numId w:val="15"/>
        </w:numPr>
        <w:bidi/>
      </w:pPr>
      <w:r>
        <w:t>حصر الحالات المتكررة وتحليل أسبابها.</w:t>
      </w:r>
    </w:p>
    <w:p w14:paraId="1C9DCA2C" w14:textId="025EEA0C" w:rsidR="009117E3" w:rsidRDefault="00787C0B" w:rsidP="006401AB">
      <w:pPr>
        <w:pStyle w:val="aa"/>
        <w:numPr>
          <w:ilvl w:val="0"/>
          <w:numId w:val="15"/>
        </w:numPr>
        <w:bidi/>
      </w:pPr>
      <w:r>
        <w:t>متابعة التواصل مع أولياء الأمور.</w:t>
      </w:r>
    </w:p>
    <w:p w14:paraId="6C61C942" w14:textId="491D92A4" w:rsidR="009117E3" w:rsidRDefault="00787C0B" w:rsidP="006401AB">
      <w:pPr>
        <w:pStyle w:val="aa"/>
        <w:numPr>
          <w:ilvl w:val="0"/>
          <w:numId w:val="15"/>
        </w:numPr>
        <w:bidi/>
      </w:pPr>
      <w:r>
        <w:t>مراجعة الإجراءات التربوية المتخذة.</w:t>
      </w:r>
    </w:p>
    <w:p w14:paraId="7E72C98E" w14:textId="55155768" w:rsidR="009117E3" w:rsidRDefault="00787C0B" w:rsidP="006401AB">
      <w:pPr>
        <w:pStyle w:val="aa"/>
        <w:numPr>
          <w:ilvl w:val="0"/>
          <w:numId w:val="15"/>
        </w:numPr>
        <w:bidi/>
      </w:pPr>
      <w:r>
        <w:t>اعتماد إجراءات تحسين للفترة التالية.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1"/>
        <w:gridCol w:w="3537"/>
        <w:gridCol w:w="2183"/>
        <w:gridCol w:w="1792"/>
        <w:gridCol w:w="1007"/>
        <w:gridCol w:w="1856"/>
      </w:tblGrid>
      <w:tr w:rsidR="009117E3" w:rsidRPr="0049316F" w14:paraId="1A3CDF95" w14:textId="77777777" w:rsidTr="00297BFD">
        <w:trPr>
          <w:jc w:val="center"/>
        </w:trPr>
        <w:tc>
          <w:tcPr>
            <w:tcW w:w="177" w:type="pct"/>
            <w:shd w:val="clear" w:color="auto" w:fill="D9EAD3"/>
            <w:vAlign w:val="center"/>
          </w:tcPr>
          <w:p w14:paraId="14AB5209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م</w:t>
            </w:r>
          </w:p>
        </w:tc>
        <w:tc>
          <w:tcPr>
            <w:tcW w:w="1644" w:type="pct"/>
            <w:shd w:val="clear" w:color="auto" w:fill="D9EAD3"/>
            <w:vAlign w:val="center"/>
          </w:tcPr>
          <w:p w14:paraId="0B76EA15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القرار / التوصية</w:t>
            </w:r>
          </w:p>
        </w:tc>
        <w:tc>
          <w:tcPr>
            <w:tcW w:w="1015" w:type="pct"/>
            <w:shd w:val="clear" w:color="auto" w:fill="D9EAD3"/>
            <w:vAlign w:val="center"/>
          </w:tcPr>
          <w:p w14:paraId="6BFECDB1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المسؤولة</w:t>
            </w:r>
          </w:p>
        </w:tc>
        <w:tc>
          <w:tcPr>
            <w:tcW w:w="833" w:type="pct"/>
            <w:shd w:val="clear" w:color="auto" w:fill="D9EAD3"/>
            <w:vAlign w:val="center"/>
          </w:tcPr>
          <w:p w14:paraId="2925E3A2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موعد التنفيذ</w:t>
            </w:r>
          </w:p>
        </w:tc>
        <w:tc>
          <w:tcPr>
            <w:tcW w:w="468" w:type="pct"/>
            <w:shd w:val="clear" w:color="auto" w:fill="D9EAD3"/>
            <w:vAlign w:val="center"/>
          </w:tcPr>
          <w:p w14:paraId="2D9A79B9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حالة التنفيذ</w:t>
            </w:r>
          </w:p>
        </w:tc>
        <w:tc>
          <w:tcPr>
            <w:tcW w:w="864" w:type="pct"/>
            <w:shd w:val="clear" w:color="auto" w:fill="D9EAD3"/>
            <w:vAlign w:val="center"/>
          </w:tcPr>
          <w:p w14:paraId="1A3C66B5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b/>
                <w:sz w:val="24"/>
                <w:szCs w:val="24"/>
              </w:rPr>
              <w:t>الشاهد</w:t>
            </w:r>
          </w:p>
        </w:tc>
      </w:tr>
      <w:tr w:rsidR="009117E3" w:rsidRPr="0049316F" w14:paraId="6796FFEF" w14:textId="77777777" w:rsidTr="00297BFD">
        <w:trPr>
          <w:jc w:val="center"/>
        </w:trPr>
        <w:tc>
          <w:tcPr>
            <w:tcW w:w="177" w:type="pct"/>
            <w:vAlign w:val="center"/>
          </w:tcPr>
          <w:p w14:paraId="2C5A28F4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١</w:t>
            </w:r>
          </w:p>
        </w:tc>
        <w:tc>
          <w:tcPr>
            <w:tcW w:w="1644" w:type="pct"/>
            <w:vAlign w:val="center"/>
          </w:tcPr>
          <w:p w14:paraId="19E1D99B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تحليل نسب الحضور والغياب والتأخر للفترة السابقة</w:t>
            </w:r>
          </w:p>
        </w:tc>
        <w:tc>
          <w:tcPr>
            <w:tcW w:w="1015" w:type="pct"/>
            <w:vAlign w:val="center"/>
          </w:tcPr>
          <w:p w14:paraId="0865D54C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وكيلة شؤون الطالبات</w:t>
            </w:r>
          </w:p>
        </w:tc>
        <w:tc>
          <w:tcPr>
            <w:tcW w:w="833" w:type="pct"/>
            <w:vAlign w:val="center"/>
          </w:tcPr>
          <w:p w14:paraId="45B46ABF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جمادى الآخرة ١٤٤٨هـ</w:t>
            </w:r>
          </w:p>
        </w:tc>
        <w:tc>
          <w:tcPr>
            <w:tcW w:w="468" w:type="pct"/>
            <w:vAlign w:val="center"/>
          </w:tcPr>
          <w:p w14:paraId="35700CAF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864" w:type="pct"/>
            <w:vAlign w:val="center"/>
          </w:tcPr>
          <w:p w14:paraId="26A3739C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تحليل بيانات الحضور</w:t>
            </w:r>
          </w:p>
        </w:tc>
      </w:tr>
      <w:tr w:rsidR="009117E3" w:rsidRPr="0049316F" w14:paraId="07018AC6" w14:textId="77777777" w:rsidTr="00297BFD">
        <w:trPr>
          <w:jc w:val="center"/>
        </w:trPr>
        <w:tc>
          <w:tcPr>
            <w:tcW w:w="177" w:type="pct"/>
            <w:vAlign w:val="center"/>
          </w:tcPr>
          <w:p w14:paraId="26E572FB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٢</w:t>
            </w:r>
          </w:p>
        </w:tc>
        <w:tc>
          <w:tcPr>
            <w:tcW w:w="1644" w:type="pct"/>
            <w:vAlign w:val="center"/>
          </w:tcPr>
          <w:p w14:paraId="4B78C406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حصر حالات الغياب والتأخر المتكرر وأسبابها</w:t>
            </w:r>
          </w:p>
        </w:tc>
        <w:tc>
          <w:tcPr>
            <w:tcW w:w="1015" w:type="pct"/>
            <w:vAlign w:val="center"/>
          </w:tcPr>
          <w:p w14:paraId="730506E6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الموجهة الطلابية</w:t>
            </w:r>
          </w:p>
        </w:tc>
        <w:tc>
          <w:tcPr>
            <w:tcW w:w="833" w:type="pct"/>
            <w:vAlign w:val="center"/>
          </w:tcPr>
          <w:p w14:paraId="22E694E6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جمادى الآخرة ١٤٤٨هـ</w:t>
            </w:r>
          </w:p>
        </w:tc>
        <w:tc>
          <w:tcPr>
            <w:tcW w:w="468" w:type="pct"/>
            <w:vAlign w:val="center"/>
          </w:tcPr>
          <w:p w14:paraId="02EB1240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864" w:type="pct"/>
            <w:vAlign w:val="center"/>
          </w:tcPr>
          <w:p w14:paraId="0F27DACC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نماذج متابعة الحالات</w:t>
            </w:r>
          </w:p>
        </w:tc>
      </w:tr>
      <w:tr w:rsidR="009117E3" w:rsidRPr="0049316F" w14:paraId="5B85A271" w14:textId="77777777" w:rsidTr="00297BFD">
        <w:trPr>
          <w:jc w:val="center"/>
        </w:trPr>
        <w:tc>
          <w:tcPr>
            <w:tcW w:w="177" w:type="pct"/>
            <w:vAlign w:val="center"/>
          </w:tcPr>
          <w:p w14:paraId="61357D0F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٣</w:t>
            </w:r>
          </w:p>
        </w:tc>
        <w:tc>
          <w:tcPr>
            <w:tcW w:w="1644" w:type="pct"/>
            <w:vAlign w:val="center"/>
          </w:tcPr>
          <w:p w14:paraId="5C0B8BF4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متابعة نتائج التواصل مع أولياء الأمور</w:t>
            </w:r>
          </w:p>
        </w:tc>
        <w:tc>
          <w:tcPr>
            <w:tcW w:w="1015" w:type="pct"/>
            <w:vAlign w:val="center"/>
          </w:tcPr>
          <w:p w14:paraId="4204F1DF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الموجهة الطلابية</w:t>
            </w:r>
          </w:p>
        </w:tc>
        <w:tc>
          <w:tcPr>
            <w:tcW w:w="833" w:type="pct"/>
            <w:vAlign w:val="center"/>
          </w:tcPr>
          <w:p w14:paraId="52BFD6DF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468" w:type="pct"/>
            <w:vAlign w:val="center"/>
          </w:tcPr>
          <w:p w14:paraId="24A30134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864" w:type="pct"/>
            <w:vAlign w:val="center"/>
          </w:tcPr>
          <w:p w14:paraId="1C71F9B7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سجل التواصل</w:t>
            </w:r>
          </w:p>
        </w:tc>
      </w:tr>
      <w:tr w:rsidR="009117E3" w:rsidRPr="0049316F" w14:paraId="136296AA" w14:textId="77777777" w:rsidTr="00297BFD">
        <w:trPr>
          <w:jc w:val="center"/>
        </w:trPr>
        <w:tc>
          <w:tcPr>
            <w:tcW w:w="177" w:type="pct"/>
            <w:vAlign w:val="center"/>
          </w:tcPr>
          <w:p w14:paraId="30B5B566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٤</w:t>
            </w:r>
          </w:p>
        </w:tc>
        <w:tc>
          <w:tcPr>
            <w:tcW w:w="1644" w:type="pct"/>
            <w:vAlign w:val="center"/>
          </w:tcPr>
          <w:p w14:paraId="45FCD68E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متابعة الإجراءات التربوية للحالات والمخالفات</w:t>
            </w:r>
          </w:p>
        </w:tc>
        <w:tc>
          <w:tcPr>
            <w:tcW w:w="1015" w:type="pct"/>
            <w:vAlign w:val="center"/>
          </w:tcPr>
          <w:p w14:paraId="0FBFF0E3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الموجهة الطلابية والوكيلة</w:t>
            </w:r>
          </w:p>
        </w:tc>
        <w:tc>
          <w:tcPr>
            <w:tcW w:w="833" w:type="pct"/>
            <w:vAlign w:val="center"/>
          </w:tcPr>
          <w:p w14:paraId="5188EC23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حسب الحالة</w:t>
            </w:r>
          </w:p>
        </w:tc>
        <w:tc>
          <w:tcPr>
            <w:tcW w:w="468" w:type="pct"/>
            <w:vAlign w:val="center"/>
          </w:tcPr>
          <w:p w14:paraId="0CD7D2FC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864" w:type="pct"/>
            <w:vAlign w:val="center"/>
          </w:tcPr>
          <w:p w14:paraId="4EC5BFF9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سجل المتابعة والمخالفات</w:t>
            </w:r>
          </w:p>
        </w:tc>
      </w:tr>
      <w:tr w:rsidR="009117E3" w:rsidRPr="0049316F" w14:paraId="5347A807" w14:textId="77777777" w:rsidTr="00297BFD">
        <w:trPr>
          <w:jc w:val="center"/>
        </w:trPr>
        <w:tc>
          <w:tcPr>
            <w:tcW w:w="177" w:type="pct"/>
            <w:vAlign w:val="center"/>
          </w:tcPr>
          <w:p w14:paraId="483ABE1E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٥</w:t>
            </w:r>
          </w:p>
        </w:tc>
        <w:tc>
          <w:tcPr>
            <w:tcW w:w="1644" w:type="pct"/>
            <w:vAlign w:val="center"/>
          </w:tcPr>
          <w:p w14:paraId="109C4DE2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تنفيذ إجراءات التحسين للفترة التالية</w:t>
            </w:r>
          </w:p>
        </w:tc>
        <w:tc>
          <w:tcPr>
            <w:tcW w:w="1015" w:type="pct"/>
            <w:vAlign w:val="center"/>
          </w:tcPr>
          <w:p w14:paraId="5764876E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مديرة المدرسة وفريق المتابعة</w:t>
            </w:r>
          </w:p>
        </w:tc>
        <w:tc>
          <w:tcPr>
            <w:tcW w:w="833" w:type="pct"/>
            <w:vAlign w:val="center"/>
          </w:tcPr>
          <w:p w14:paraId="46AC66DE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حتى الاجتماع الثالث</w:t>
            </w:r>
          </w:p>
        </w:tc>
        <w:tc>
          <w:tcPr>
            <w:tcW w:w="468" w:type="pct"/>
            <w:vAlign w:val="center"/>
          </w:tcPr>
          <w:p w14:paraId="5EF33FAB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جارٍ</w:t>
            </w:r>
          </w:p>
        </w:tc>
        <w:tc>
          <w:tcPr>
            <w:tcW w:w="864" w:type="pct"/>
            <w:vAlign w:val="center"/>
          </w:tcPr>
          <w:p w14:paraId="34DE67FA" w14:textId="77777777" w:rsidR="009117E3" w:rsidRPr="0049316F" w:rsidRDefault="00787C0B" w:rsidP="004D6DAE">
            <w:pPr>
              <w:bidi/>
              <w:rPr>
                <w:sz w:val="24"/>
                <w:szCs w:val="24"/>
              </w:rPr>
            </w:pPr>
            <w:r w:rsidRPr="0049316F">
              <w:rPr>
                <w:rFonts w:cs="Arial"/>
                <w:sz w:val="24"/>
                <w:szCs w:val="24"/>
              </w:rPr>
              <w:t>خطة التحسين</w:t>
            </w:r>
          </w:p>
        </w:tc>
      </w:tr>
    </w:tbl>
    <w:p w14:paraId="2AF11487" w14:textId="77777777" w:rsidR="00825A2F" w:rsidRDefault="00825A2F" w:rsidP="00825A2F">
      <w:pPr>
        <w:bidi/>
        <w:rPr>
          <w:b/>
          <w:sz w:val="20"/>
          <w:rtl/>
        </w:rPr>
      </w:pPr>
    </w:p>
    <w:p w14:paraId="022B8D2F" w14:textId="6F2649FB" w:rsidR="00825A2F" w:rsidRPr="00825A2F" w:rsidRDefault="00787C0B" w:rsidP="00825A2F">
      <w:pPr>
        <w:bidi/>
        <w:rPr>
          <w:b/>
          <w:sz w:val="20"/>
        </w:rPr>
      </w:pPr>
      <w:r>
        <w:rPr>
          <w:b/>
          <w:sz w:val="20"/>
        </w:rPr>
        <w:t>أعضاء الاجتماع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51"/>
        <w:gridCol w:w="3743"/>
        <w:gridCol w:w="4494"/>
        <w:gridCol w:w="1768"/>
      </w:tblGrid>
      <w:tr w:rsidR="009117E3" w:rsidRPr="001222B9" w14:paraId="4D2A537C" w14:textId="77777777" w:rsidTr="00C54120">
        <w:trPr>
          <w:jc w:val="center"/>
        </w:trPr>
        <w:tc>
          <w:tcPr>
            <w:tcW w:w="349" w:type="pct"/>
            <w:shd w:val="clear" w:color="auto" w:fill="D9EAD3"/>
            <w:vAlign w:val="center"/>
          </w:tcPr>
          <w:p w14:paraId="22B94A37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b/>
                <w:sz w:val="30"/>
                <w:szCs w:val="30"/>
              </w:rPr>
              <w:t>م</w:t>
            </w:r>
          </w:p>
        </w:tc>
        <w:tc>
          <w:tcPr>
            <w:tcW w:w="1740" w:type="pct"/>
            <w:shd w:val="clear" w:color="auto" w:fill="D9EAD3"/>
            <w:vAlign w:val="center"/>
          </w:tcPr>
          <w:p w14:paraId="3960D8DA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b/>
                <w:sz w:val="30"/>
                <w:szCs w:val="30"/>
              </w:rPr>
              <w:t>الاسم</w:t>
            </w:r>
          </w:p>
        </w:tc>
        <w:tc>
          <w:tcPr>
            <w:tcW w:w="2089" w:type="pct"/>
            <w:shd w:val="clear" w:color="auto" w:fill="D9EAD3"/>
            <w:vAlign w:val="center"/>
          </w:tcPr>
          <w:p w14:paraId="536BF7DD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b/>
                <w:sz w:val="30"/>
                <w:szCs w:val="30"/>
              </w:rPr>
              <w:t>الصفة</w:t>
            </w:r>
          </w:p>
        </w:tc>
        <w:tc>
          <w:tcPr>
            <w:tcW w:w="822" w:type="pct"/>
            <w:shd w:val="clear" w:color="auto" w:fill="D9EAD3"/>
            <w:vAlign w:val="center"/>
          </w:tcPr>
          <w:p w14:paraId="7010BCDD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b/>
                <w:sz w:val="30"/>
                <w:szCs w:val="30"/>
              </w:rPr>
              <w:t>التوقيع</w:t>
            </w:r>
          </w:p>
        </w:tc>
      </w:tr>
      <w:tr w:rsidR="009117E3" w:rsidRPr="001222B9" w14:paraId="3F281A73" w14:textId="77777777" w:rsidTr="00C54120">
        <w:trPr>
          <w:jc w:val="center"/>
        </w:trPr>
        <w:tc>
          <w:tcPr>
            <w:tcW w:w="349" w:type="pct"/>
            <w:vAlign w:val="center"/>
          </w:tcPr>
          <w:p w14:paraId="6BD196C8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١</w:t>
            </w:r>
          </w:p>
        </w:tc>
        <w:tc>
          <w:tcPr>
            <w:tcW w:w="1740" w:type="pct"/>
            <w:vAlign w:val="center"/>
          </w:tcPr>
          <w:p w14:paraId="62927595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عزة الحويطي</w:t>
            </w:r>
          </w:p>
        </w:tc>
        <w:tc>
          <w:tcPr>
            <w:tcW w:w="2089" w:type="pct"/>
            <w:vAlign w:val="center"/>
          </w:tcPr>
          <w:p w14:paraId="27B5C9CB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مديرة المدرسة</w:t>
            </w:r>
          </w:p>
        </w:tc>
        <w:tc>
          <w:tcPr>
            <w:tcW w:w="822" w:type="pct"/>
            <w:vAlign w:val="center"/>
          </w:tcPr>
          <w:p w14:paraId="040B4379" w14:textId="77777777" w:rsidR="009117E3" w:rsidRPr="001222B9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1222B9" w14:paraId="5A7B1E5E" w14:textId="77777777" w:rsidTr="00C54120">
        <w:trPr>
          <w:jc w:val="center"/>
        </w:trPr>
        <w:tc>
          <w:tcPr>
            <w:tcW w:w="349" w:type="pct"/>
            <w:vAlign w:val="center"/>
          </w:tcPr>
          <w:p w14:paraId="008B8F0A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٢</w:t>
            </w:r>
          </w:p>
        </w:tc>
        <w:tc>
          <w:tcPr>
            <w:tcW w:w="1740" w:type="pct"/>
            <w:vAlign w:val="center"/>
          </w:tcPr>
          <w:p w14:paraId="04FB1D45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منه الميلبي</w:t>
            </w:r>
          </w:p>
        </w:tc>
        <w:tc>
          <w:tcPr>
            <w:tcW w:w="2089" w:type="pct"/>
            <w:vAlign w:val="center"/>
          </w:tcPr>
          <w:p w14:paraId="309EA11B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وكيلة شؤون الطالبات</w:t>
            </w:r>
          </w:p>
        </w:tc>
        <w:tc>
          <w:tcPr>
            <w:tcW w:w="822" w:type="pct"/>
            <w:vAlign w:val="center"/>
          </w:tcPr>
          <w:p w14:paraId="50976143" w14:textId="77777777" w:rsidR="009117E3" w:rsidRPr="001222B9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1222B9" w14:paraId="31511349" w14:textId="77777777" w:rsidTr="00C54120">
        <w:trPr>
          <w:jc w:val="center"/>
        </w:trPr>
        <w:tc>
          <w:tcPr>
            <w:tcW w:w="349" w:type="pct"/>
            <w:vAlign w:val="center"/>
          </w:tcPr>
          <w:p w14:paraId="4048E845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٣</w:t>
            </w:r>
          </w:p>
        </w:tc>
        <w:tc>
          <w:tcPr>
            <w:tcW w:w="1740" w:type="pct"/>
            <w:vAlign w:val="center"/>
          </w:tcPr>
          <w:p w14:paraId="48037D07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ناديه الجهني</w:t>
            </w:r>
          </w:p>
        </w:tc>
        <w:tc>
          <w:tcPr>
            <w:tcW w:w="2089" w:type="pct"/>
            <w:vAlign w:val="center"/>
          </w:tcPr>
          <w:p w14:paraId="48E046D7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الموجهة الطلابية</w:t>
            </w:r>
          </w:p>
        </w:tc>
        <w:tc>
          <w:tcPr>
            <w:tcW w:w="822" w:type="pct"/>
            <w:vAlign w:val="center"/>
          </w:tcPr>
          <w:p w14:paraId="5F0A8304" w14:textId="77777777" w:rsidR="009117E3" w:rsidRPr="001222B9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1222B9" w14:paraId="02DAED37" w14:textId="77777777" w:rsidTr="00C54120">
        <w:trPr>
          <w:jc w:val="center"/>
        </w:trPr>
        <w:tc>
          <w:tcPr>
            <w:tcW w:w="349" w:type="pct"/>
            <w:vAlign w:val="center"/>
          </w:tcPr>
          <w:p w14:paraId="0E5DA167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٤</w:t>
            </w:r>
          </w:p>
        </w:tc>
        <w:tc>
          <w:tcPr>
            <w:tcW w:w="1740" w:type="pct"/>
            <w:vAlign w:val="center"/>
          </w:tcPr>
          <w:p w14:paraId="3905A3A4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نرجس عبدالعزيز</w:t>
            </w:r>
          </w:p>
        </w:tc>
        <w:tc>
          <w:tcPr>
            <w:tcW w:w="2089" w:type="pct"/>
            <w:vAlign w:val="center"/>
          </w:tcPr>
          <w:p w14:paraId="28639F66" w14:textId="77777777" w:rsidR="009117E3" w:rsidRPr="001222B9" w:rsidRDefault="00787C0B" w:rsidP="004D6DAE">
            <w:pPr>
              <w:bidi/>
              <w:rPr>
                <w:sz w:val="30"/>
                <w:szCs w:val="30"/>
              </w:rPr>
            </w:pPr>
            <w:r w:rsidRPr="001222B9">
              <w:rPr>
                <w:rFonts w:cs="Arial"/>
                <w:sz w:val="30"/>
                <w:szCs w:val="30"/>
              </w:rPr>
              <w:t>رائدة النشاط</w:t>
            </w:r>
          </w:p>
        </w:tc>
        <w:tc>
          <w:tcPr>
            <w:tcW w:w="822" w:type="pct"/>
            <w:vAlign w:val="center"/>
          </w:tcPr>
          <w:p w14:paraId="10E6D736" w14:textId="77777777" w:rsidR="009117E3" w:rsidRPr="001222B9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</w:tbl>
    <w:p w14:paraId="23CB0C1B" w14:textId="77777777" w:rsidR="009117E3" w:rsidRDefault="00787C0B" w:rsidP="004D6DAE">
      <w:pPr>
        <w:bidi/>
      </w:pPr>
      <w:r>
        <w:t>التوقيعات: ........................................................................................................</w:t>
      </w:r>
    </w:p>
    <w:p w14:paraId="3F9C3955" w14:textId="77777777" w:rsidR="009117E3" w:rsidRDefault="00787C0B" w:rsidP="004D6DAE">
      <w:r>
        <w:br w:type="page"/>
      </w:r>
    </w:p>
    <w:p w14:paraId="67505455" w14:textId="77777777" w:rsidR="009117E3" w:rsidRDefault="00787C0B" w:rsidP="004D6DAE">
      <w:pPr>
        <w:bidi/>
      </w:pPr>
      <w:r>
        <w:rPr>
          <w:b/>
          <w:sz w:val="28"/>
        </w:rPr>
        <w:lastRenderedPageBreak/>
        <w:t>الاجتماع الثالث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366"/>
        <w:gridCol w:w="8390"/>
      </w:tblGrid>
      <w:tr w:rsidR="009117E3" w:rsidRPr="00C04603" w14:paraId="19D67D84" w14:textId="77777777" w:rsidTr="00840BEA">
        <w:trPr>
          <w:jc w:val="center"/>
        </w:trPr>
        <w:tc>
          <w:tcPr>
            <w:tcW w:w="1100" w:type="pct"/>
            <w:shd w:val="clear" w:color="auto" w:fill="D9EAD3"/>
            <w:vAlign w:val="center"/>
          </w:tcPr>
          <w:p w14:paraId="0FC034A5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b/>
                <w:sz w:val="26"/>
                <w:szCs w:val="26"/>
              </w:rPr>
              <w:t>البيان</w:t>
            </w:r>
          </w:p>
        </w:tc>
        <w:tc>
          <w:tcPr>
            <w:tcW w:w="3900" w:type="pct"/>
            <w:shd w:val="clear" w:color="auto" w:fill="D9EAD3"/>
            <w:vAlign w:val="center"/>
          </w:tcPr>
          <w:p w14:paraId="5BB069C4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b/>
                <w:sz w:val="26"/>
                <w:szCs w:val="26"/>
              </w:rPr>
              <w:t>التفاصيل</w:t>
            </w:r>
          </w:p>
        </w:tc>
      </w:tr>
      <w:tr w:rsidR="009117E3" w:rsidRPr="00C04603" w14:paraId="411A3EFA" w14:textId="77777777" w:rsidTr="00840BEA">
        <w:trPr>
          <w:jc w:val="center"/>
        </w:trPr>
        <w:tc>
          <w:tcPr>
            <w:tcW w:w="1100" w:type="pct"/>
            <w:vAlign w:val="center"/>
          </w:tcPr>
          <w:p w14:paraId="5499E75A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التاريخ</w:t>
            </w:r>
          </w:p>
        </w:tc>
        <w:tc>
          <w:tcPr>
            <w:tcW w:w="3900" w:type="pct"/>
            <w:vAlign w:val="center"/>
          </w:tcPr>
          <w:p w14:paraId="2F4D3C97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شعبان ١٤٤٨هـ</w:t>
            </w:r>
          </w:p>
        </w:tc>
      </w:tr>
      <w:tr w:rsidR="009117E3" w:rsidRPr="00C04603" w14:paraId="6BED6830" w14:textId="77777777" w:rsidTr="00840BEA">
        <w:trPr>
          <w:jc w:val="center"/>
        </w:trPr>
        <w:tc>
          <w:tcPr>
            <w:tcW w:w="1100" w:type="pct"/>
            <w:vAlign w:val="center"/>
          </w:tcPr>
          <w:p w14:paraId="26EED9A9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موضوع الاجتماع</w:t>
            </w:r>
          </w:p>
        </w:tc>
        <w:tc>
          <w:tcPr>
            <w:tcW w:w="3900" w:type="pct"/>
            <w:vAlign w:val="center"/>
          </w:tcPr>
          <w:p w14:paraId="3420DDE5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قياس أثر الإجراءات والبرامج التحفيزية</w:t>
            </w:r>
          </w:p>
        </w:tc>
      </w:tr>
      <w:tr w:rsidR="009117E3" w:rsidRPr="00C04603" w14:paraId="6DF53FB8" w14:textId="77777777" w:rsidTr="00840BEA">
        <w:trPr>
          <w:jc w:val="center"/>
        </w:trPr>
        <w:tc>
          <w:tcPr>
            <w:tcW w:w="1100" w:type="pct"/>
            <w:vAlign w:val="center"/>
          </w:tcPr>
          <w:p w14:paraId="0DC2FD04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رئيسة الاجتماع</w:t>
            </w:r>
          </w:p>
        </w:tc>
        <w:tc>
          <w:tcPr>
            <w:tcW w:w="3900" w:type="pct"/>
            <w:vAlign w:val="center"/>
          </w:tcPr>
          <w:p w14:paraId="0C71346F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مديرة المدرسة / عزة الحويطي</w:t>
            </w:r>
          </w:p>
        </w:tc>
      </w:tr>
      <w:tr w:rsidR="009117E3" w:rsidRPr="00C04603" w14:paraId="55A62491" w14:textId="77777777" w:rsidTr="00840BEA">
        <w:trPr>
          <w:jc w:val="center"/>
        </w:trPr>
        <w:tc>
          <w:tcPr>
            <w:tcW w:w="1100" w:type="pct"/>
            <w:vAlign w:val="center"/>
          </w:tcPr>
          <w:p w14:paraId="749A54ED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الحضور</w:t>
            </w:r>
          </w:p>
        </w:tc>
        <w:tc>
          <w:tcPr>
            <w:tcW w:w="3900" w:type="pct"/>
            <w:vAlign w:val="center"/>
          </w:tcPr>
          <w:p w14:paraId="5FB8F544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وكيلة شؤون الطالبات - الموجهة الطلابية - من يلزم من منسوبات المدرسة</w:t>
            </w:r>
          </w:p>
        </w:tc>
      </w:tr>
    </w:tbl>
    <w:p w14:paraId="61D5B9F9" w14:textId="77777777" w:rsidR="009117E3" w:rsidRDefault="00787C0B" w:rsidP="004D6DAE">
      <w:pPr>
        <w:bidi/>
      </w:pPr>
      <w:r>
        <w:rPr>
          <w:b/>
        </w:rPr>
        <w:t>القرارات والتوصيات:</w:t>
      </w:r>
    </w:p>
    <w:p w14:paraId="5F4C637E" w14:textId="223CAB19" w:rsidR="009117E3" w:rsidRDefault="00787C0B" w:rsidP="00C04603">
      <w:pPr>
        <w:pStyle w:val="aa"/>
        <w:numPr>
          <w:ilvl w:val="0"/>
          <w:numId w:val="17"/>
        </w:numPr>
        <w:bidi/>
      </w:pPr>
      <w:r>
        <w:t>مقارنة النتائج بالمؤشرات المستهدفة.</w:t>
      </w:r>
    </w:p>
    <w:p w14:paraId="1091B10B" w14:textId="56378637" w:rsidR="009117E3" w:rsidRDefault="00787C0B" w:rsidP="00C04603">
      <w:pPr>
        <w:pStyle w:val="aa"/>
        <w:numPr>
          <w:ilvl w:val="0"/>
          <w:numId w:val="17"/>
        </w:numPr>
        <w:bidi/>
      </w:pPr>
      <w:r>
        <w:t>قياس أثر برامج التحفيز والتوعية.</w:t>
      </w:r>
    </w:p>
    <w:p w14:paraId="4041A56C" w14:textId="3981FCC6" w:rsidR="009117E3" w:rsidRDefault="00787C0B" w:rsidP="00C04603">
      <w:pPr>
        <w:pStyle w:val="aa"/>
        <w:numPr>
          <w:ilvl w:val="0"/>
          <w:numId w:val="17"/>
        </w:numPr>
        <w:bidi/>
      </w:pPr>
      <w:r>
        <w:t>متابعة الحالات التي لم يظهر عليها تحسن.</w:t>
      </w:r>
    </w:p>
    <w:p w14:paraId="31740371" w14:textId="6FA196A4" w:rsidR="009117E3" w:rsidRDefault="00787C0B" w:rsidP="00C04603">
      <w:pPr>
        <w:pStyle w:val="aa"/>
        <w:numPr>
          <w:ilvl w:val="0"/>
          <w:numId w:val="17"/>
        </w:numPr>
        <w:bidi/>
      </w:pPr>
      <w:r>
        <w:t>تطوير التدخلات الوقائية والعلاجية.</w:t>
      </w:r>
    </w:p>
    <w:p w14:paraId="4AB4CC68" w14:textId="463CD145" w:rsidR="009117E3" w:rsidRDefault="00787C0B" w:rsidP="00C04603">
      <w:pPr>
        <w:pStyle w:val="aa"/>
        <w:numPr>
          <w:ilvl w:val="0"/>
          <w:numId w:val="17"/>
        </w:numPr>
        <w:bidi/>
      </w:pPr>
      <w:r>
        <w:t>توثيق النتائج وربطها بخطة التحسين.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12"/>
        <w:gridCol w:w="3412"/>
        <w:gridCol w:w="2267"/>
        <w:gridCol w:w="1519"/>
        <w:gridCol w:w="1132"/>
        <w:gridCol w:w="2014"/>
      </w:tblGrid>
      <w:tr w:rsidR="009117E3" w:rsidRPr="00C04603" w14:paraId="743B90DC" w14:textId="77777777" w:rsidTr="00027FC9">
        <w:trPr>
          <w:jc w:val="center"/>
        </w:trPr>
        <w:tc>
          <w:tcPr>
            <w:tcW w:w="192" w:type="pct"/>
            <w:shd w:val="clear" w:color="auto" w:fill="D9EAD3"/>
            <w:vAlign w:val="center"/>
          </w:tcPr>
          <w:p w14:paraId="1512A121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م</w:t>
            </w:r>
          </w:p>
        </w:tc>
        <w:tc>
          <w:tcPr>
            <w:tcW w:w="1586" w:type="pct"/>
            <w:shd w:val="clear" w:color="auto" w:fill="D9EAD3"/>
            <w:vAlign w:val="center"/>
          </w:tcPr>
          <w:p w14:paraId="06BC1F52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القرار / التوصية</w:t>
            </w:r>
          </w:p>
        </w:tc>
        <w:tc>
          <w:tcPr>
            <w:tcW w:w="1054" w:type="pct"/>
            <w:shd w:val="clear" w:color="auto" w:fill="D9EAD3"/>
            <w:vAlign w:val="center"/>
          </w:tcPr>
          <w:p w14:paraId="7A0A4655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المسؤولة</w:t>
            </w:r>
          </w:p>
        </w:tc>
        <w:tc>
          <w:tcPr>
            <w:tcW w:w="706" w:type="pct"/>
            <w:shd w:val="clear" w:color="auto" w:fill="D9EAD3"/>
            <w:vAlign w:val="center"/>
          </w:tcPr>
          <w:p w14:paraId="773917E6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موعد التنفيذ</w:t>
            </w:r>
          </w:p>
        </w:tc>
        <w:tc>
          <w:tcPr>
            <w:tcW w:w="526" w:type="pct"/>
            <w:shd w:val="clear" w:color="auto" w:fill="D9EAD3"/>
            <w:vAlign w:val="center"/>
          </w:tcPr>
          <w:p w14:paraId="6456B77B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حالة التنفيذ</w:t>
            </w:r>
          </w:p>
        </w:tc>
        <w:tc>
          <w:tcPr>
            <w:tcW w:w="936" w:type="pct"/>
            <w:shd w:val="clear" w:color="auto" w:fill="D9EAD3"/>
            <w:vAlign w:val="center"/>
          </w:tcPr>
          <w:p w14:paraId="6DC9DD4C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b/>
                <w:sz w:val="24"/>
                <w:szCs w:val="24"/>
              </w:rPr>
              <w:t>الشاهد</w:t>
            </w:r>
          </w:p>
        </w:tc>
      </w:tr>
      <w:tr w:rsidR="009117E3" w:rsidRPr="00C04603" w14:paraId="6FB8D90E" w14:textId="77777777" w:rsidTr="00027FC9">
        <w:trPr>
          <w:jc w:val="center"/>
        </w:trPr>
        <w:tc>
          <w:tcPr>
            <w:tcW w:w="192" w:type="pct"/>
            <w:vAlign w:val="center"/>
          </w:tcPr>
          <w:p w14:paraId="2C314979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١</w:t>
            </w:r>
          </w:p>
        </w:tc>
        <w:tc>
          <w:tcPr>
            <w:tcW w:w="1586" w:type="pct"/>
            <w:vAlign w:val="center"/>
          </w:tcPr>
          <w:p w14:paraId="79DC830A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مقارنة مؤشرات الانضباط بالمستهدف المعتمد</w:t>
            </w:r>
          </w:p>
        </w:tc>
        <w:tc>
          <w:tcPr>
            <w:tcW w:w="1054" w:type="pct"/>
            <w:vAlign w:val="center"/>
          </w:tcPr>
          <w:p w14:paraId="1B9C1FE7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مديرة المدرسة والوكيلة</w:t>
            </w:r>
          </w:p>
        </w:tc>
        <w:tc>
          <w:tcPr>
            <w:tcW w:w="706" w:type="pct"/>
            <w:vAlign w:val="center"/>
          </w:tcPr>
          <w:p w14:paraId="4F80B1C4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شعبان ١٤٤٨هـ</w:t>
            </w:r>
          </w:p>
        </w:tc>
        <w:tc>
          <w:tcPr>
            <w:tcW w:w="526" w:type="pct"/>
            <w:vAlign w:val="center"/>
          </w:tcPr>
          <w:p w14:paraId="173085AC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936" w:type="pct"/>
            <w:vAlign w:val="center"/>
          </w:tcPr>
          <w:p w14:paraId="3B84C651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تحليل مؤشرات الأداء</w:t>
            </w:r>
          </w:p>
        </w:tc>
      </w:tr>
      <w:tr w:rsidR="009117E3" w:rsidRPr="00C04603" w14:paraId="1180FE78" w14:textId="77777777" w:rsidTr="00027FC9">
        <w:trPr>
          <w:jc w:val="center"/>
        </w:trPr>
        <w:tc>
          <w:tcPr>
            <w:tcW w:w="192" w:type="pct"/>
            <w:vAlign w:val="center"/>
          </w:tcPr>
          <w:p w14:paraId="216BE0CE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٢</w:t>
            </w:r>
          </w:p>
        </w:tc>
        <w:tc>
          <w:tcPr>
            <w:tcW w:w="1586" w:type="pct"/>
            <w:vAlign w:val="center"/>
          </w:tcPr>
          <w:p w14:paraId="429BF5E9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قياس أثر برامج التوعية والتحفيز</w:t>
            </w:r>
          </w:p>
        </w:tc>
        <w:tc>
          <w:tcPr>
            <w:tcW w:w="1054" w:type="pct"/>
            <w:vAlign w:val="center"/>
          </w:tcPr>
          <w:p w14:paraId="7435B286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الموجهة الطلابية ورائدة النشاط</w:t>
            </w:r>
          </w:p>
        </w:tc>
        <w:tc>
          <w:tcPr>
            <w:tcW w:w="706" w:type="pct"/>
            <w:vAlign w:val="center"/>
          </w:tcPr>
          <w:p w14:paraId="4B0EB870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شعبان ١٤٤٨هـ</w:t>
            </w:r>
          </w:p>
        </w:tc>
        <w:tc>
          <w:tcPr>
            <w:tcW w:w="526" w:type="pct"/>
            <w:vAlign w:val="center"/>
          </w:tcPr>
          <w:p w14:paraId="0EC680F9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تم</w:t>
            </w:r>
          </w:p>
        </w:tc>
        <w:tc>
          <w:tcPr>
            <w:tcW w:w="936" w:type="pct"/>
            <w:vAlign w:val="center"/>
          </w:tcPr>
          <w:p w14:paraId="704E9397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تقارير البرامج وقياس الأثر</w:t>
            </w:r>
          </w:p>
        </w:tc>
      </w:tr>
      <w:tr w:rsidR="009117E3" w:rsidRPr="00C04603" w14:paraId="3B31BE25" w14:textId="77777777" w:rsidTr="00027FC9">
        <w:trPr>
          <w:jc w:val="center"/>
        </w:trPr>
        <w:tc>
          <w:tcPr>
            <w:tcW w:w="192" w:type="pct"/>
            <w:vAlign w:val="center"/>
          </w:tcPr>
          <w:p w14:paraId="1CAF09C1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٣</w:t>
            </w:r>
          </w:p>
        </w:tc>
        <w:tc>
          <w:tcPr>
            <w:tcW w:w="1586" w:type="pct"/>
            <w:vAlign w:val="center"/>
          </w:tcPr>
          <w:p w14:paraId="0215E185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متابعة الحالات التي لم يظهر عليها تحسن</w:t>
            </w:r>
          </w:p>
        </w:tc>
        <w:tc>
          <w:tcPr>
            <w:tcW w:w="1054" w:type="pct"/>
            <w:vAlign w:val="center"/>
          </w:tcPr>
          <w:p w14:paraId="1C796BD5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الموجهة الطلابية</w:t>
            </w:r>
          </w:p>
        </w:tc>
        <w:tc>
          <w:tcPr>
            <w:tcW w:w="706" w:type="pct"/>
            <w:vAlign w:val="center"/>
          </w:tcPr>
          <w:p w14:paraId="792A8CEA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حسب الحالة</w:t>
            </w:r>
          </w:p>
        </w:tc>
        <w:tc>
          <w:tcPr>
            <w:tcW w:w="526" w:type="pct"/>
            <w:vAlign w:val="center"/>
          </w:tcPr>
          <w:p w14:paraId="706CE93C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936" w:type="pct"/>
            <w:vAlign w:val="center"/>
          </w:tcPr>
          <w:p w14:paraId="1D3CA925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نماذج متابعة الحالات</w:t>
            </w:r>
          </w:p>
        </w:tc>
      </w:tr>
      <w:tr w:rsidR="009117E3" w:rsidRPr="00C04603" w14:paraId="452A4702" w14:textId="77777777" w:rsidTr="00027FC9">
        <w:trPr>
          <w:jc w:val="center"/>
        </w:trPr>
        <w:tc>
          <w:tcPr>
            <w:tcW w:w="192" w:type="pct"/>
            <w:vAlign w:val="center"/>
          </w:tcPr>
          <w:p w14:paraId="7E5852C7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٤</w:t>
            </w:r>
          </w:p>
        </w:tc>
        <w:tc>
          <w:tcPr>
            <w:tcW w:w="1586" w:type="pct"/>
            <w:vAlign w:val="center"/>
          </w:tcPr>
          <w:p w14:paraId="1D6C851F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تطوير الإجراءات الوقائية والعلاجية حسب النتائج</w:t>
            </w:r>
          </w:p>
        </w:tc>
        <w:tc>
          <w:tcPr>
            <w:tcW w:w="1054" w:type="pct"/>
            <w:vAlign w:val="center"/>
          </w:tcPr>
          <w:p w14:paraId="673BAE3B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فريق المتابعة</w:t>
            </w:r>
          </w:p>
        </w:tc>
        <w:tc>
          <w:tcPr>
            <w:tcW w:w="706" w:type="pct"/>
            <w:vAlign w:val="center"/>
          </w:tcPr>
          <w:p w14:paraId="77980192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بعد التحليل</w:t>
            </w:r>
          </w:p>
        </w:tc>
        <w:tc>
          <w:tcPr>
            <w:tcW w:w="526" w:type="pct"/>
            <w:vAlign w:val="center"/>
          </w:tcPr>
          <w:p w14:paraId="1D812CB6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جارٍ</w:t>
            </w:r>
          </w:p>
        </w:tc>
        <w:tc>
          <w:tcPr>
            <w:tcW w:w="936" w:type="pct"/>
            <w:vAlign w:val="center"/>
          </w:tcPr>
          <w:p w14:paraId="7F9D0087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خطة التحسين</w:t>
            </w:r>
          </w:p>
        </w:tc>
      </w:tr>
      <w:tr w:rsidR="009117E3" w:rsidRPr="00C04603" w14:paraId="30971FA4" w14:textId="77777777" w:rsidTr="00027FC9">
        <w:trPr>
          <w:jc w:val="center"/>
        </w:trPr>
        <w:tc>
          <w:tcPr>
            <w:tcW w:w="192" w:type="pct"/>
            <w:vAlign w:val="center"/>
          </w:tcPr>
          <w:p w14:paraId="01F2FD42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٥</w:t>
            </w:r>
          </w:p>
        </w:tc>
        <w:tc>
          <w:tcPr>
            <w:tcW w:w="1586" w:type="pct"/>
            <w:vAlign w:val="center"/>
          </w:tcPr>
          <w:p w14:paraId="61EA852C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توثيق النتائج والشواهد للفترة</w:t>
            </w:r>
          </w:p>
        </w:tc>
        <w:tc>
          <w:tcPr>
            <w:tcW w:w="1054" w:type="pct"/>
            <w:vAlign w:val="center"/>
          </w:tcPr>
          <w:p w14:paraId="7D03CBAA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الوكيلة والموجهة الطلابية</w:t>
            </w:r>
          </w:p>
        </w:tc>
        <w:tc>
          <w:tcPr>
            <w:tcW w:w="706" w:type="pct"/>
            <w:vAlign w:val="center"/>
          </w:tcPr>
          <w:p w14:paraId="15A93212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قبل الاجتماع الرابع</w:t>
            </w:r>
          </w:p>
        </w:tc>
        <w:tc>
          <w:tcPr>
            <w:tcW w:w="526" w:type="pct"/>
            <w:vAlign w:val="center"/>
          </w:tcPr>
          <w:p w14:paraId="16F29304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مستمر</w:t>
            </w:r>
          </w:p>
        </w:tc>
        <w:tc>
          <w:tcPr>
            <w:tcW w:w="936" w:type="pct"/>
            <w:vAlign w:val="center"/>
          </w:tcPr>
          <w:p w14:paraId="72FEB5F3" w14:textId="77777777" w:rsidR="009117E3" w:rsidRPr="00C04603" w:rsidRDefault="00787C0B" w:rsidP="004D6DAE">
            <w:pPr>
              <w:bidi/>
              <w:rPr>
                <w:sz w:val="24"/>
                <w:szCs w:val="24"/>
              </w:rPr>
            </w:pPr>
            <w:r w:rsidRPr="00C04603">
              <w:rPr>
                <w:rFonts w:cs="Arial"/>
                <w:sz w:val="24"/>
                <w:szCs w:val="24"/>
              </w:rPr>
              <w:t>ملف الشواهد</w:t>
            </w:r>
          </w:p>
        </w:tc>
      </w:tr>
    </w:tbl>
    <w:p w14:paraId="30A5B3DD" w14:textId="3045E357" w:rsidR="009117E3" w:rsidRDefault="00787C0B" w:rsidP="004D6DAE">
      <w:pPr>
        <w:bidi/>
      </w:pPr>
      <w:r>
        <w:rPr>
          <w:b/>
          <w:sz w:val="20"/>
        </w:rPr>
        <w:t>أعضاء الاجتماع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92"/>
        <w:gridCol w:w="3612"/>
        <w:gridCol w:w="4270"/>
        <w:gridCol w:w="1882"/>
      </w:tblGrid>
      <w:tr w:rsidR="009117E3" w:rsidRPr="00C04603" w14:paraId="2A68E1C3" w14:textId="77777777" w:rsidTr="00027FC9">
        <w:trPr>
          <w:jc w:val="center"/>
        </w:trPr>
        <w:tc>
          <w:tcPr>
            <w:tcW w:w="461" w:type="pct"/>
            <w:shd w:val="clear" w:color="auto" w:fill="D9EAD3"/>
            <w:vAlign w:val="center"/>
          </w:tcPr>
          <w:p w14:paraId="5FF20498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b/>
                <w:sz w:val="30"/>
                <w:szCs w:val="30"/>
              </w:rPr>
              <w:t>م</w:t>
            </w:r>
          </w:p>
        </w:tc>
        <w:tc>
          <w:tcPr>
            <w:tcW w:w="1679" w:type="pct"/>
            <w:shd w:val="clear" w:color="auto" w:fill="D9EAD3"/>
            <w:vAlign w:val="center"/>
          </w:tcPr>
          <w:p w14:paraId="62A716DB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b/>
                <w:sz w:val="30"/>
                <w:szCs w:val="30"/>
              </w:rPr>
              <w:t>الاسم</w:t>
            </w:r>
          </w:p>
        </w:tc>
        <w:tc>
          <w:tcPr>
            <w:tcW w:w="1985" w:type="pct"/>
            <w:shd w:val="clear" w:color="auto" w:fill="D9EAD3"/>
            <w:vAlign w:val="center"/>
          </w:tcPr>
          <w:p w14:paraId="3F24AF05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b/>
                <w:sz w:val="30"/>
                <w:szCs w:val="30"/>
              </w:rPr>
              <w:t>الصفة</w:t>
            </w:r>
          </w:p>
        </w:tc>
        <w:tc>
          <w:tcPr>
            <w:tcW w:w="875" w:type="pct"/>
            <w:shd w:val="clear" w:color="auto" w:fill="D9EAD3"/>
            <w:vAlign w:val="center"/>
          </w:tcPr>
          <w:p w14:paraId="7D5B1606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b/>
                <w:sz w:val="30"/>
                <w:szCs w:val="30"/>
              </w:rPr>
              <w:t>التوقيع</w:t>
            </w:r>
          </w:p>
        </w:tc>
      </w:tr>
      <w:tr w:rsidR="009117E3" w:rsidRPr="00C04603" w14:paraId="5ED03601" w14:textId="77777777" w:rsidTr="00027FC9">
        <w:trPr>
          <w:jc w:val="center"/>
        </w:trPr>
        <w:tc>
          <w:tcPr>
            <w:tcW w:w="461" w:type="pct"/>
            <w:vAlign w:val="center"/>
          </w:tcPr>
          <w:p w14:paraId="14A9B9CE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١</w:t>
            </w:r>
          </w:p>
        </w:tc>
        <w:tc>
          <w:tcPr>
            <w:tcW w:w="1679" w:type="pct"/>
            <w:vAlign w:val="center"/>
          </w:tcPr>
          <w:p w14:paraId="4E49BDA5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عزة الحويطي</w:t>
            </w:r>
          </w:p>
        </w:tc>
        <w:tc>
          <w:tcPr>
            <w:tcW w:w="1985" w:type="pct"/>
            <w:vAlign w:val="center"/>
          </w:tcPr>
          <w:p w14:paraId="7DFD4A6A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مديرة المدرسة</w:t>
            </w:r>
          </w:p>
        </w:tc>
        <w:tc>
          <w:tcPr>
            <w:tcW w:w="875" w:type="pct"/>
            <w:vAlign w:val="center"/>
          </w:tcPr>
          <w:p w14:paraId="791CBECA" w14:textId="77777777" w:rsidR="009117E3" w:rsidRPr="00C0460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C04603" w14:paraId="253DA930" w14:textId="77777777" w:rsidTr="00027FC9">
        <w:trPr>
          <w:jc w:val="center"/>
        </w:trPr>
        <w:tc>
          <w:tcPr>
            <w:tcW w:w="461" w:type="pct"/>
            <w:vAlign w:val="center"/>
          </w:tcPr>
          <w:p w14:paraId="74B4B07B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٢</w:t>
            </w:r>
          </w:p>
        </w:tc>
        <w:tc>
          <w:tcPr>
            <w:tcW w:w="1679" w:type="pct"/>
            <w:vAlign w:val="center"/>
          </w:tcPr>
          <w:p w14:paraId="52E36302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منه الميلبي</w:t>
            </w:r>
          </w:p>
        </w:tc>
        <w:tc>
          <w:tcPr>
            <w:tcW w:w="1985" w:type="pct"/>
            <w:vAlign w:val="center"/>
          </w:tcPr>
          <w:p w14:paraId="785A1505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وكيلة شؤون الطالبات</w:t>
            </w:r>
          </w:p>
        </w:tc>
        <w:tc>
          <w:tcPr>
            <w:tcW w:w="875" w:type="pct"/>
            <w:vAlign w:val="center"/>
          </w:tcPr>
          <w:p w14:paraId="32E56418" w14:textId="77777777" w:rsidR="009117E3" w:rsidRPr="00C0460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C04603" w14:paraId="1CF95812" w14:textId="77777777" w:rsidTr="00027FC9">
        <w:trPr>
          <w:jc w:val="center"/>
        </w:trPr>
        <w:tc>
          <w:tcPr>
            <w:tcW w:w="461" w:type="pct"/>
            <w:vAlign w:val="center"/>
          </w:tcPr>
          <w:p w14:paraId="49906051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٣</w:t>
            </w:r>
          </w:p>
        </w:tc>
        <w:tc>
          <w:tcPr>
            <w:tcW w:w="1679" w:type="pct"/>
            <w:vAlign w:val="center"/>
          </w:tcPr>
          <w:p w14:paraId="42CBE103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ناديه الجهني</w:t>
            </w:r>
          </w:p>
        </w:tc>
        <w:tc>
          <w:tcPr>
            <w:tcW w:w="1985" w:type="pct"/>
            <w:vAlign w:val="center"/>
          </w:tcPr>
          <w:p w14:paraId="228404E9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الموجهة الطلابية</w:t>
            </w:r>
          </w:p>
        </w:tc>
        <w:tc>
          <w:tcPr>
            <w:tcW w:w="875" w:type="pct"/>
            <w:vAlign w:val="center"/>
          </w:tcPr>
          <w:p w14:paraId="3DBD29CC" w14:textId="77777777" w:rsidR="009117E3" w:rsidRPr="00C0460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  <w:tr w:rsidR="009117E3" w:rsidRPr="00C04603" w14:paraId="5DBB2E14" w14:textId="77777777" w:rsidTr="00027FC9">
        <w:trPr>
          <w:jc w:val="center"/>
        </w:trPr>
        <w:tc>
          <w:tcPr>
            <w:tcW w:w="461" w:type="pct"/>
            <w:vAlign w:val="center"/>
          </w:tcPr>
          <w:p w14:paraId="24B45FAA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٤</w:t>
            </w:r>
          </w:p>
        </w:tc>
        <w:tc>
          <w:tcPr>
            <w:tcW w:w="1679" w:type="pct"/>
            <w:vAlign w:val="center"/>
          </w:tcPr>
          <w:p w14:paraId="36C6CE48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نرجس عبدالعزيز</w:t>
            </w:r>
          </w:p>
        </w:tc>
        <w:tc>
          <w:tcPr>
            <w:tcW w:w="1985" w:type="pct"/>
            <w:vAlign w:val="center"/>
          </w:tcPr>
          <w:p w14:paraId="03E46B9D" w14:textId="77777777" w:rsidR="009117E3" w:rsidRPr="00C04603" w:rsidRDefault="00787C0B" w:rsidP="004D6DAE">
            <w:pPr>
              <w:bidi/>
              <w:rPr>
                <w:sz w:val="30"/>
                <w:szCs w:val="30"/>
              </w:rPr>
            </w:pPr>
            <w:r w:rsidRPr="00C04603">
              <w:rPr>
                <w:rFonts w:cs="Arial"/>
                <w:sz w:val="30"/>
                <w:szCs w:val="30"/>
              </w:rPr>
              <w:t>رائدة النشاط</w:t>
            </w:r>
          </w:p>
        </w:tc>
        <w:tc>
          <w:tcPr>
            <w:tcW w:w="875" w:type="pct"/>
            <w:vAlign w:val="center"/>
          </w:tcPr>
          <w:p w14:paraId="6D011623" w14:textId="77777777" w:rsidR="009117E3" w:rsidRPr="00C04603" w:rsidRDefault="009117E3" w:rsidP="004D6DAE">
            <w:pPr>
              <w:bidi/>
              <w:rPr>
                <w:sz w:val="30"/>
                <w:szCs w:val="30"/>
              </w:rPr>
            </w:pPr>
          </w:p>
        </w:tc>
      </w:tr>
    </w:tbl>
    <w:p w14:paraId="70E3AEB9" w14:textId="77777777" w:rsidR="009117E3" w:rsidRDefault="00787C0B" w:rsidP="004D6DAE">
      <w:pPr>
        <w:bidi/>
      </w:pPr>
      <w:r>
        <w:t>التوقيعات: ........................................................................................................</w:t>
      </w:r>
    </w:p>
    <w:p w14:paraId="69B2D9E7" w14:textId="77777777" w:rsidR="009117E3" w:rsidRDefault="00787C0B" w:rsidP="004D6DAE">
      <w:r>
        <w:br w:type="page"/>
      </w:r>
    </w:p>
    <w:p w14:paraId="0D5E65F0" w14:textId="77777777" w:rsidR="009117E3" w:rsidRDefault="00787C0B" w:rsidP="004D6DAE">
      <w:pPr>
        <w:bidi/>
      </w:pPr>
      <w:r>
        <w:rPr>
          <w:b/>
          <w:sz w:val="28"/>
        </w:rPr>
        <w:lastRenderedPageBreak/>
        <w:t>الاجتماع الرابع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366"/>
        <w:gridCol w:w="8390"/>
      </w:tblGrid>
      <w:tr w:rsidR="009117E3" w:rsidRPr="00C04603" w14:paraId="750B8F97" w14:textId="77777777" w:rsidTr="00C84AFC">
        <w:trPr>
          <w:jc w:val="center"/>
        </w:trPr>
        <w:tc>
          <w:tcPr>
            <w:tcW w:w="1100" w:type="pct"/>
            <w:shd w:val="clear" w:color="auto" w:fill="D9EAD3"/>
            <w:vAlign w:val="center"/>
          </w:tcPr>
          <w:p w14:paraId="797954B1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b/>
                <w:sz w:val="26"/>
                <w:szCs w:val="26"/>
              </w:rPr>
              <w:t>البيان</w:t>
            </w:r>
          </w:p>
        </w:tc>
        <w:tc>
          <w:tcPr>
            <w:tcW w:w="3900" w:type="pct"/>
            <w:shd w:val="clear" w:color="auto" w:fill="D9EAD3"/>
            <w:vAlign w:val="center"/>
          </w:tcPr>
          <w:p w14:paraId="3EB30675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b/>
                <w:sz w:val="26"/>
                <w:szCs w:val="26"/>
              </w:rPr>
              <w:t>التفاصيل</w:t>
            </w:r>
          </w:p>
        </w:tc>
      </w:tr>
      <w:tr w:rsidR="009117E3" w:rsidRPr="00C04603" w14:paraId="1FB8AB4B" w14:textId="77777777" w:rsidTr="00C84AFC">
        <w:trPr>
          <w:jc w:val="center"/>
        </w:trPr>
        <w:tc>
          <w:tcPr>
            <w:tcW w:w="1100" w:type="pct"/>
            <w:vAlign w:val="center"/>
          </w:tcPr>
          <w:p w14:paraId="579092EF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التاريخ</w:t>
            </w:r>
          </w:p>
        </w:tc>
        <w:tc>
          <w:tcPr>
            <w:tcW w:w="3900" w:type="pct"/>
            <w:vAlign w:val="center"/>
          </w:tcPr>
          <w:p w14:paraId="6061B70F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ذو القعدة ١٤٤٨هـ</w:t>
            </w:r>
          </w:p>
        </w:tc>
      </w:tr>
      <w:tr w:rsidR="009117E3" w:rsidRPr="00C04603" w14:paraId="4E241F4B" w14:textId="77777777" w:rsidTr="00C84AFC">
        <w:trPr>
          <w:jc w:val="center"/>
        </w:trPr>
        <w:tc>
          <w:tcPr>
            <w:tcW w:w="1100" w:type="pct"/>
            <w:vAlign w:val="center"/>
          </w:tcPr>
          <w:p w14:paraId="0A9024DB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موضوع الاجتماع</w:t>
            </w:r>
          </w:p>
        </w:tc>
        <w:tc>
          <w:tcPr>
            <w:tcW w:w="3900" w:type="pct"/>
            <w:vAlign w:val="center"/>
          </w:tcPr>
          <w:p w14:paraId="56E29968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التقييم الختامي والتوصيات</w:t>
            </w:r>
          </w:p>
        </w:tc>
      </w:tr>
      <w:tr w:rsidR="009117E3" w:rsidRPr="00C04603" w14:paraId="59AA12E4" w14:textId="77777777" w:rsidTr="00C84AFC">
        <w:trPr>
          <w:jc w:val="center"/>
        </w:trPr>
        <w:tc>
          <w:tcPr>
            <w:tcW w:w="1100" w:type="pct"/>
            <w:vAlign w:val="center"/>
          </w:tcPr>
          <w:p w14:paraId="5AD16B64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رئيسة الاجتماع</w:t>
            </w:r>
          </w:p>
        </w:tc>
        <w:tc>
          <w:tcPr>
            <w:tcW w:w="3900" w:type="pct"/>
            <w:vAlign w:val="center"/>
          </w:tcPr>
          <w:p w14:paraId="2F11D1CB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مديرة المدرسة / عزة الحويطي</w:t>
            </w:r>
          </w:p>
        </w:tc>
      </w:tr>
      <w:tr w:rsidR="009117E3" w:rsidRPr="00C04603" w14:paraId="548EE2C2" w14:textId="77777777" w:rsidTr="00C84AFC">
        <w:trPr>
          <w:jc w:val="center"/>
        </w:trPr>
        <w:tc>
          <w:tcPr>
            <w:tcW w:w="1100" w:type="pct"/>
            <w:vAlign w:val="center"/>
          </w:tcPr>
          <w:p w14:paraId="6CA38CDE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الحضور</w:t>
            </w:r>
          </w:p>
        </w:tc>
        <w:tc>
          <w:tcPr>
            <w:tcW w:w="3900" w:type="pct"/>
            <w:vAlign w:val="center"/>
          </w:tcPr>
          <w:p w14:paraId="59600AE5" w14:textId="77777777" w:rsidR="009117E3" w:rsidRPr="00C04603" w:rsidRDefault="00787C0B" w:rsidP="004D6DAE">
            <w:pPr>
              <w:bidi/>
              <w:rPr>
                <w:sz w:val="26"/>
                <w:szCs w:val="26"/>
              </w:rPr>
            </w:pPr>
            <w:r w:rsidRPr="00C04603">
              <w:rPr>
                <w:rFonts w:cs="Arial"/>
                <w:sz w:val="26"/>
                <w:szCs w:val="26"/>
              </w:rPr>
              <w:t>وكيلة شؤون الطالبات - الموجهة الطلابية - من يلزم من منسوبات المدرسة</w:t>
            </w:r>
          </w:p>
        </w:tc>
      </w:tr>
    </w:tbl>
    <w:p w14:paraId="089E1814" w14:textId="77777777" w:rsidR="009117E3" w:rsidRDefault="00787C0B" w:rsidP="004D6DAE">
      <w:pPr>
        <w:bidi/>
      </w:pPr>
      <w:r>
        <w:rPr>
          <w:b/>
        </w:rPr>
        <w:t>القرارات والتوصيات:</w:t>
      </w:r>
    </w:p>
    <w:p w14:paraId="340E6473" w14:textId="02693506" w:rsidR="009117E3" w:rsidRDefault="00787C0B" w:rsidP="00C04603">
      <w:pPr>
        <w:pStyle w:val="aa"/>
        <w:numPr>
          <w:ilvl w:val="0"/>
          <w:numId w:val="19"/>
        </w:numPr>
        <w:bidi/>
      </w:pPr>
      <w:r>
        <w:t>تحليل النتائج النهائية للانضباط.</w:t>
      </w:r>
    </w:p>
    <w:p w14:paraId="2730578F" w14:textId="084A3ACE" w:rsidR="009117E3" w:rsidRDefault="00787C0B" w:rsidP="00C04603">
      <w:pPr>
        <w:pStyle w:val="aa"/>
        <w:numPr>
          <w:ilvl w:val="0"/>
          <w:numId w:val="19"/>
        </w:numPr>
        <w:bidi/>
      </w:pPr>
      <w:r>
        <w:t>قياس نسبة التحسن ومستوى تحقق المؤشرات.</w:t>
      </w:r>
    </w:p>
    <w:p w14:paraId="049BE33E" w14:textId="45ED20A5" w:rsidR="009117E3" w:rsidRDefault="00787C0B" w:rsidP="00C04603">
      <w:pPr>
        <w:pStyle w:val="aa"/>
        <w:numPr>
          <w:ilvl w:val="0"/>
          <w:numId w:val="19"/>
        </w:numPr>
        <w:bidi/>
      </w:pPr>
      <w:r>
        <w:t>حصر جوانب القوة والتحديات.</w:t>
      </w:r>
    </w:p>
    <w:p w14:paraId="6B697047" w14:textId="154EE745" w:rsidR="009117E3" w:rsidRDefault="00787C0B" w:rsidP="00C04603">
      <w:pPr>
        <w:pStyle w:val="aa"/>
        <w:numPr>
          <w:ilvl w:val="0"/>
          <w:numId w:val="19"/>
        </w:numPr>
        <w:bidi/>
      </w:pPr>
      <w:r>
        <w:t>مراجعة اكتمال الشواهد.</w:t>
      </w:r>
    </w:p>
    <w:p w14:paraId="47053AD2" w14:textId="1E61FE67" w:rsidR="009117E3" w:rsidRDefault="00787C0B" w:rsidP="00C04603">
      <w:pPr>
        <w:pStyle w:val="aa"/>
        <w:numPr>
          <w:ilvl w:val="0"/>
          <w:numId w:val="19"/>
        </w:numPr>
        <w:bidi/>
      </w:pPr>
      <w:r>
        <w:t>اعتماد التوصيات للعام القادم.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46"/>
        <w:gridCol w:w="3490"/>
        <w:gridCol w:w="2063"/>
        <w:gridCol w:w="1573"/>
        <w:gridCol w:w="1220"/>
        <w:gridCol w:w="1964"/>
      </w:tblGrid>
      <w:tr w:rsidR="009117E3" w:rsidRPr="00316221" w14:paraId="2299DC85" w14:textId="77777777" w:rsidTr="00C04603">
        <w:trPr>
          <w:jc w:val="center"/>
        </w:trPr>
        <w:tc>
          <w:tcPr>
            <w:tcW w:w="207" w:type="pct"/>
            <w:shd w:val="clear" w:color="auto" w:fill="D9EAD3"/>
            <w:vAlign w:val="center"/>
          </w:tcPr>
          <w:p w14:paraId="2EAE5AD7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م</w:t>
            </w:r>
          </w:p>
        </w:tc>
        <w:tc>
          <w:tcPr>
            <w:tcW w:w="1622" w:type="pct"/>
            <w:shd w:val="clear" w:color="auto" w:fill="D9EAD3"/>
            <w:vAlign w:val="center"/>
          </w:tcPr>
          <w:p w14:paraId="71DFA7B2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القرار / التوصية</w:t>
            </w:r>
          </w:p>
        </w:tc>
        <w:tc>
          <w:tcPr>
            <w:tcW w:w="959" w:type="pct"/>
            <w:shd w:val="clear" w:color="auto" w:fill="D9EAD3"/>
            <w:vAlign w:val="center"/>
          </w:tcPr>
          <w:p w14:paraId="2C313D58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المسؤولة</w:t>
            </w:r>
          </w:p>
        </w:tc>
        <w:tc>
          <w:tcPr>
            <w:tcW w:w="731" w:type="pct"/>
            <w:shd w:val="clear" w:color="auto" w:fill="D9EAD3"/>
            <w:vAlign w:val="center"/>
          </w:tcPr>
          <w:p w14:paraId="780B1F2C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موعد التنفيذ</w:t>
            </w:r>
          </w:p>
        </w:tc>
        <w:tc>
          <w:tcPr>
            <w:tcW w:w="567" w:type="pct"/>
            <w:shd w:val="clear" w:color="auto" w:fill="D9EAD3"/>
            <w:vAlign w:val="center"/>
          </w:tcPr>
          <w:p w14:paraId="5DB7E2C1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حالة التنفيذ</w:t>
            </w:r>
          </w:p>
        </w:tc>
        <w:tc>
          <w:tcPr>
            <w:tcW w:w="913" w:type="pct"/>
            <w:shd w:val="clear" w:color="auto" w:fill="D9EAD3"/>
            <w:vAlign w:val="center"/>
          </w:tcPr>
          <w:p w14:paraId="7282E50B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b/>
                <w:sz w:val="26"/>
                <w:szCs w:val="26"/>
              </w:rPr>
              <w:t>الشاهد</w:t>
            </w:r>
          </w:p>
        </w:tc>
      </w:tr>
      <w:tr w:rsidR="009117E3" w:rsidRPr="00316221" w14:paraId="3FD08721" w14:textId="77777777" w:rsidTr="00C04603">
        <w:trPr>
          <w:jc w:val="center"/>
        </w:trPr>
        <w:tc>
          <w:tcPr>
            <w:tcW w:w="207" w:type="pct"/>
            <w:vAlign w:val="center"/>
          </w:tcPr>
          <w:p w14:paraId="03ADA805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١</w:t>
            </w:r>
          </w:p>
        </w:tc>
        <w:tc>
          <w:tcPr>
            <w:tcW w:w="1622" w:type="pct"/>
            <w:vAlign w:val="center"/>
          </w:tcPr>
          <w:p w14:paraId="38138928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اعتماد التحليل الختامي لمؤشرات الانضباط</w:t>
            </w:r>
          </w:p>
        </w:tc>
        <w:tc>
          <w:tcPr>
            <w:tcW w:w="959" w:type="pct"/>
            <w:vAlign w:val="center"/>
          </w:tcPr>
          <w:p w14:paraId="608185FE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مديرة المدرسة</w:t>
            </w:r>
          </w:p>
        </w:tc>
        <w:tc>
          <w:tcPr>
            <w:tcW w:w="731" w:type="pct"/>
            <w:vAlign w:val="center"/>
          </w:tcPr>
          <w:p w14:paraId="63FE3F88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ذو القعدة ١٤٤٨هـ</w:t>
            </w:r>
          </w:p>
        </w:tc>
        <w:tc>
          <w:tcPr>
            <w:tcW w:w="567" w:type="pct"/>
            <w:vAlign w:val="center"/>
          </w:tcPr>
          <w:p w14:paraId="2BD8319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تم</w:t>
            </w:r>
          </w:p>
        </w:tc>
        <w:tc>
          <w:tcPr>
            <w:tcW w:w="913" w:type="pct"/>
            <w:vAlign w:val="center"/>
          </w:tcPr>
          <w:p w14:paraId="1FF2C732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التقرير الختامي</w:t>
            </w:r>
          </w:p>
        </w:tc>
      </w:tr>
      <w:tr w:rsidR="009117E3" w:rsidRPr="00316221" w14:paraId="0F13AB18" w14:textId="77777777" w:rsidTr="00C04603">
        <w:trPr>
          <w:jc w:val="center"/>
        </w:trPr>
        <w:tc>
          <w:tcPr>
            <w:tcW w:w="207" w:type="pct"/>
            <w:vAlign w:val="center"/>
          </w:tcPr>
          <w:p w14:paraId="3DDCDF25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٢</w:t>
            </w:r>
          </w:p>
        </w:tc>
        <w:tc>
          <w:tcPr>
            <w:tcW w:w="1622" w:type="pct"/>
            <w:vAlign w:val="center"/>
          </w:tcPr>
          <w:p w14:paraId="5D696655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حصر جوانب القوة والتحديات وفرص التحسين</w:t>
            </w:r>
          </w:p>
        </w:tc>
        <w:tc>
          <w:tcPr>
            <w:tcW w:w="959" w:type="pct"/>
            <w:vAlign w:val="center"/>
          </w:tcPr>
          <w:p w14:paraId="2F87A731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فريق المتابعة</w:t>
            </w:r>
          </w:p>
        </w:tc>
        <w:tc>
          <w:tcPr>
            <w:tcW w:w="731" w:type="pct"/>
            <w:vAlign w:val="center"/>
          </w:tcPr>
          <w:p w14:paraId="0225D440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ذو القعدة ١٤٤٨هـ</w:t>
            </w:r>
          </w:p>
        </w:tc>
        <w:tc>
          <w:tcPr>
            <w:tcW w:w="567" w:type="pct"/>
            <w:vAlign w:val="center"/>
          </w:tcPr>
          <w:p w14:paraId="004C5FBD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تم</w:t>
            </w:r>
          </w:p>
        </w:tc>
        <w:tc>
          <w:tcPr>
            <w:tcW w:w="913" w:type="pct"/>
            <w:vAlign w:val="center"/>
          </w:tcPr>
          <w:p w14:paraId="0D0189E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تحليل النتائج</w:t>
            </w:r>
          </w:p>
        </w:tc>
      </w:tr>
      <w:tr w:rsidR="009117E3" w:rsidRPr="00316221" w14:paraId="5D1717AA" w14:textId="77777777" w:rsidTr="00C04603">
        <w:trPr>
          <w:jc w:val="center"/>
        </w:trPr>
        <w:tc>
          <w:tcPr>
            <w:tcW w:w="207" w:type="pct"/>
            <w:vAlign w:val="center"/>
          </w:tcPr>
          <w:p w14:paraId="009774F3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٣</w:t>
            </w:r>
          </w:p>
        </w:tc>
        <w:tc>
          <w:tcPr>
            <w:tcW w:w="1622" w:type="pct"/>
            <w:vAlign w:val="center"/>
          </w:tcPr>
          <w:p w14:paraId="4D6E3A0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استكمال وحصر الشواهد والتقارير</w:t>
            </w:r>
          </w:p>
        </w:tc>
        <w:tc>
          <w:tcPr>
            <w:tcW w:w="959" w:type="pct"/>
            <w:vAlign w:val="center"/>
          </w:tcPr>
          <w:p w14:paraId="18B4902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الوكيلة والموجهة الطلابية</w:t>
            </w:r>
          </w:p>
        </w:tc>
        <w:tc>
          <w:tcPr>
            <w:tcW w:w="731" w:type="pct"/>
            <w:vAlign w:val="center"/>
          </w:tcPr>
          <w:p w14:paraId="620A80AE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ذو القعدة ١٤٤٨هـ</w:t>
            </w:r>
          </w:p>
        </w:tc>
        <w:tc>
          <w:tcPr>
            <w:tcW w:w="567" w:type="pct"/>
            <w:vAlign w:val="center"/>
          </w:tcPr>
          <w:p w14:paraId="47F7779D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تم</w:t>
            </w:r>
          </w:p>
        </w:tc>
        <w:tc>
          <w:tcPr>
            <w:tcW w:w="913" w:type="pct"/>
            <w:vAlign w:val="center"/>
          </w:tcPr>
          <w:p w14:paraId="7BB4AB28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سجل الشواهد</w:t>
            </w:r>
          </w:p>
        </w:tc>
      </w:tr>
      <w:tr w:rsidR="009117E3" w:rsidRPr="00316221" w14:paraId="4A9FA526" w14:textId="77777777" w:rsidTr="00C04603">
        <w:trPr>
          <w:jc w:val="center"/>
        </w:trPr>
        <w:tc>
          <w:tcPr>
            <w:tcW w:w="207" w:type="pct"/>
            <w:vAlign w:val="center"/>
          </w:tcPr>
          <w:p w14:paraId="59F3B171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٤</w:t>
            </w:r>
          </w:p>
        </w:tc>
        <w:tc>
          <w:tcPr>
            <w:tcW w:w="1622" w:type="pct"/>
            <w:vAlign w:val="center"/>
          </w:tcPr>
          <w:p w14:paraId="74EB3056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اعتماد التوصيات التحسينية للعام القادم</w:t>
            </w:r>
          </w:p>
        </w:tc>
        <w:tc>
          <w:tcPr>
            <w:tcW w:w="959" w:type="pct"/>
            <w:vAlign w:val="center"/>
          </w:tcPr>
          <w:p w14:paraId="7DAA4FD8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مديرة المدرسة</w:t>
            </w:r>
          </w:p>
        </w:tc>
        <w:tc>
          <w:tcPr>
            <w:tcW w:w="731" w:type="pct"/>
            <w:vAlign w:val="center"/>
          </w:tcPr>
          <w:p w14:paraId="09C6145F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نهاية العام</w:t>
            </w:r>
          </w:p>
        </w:tc>
        <w:tc>
          <w:tcPr>
            <w:tcW w:w="567" w:type="pct"/>
            <w:vAlign w:val="center"/>
          </w:tcPr>
          <w:p w14:paraId="0F08409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تم</w:t>
            </w:r>
          </w:p>
        </w:tc>
        <w:tc>
          <w:tcPr>
            <w:tcW w:w="913" w:type="pct"/>
            <w:vAlign w:val="center"/>
          </w:tcPr>
          <w:p w14:paraId="4AA22CDB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التوصيات المعتمدة</w:t>
            </w:r>
          </w:p>
        </w:tc>
      </w:tr>
      <w:tr w:rsidR="009117E3" w:rsidRPr="00316221" w14:paraId="7ADB1F14" w14:textId="77777777" w:rsidTr="00C04603">
        <w:trPr>
          <w:jc w:val="center"/>
        </w:trPr>
        <w:tc>
          <w:tcPr>
            <w:tcW w:w="207" w:type="pct"/>
            <w:vAlign w:val="center"/>
          </w:tcPr>
          <w:p w14:paraId="698F899B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٥</w:t>
            </w:r>
          </w:p>
        </w:tc>
        <w:tc>
          <w:tcPr>
            <w:tcW w:w="1622" w:type="pct"/>
            <w:vAlign w:val="center"/>
          </w:tcPr>
          <w:p w14:paraId="429EE13D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حفظ ملف الانضباط وتوثيق نتائج الخطة</w:t>
            </w:r>
          </w:p>
        </w:tc>
        <w:tc>
          <w:tcPr>
            <w:tcW w:w="959" w:type="pct"/>
            <w:vAlign w:val="center"/>
          </w:tcPr>
          <w:p w14:paraId="6433CA82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الإدارة</w:t>
            </w:r>
          </w:p>
        </w:tc>
        <w:tc>
          <w:tcPr>
            <w:tcW w:w="731" w:type="pct"/>
            <w:vAlign w:val="center"/>
          </w:tcPr>
          <w:p w14:paraId="31ECC5E7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نهاية العام</w:t>
            </w:r>
          </w:p>
        </w:tc>
        <w:tc>
          <w:tcPr>
            <w:tcW w:w="567" w:type="pct"/>
            <w:vAlign w:val="center"/>
          </w:tcPr>
          <w:p w14:paraId="6370FF3D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تم</w:t>
            </w:r>
          </w:p>
        </w:tc>
        <w:tc>
          <w:tcPr>
            <w:tcW w:w="913" w:type="pct"/>
            <w:vAlign w:val="center"/>
          </w:tcPr>
          <w:p w14:paraId="00FCBC94" w14:textId="77777777" w:rsidR="009117E3" w:rsidRPr="00316221" w:rsidRDefault="00787C0B" w:rsidP="004D6DAE">
            <w:pPr>
              <w:bidi/>
              <w:rPr>
                <w:sz w:val="26"/>
                <w:szCs w:val="26"/>
              </w:rPr>
            </w:pPr>
            <w:r w:rsidRPr="00316221">
              <w:rPr>
                <w:rFonts w:cs="Arial"/>
                <w:sz w:val="26"/>
                <w:szCs w:val="26"/>
              </w:rPr>
              <w:t>ملف الانضباط المدرسي</w:t>
            </w:r>
          </w:p>
        </w:tc>
      </w:tr>
    </w:tbl>
    <w:p w14:paraId="43442DA4" w14:textId="77777777" w:rsidR="009117E3" w:rsidRDefault="00787C0B" w:rsidP="004D6DAE">
      <w:pPr>
        <w:bidi/>
      </w:pPr>
      <w:r>
        <w:rPr>
          <w:b/>
          <w:sz w:val="20"/>
        </w:rPr>
        <w:t>أعضاء الاجتماع: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92"/>
        <w:gridCol w:w="3612"/>
        <w:gridCol w:w="4270"/>
        <w:gridCol w:w="1882"/>
      </w:tblGrid>
      <w:tr w:rsidR="009117E3" w:rsidRPr="00316221" w14:paraId="4101AD91" w14:textId="77777777" w:rsidTr="00C84AFC">
        <w:trPr>
          <w:jc w:val="center"/>
        </w:trPr>
        <w:tc>
          <w:tcPr>
            <w:tcW w:w="461" w:type="pct"/>
            <w:shd w:val="clear" w:color="auto" w:fill="D9EAD3"/>
            <w:vAlign w:val="center"/>
          </w:tcPr>
          <w:p w14:paraId="2997B6AF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b/>
                <w:sz w:val="28"/>
                <w:szCs w:val="28"/>
              </w:rPr>
              <w:t>م</w:t>
            </w:r>
          </w:p>
        </w:tc>
        <w:tc>
          <w:tcPr>
            <w:tcW w:w="1679" w:type="pct"/>
            <w:shd w:val="clear" w:color="auto" w:fill="D9EAD3"/>
            <w:vAlign w:val="center"/>
          </w:tcPr>
          <w:p w14:paraId="3C4823B4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b/>
                <w:sz w:val="28"/>
                <w:szCs w:val="28"/>
              </w:rPr>
              <w:t>الاسم</w:t>
            </w:r>
          </w:p>
        </w:tc>
        <w:tc>
          <w:tcPr>
            <w:tcW w:w="1985" w:type="pct"/>
            <w:shd w:val="clear" w:color="auto" w:fill="D9EAD3"/>
            <w:vAlign w:val="center"/>
          </w:tcPr>
          <w:p w14:paraId="368E78D9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b/>
                <w:sz w:val="28"/>
                <w:szCs w:val="28"/>
              </w:rPr>
              <w:t>الصفة</w:t>
            </w:r>
          </w:p>
        </w:tc>
        <w:tc>
          <w:tcPr>
            <w:tcW w:w="875" w:type="pct"/>
            <w:shd w:val="clear" w:color="auto" w:fill="D9EAD3"/>
            <w:vAlign w:val="center"/>
          </w:tcPr>
          <w:p w14:paraId="12BEE91D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b/>
                <w:sz w:val="28"/>
                <w:szCs w:val="28"/>
              </w:rPr>
              <w:t>التوقيع</w:t>
            </w:r>
          </w:p>
        </w:tc>
      </w:tr>
      <w:tr w:rsidR="009117E3" w:rsidRPr="00316221" w14:paraId="48DE4CD9" w14:textId="77777777" w:rsidTr="00C84AFC">
        <w:trPr>
          <w:jc w:val="center"/>
        </w:trPr>
        <w:tc>
          <w:tcPr>
            <w:tcW w:w="461" w:type="pct"/>
            <w:vAlign w:val="center"/>
          </w:tcPr>
          <w:p w14:paraId="786C57B5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١</w:t>
            </w:r>
          </w:p>
        </w:tc>
        <w:tc>
          <w:tcPr>
            <w:tcW w:w="1679" w:type="pct"/>
            <w:vAlign w:val="center"/>
          </w:tcPr>
          <w:p w14:paraId="6F6DB842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عزة الحويطي</w:t>
            </w:r>
          </w:p>
        </w:tc>
        <w:tc>
          <w:tcPr>
            <w:tcW w:w="1985" w:type="pct"/>
            <w:vAlign w:val="center"/>
          </w:tcPr>
          <w:p w14:paraId="5F429F68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مديرة المدرسة</w:t>
            </w:r>
          </w:p>
        </w:tc>
        <w:tc>
          <w:tcPr>
            <w:tcW w:w="875" w:type="pct"/>
            <w:vAlign w:val="center"/>
          </w:tcPr>
          <w:p w14:paraId="19EA341F" w14:textId="77777777" w:rsidR="009117E3" w:rsidRPr="00316221" w:rsidRDefault="009117E3" w:rsidP="004D6DAE">
            <w:pPr>
              <w:bidi/>
              <w:rPr>
                <w:sz w:val="28"/>
                <w:szCs w:val="28"/>
              </w:rPr>
            </w:pPr>
          </w:p>
        </w:tc>
      </w:tr>
      <w:tr w:rsidR="009117E3" w:rsidRPr="00316221" w14:paraId="1B0D2CDD" w14:textId="77777777" w:rsidTr="00C84AFC">
        <w:trPr>
          <w:jc w:val="center"/>
        </w:trPr>
        <w:tc>
          <w:tcPr>
            <w:tcW w:w="461" w:type="pct"/>
            <w:vAlign w:val="center"/>
          </w:tcPr>
          <w:p w14:paraId="1336F488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٢</w:t>
            </w:r>
          </w:p>
        </w:tc>
        <w:tc>
          <w:tcPr>
            <w:tcW w:w="1679" w:type="pct"/>
            <w:vAlign w:val="center"/>
          </w:tcPr>
          <w:p w14:paraId="3E4FB4C3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منه الميلبي</w:t>
            </w:r>
          </w:p>
        </w:tc>
        <w:tc>
          <w:tcPr>
            <w:tcW w:w="1985" w:type="pct"/>
            <w:vAlign w:val="center"/>
          </w:tcPr>
          <w:p w14:paraId="12D66EE4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وكيلة شؤون الطالبات</w:t>
            </w:r>
          </w:p>
        </w:tc>
        <w:tc>
          <w:tcPr>
            <w:tcW w:w="875" w:type="pct"/>
            <w:vAlign w:val="center"/>
          </w:tcPr>
          <w:p w14:paraId="4768D055" w14:textId="77777777" w:rsidR="009117E3" w:rsidRPr="00316221" w:rsidRDefault="009117E3" w:rsidP="004D6DAE">
            <w:pPr>
              <w:bidi/>
              <w:rPr>
                <w:sz w:val="28"/>
                <w:szCs w:val="28"/>
              </w:rPr>
            </w:pPr>
          </w:p>
        </w:tc>
      </w:tr>
      <w:tr w:rsidR="009117E3" w:rsidRPr="00316221" w14:paraId="4AC95BAD" w14:textId="77777777" w:rsidTr="00C84AFC">
        <w:trPr>
          <w:jc w:val="center"/>
        </w:trPr>
        <w:tc>
          <w:tcPr>
            <w:tcW w:w="461" w:type="pct"/>
            <w:vAlign w:val="center"/>
          </w:tcPr>
          <w:p w14:paraId="637EE7E9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٣</w:t>
            </w:r>
          </w:p>
        </w:tc>
        <w:tc>
          <w:tcPr>
            <w:tcW w:w="1679" w:type="pct"/>
            <w:vAlign w:val="center"/>
          </w:tcPr>
          <w:p w14:paraId="1693B661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ناديه الجهني</w:t>
            </w:r>
          </w:p>
        </w:tc>
        <w:tc>
          <w:tcPr>
            <w:tcW w:w="1985" w:type="pct"/>
            <w:vAlign w:val="center"/>
          </w:tcPr>
          <w:p w14:paraId="3BC86DD2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الموجهة الطلابية</w:t>
            </w:r>
          </w:p>
        </w:tc>
        <w:tc>
          <w:tcPr>
            <w:tcW w:w="875" w:type="pct"/>
            <w:vAlign w:val="center"/>
          </w:tcPr>
          <w:p w14:paraId="1329EF2D" w14:textId="77777777" w:rsidR="009117E3" w:rsidRPr="00316221" w:rsidRDefault="009117E3" w:rsidP="004D6DAE">
            <w:pPr>
              <w:bidi/>
              <w:rPr>
                <w:sz w:val="28"/>
                <w:szCs w:val="28"/>
              </w:rPr>
            </w:pPr>
          </w:p>
        </w:tc>
      </w:tr>
      <w:tr w:rsidR="009117E3" w:rsidRPr="00316221" w14:paraId="047E36AF" w14:textId="77777777" w:rsidTr="00C84AFC">
        <w:trPr>
          <w:jc w:val="center"/>
        </w:trPr>
        <w:tc>
          <w:tcPr>
            <w:tcW w:w="461" w:type="pct"/>
            <w:vAlign w:val="center"/>
          </w:tcPr>
          <w:p w14:paraId="29CEDCE2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٤</w:t>
            </w:r>
          </w:p>
        </w:tc>
        <w:tc>
          <w:tcPr>
            <w:tcW w:w="1679" w:type="pct"/>
            <w:vAlign w:val="center"/>
          </w:tcPr>
          <w:p w14:paraId="7FFC8631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نرجس عبدالعزيز</w:t>
            </w:r>
          </w:p>
        </w:tc>
        <w:tc>
          <w:tcPr>
            <w:tcW w:w="1985" w:type="pct"/>
            <w:vAlign w:val="center"/>
          </w:tcPr>
          <w:p w14:paraId="15B4F991" w14:textId="77777777" w:rsidR="009117E3" w:rsidRPr="00316221" w:rsidRDefault="00787C0B" w:rsidP="004D6DAE">
            <w:pPr>
              <w:bidi/>
              <w:rPr>
                <w:sz w:val="28"/>
                <w:szCs w:val="28"/>
              </w:rPr>
            </w:pPr>
            <w:r w:rsidRPr="00316221">
              <w:rPr>
                <w:rFonts w:cs="Arial"/>
                <w:sz w:val="28"/>
                <w:szCs w:val="28"/>
              </w:rPr>
              <w:t>رائدة النشاط</w:t>
            </w:r>
          </w:p>
        </w:tc>
        <w:tc>
          <w:tcPr>
            <w:tcW w:w="875" w:type="pct"/>
            <w:vAlign w:val="center"/>
          </w:tcPr>
          <w:p w14:paraId="5AD6FB94" w14:textId="77777777" w:rsidR="009117E3" w:rsidRPr="00316221" w:rsidRDefault="009117E3" w:rsidP="004D6DAE">
            <w:pPr>
              <w:bidi/>
              <w:rPr>
                <w:sz w:val="28"/>
                <w:szCs w:val="28"/>
              </w:rPr>
            </w:pPr>
          </w:p>
        </w:tc>
      </w:tr>
    </w:tbl>
    <w:p w14:paraId="790489D9" w14:textId="77777777" w:rsidR="009117E3" w:rsidRDefault="00787C0B" w:rsidP="004D6DAE">
      <w:pPr>
        <w:bidi/>
      </w:pPr>
      <w:r>
        <w:t>التوقيعات: ........................................................................................................</w:t>
      </w:r>
    </w:p>
    <w:p w14:paraId="3E294577" w14:textId="77777777" w:rsidR="009117E3" w:rsidRDefault="00787C0B" w:rsidP="004D6DAE">
      <w:r>
        <w:br w:type="page"/>
      </w:r>
    </w:p>
    <w:p w14:paraId="505AB4D4" w14:textId="77777777" w:rsidR="009117E3" w:rsidRDefault="00787C0B" w:rsidP="004D6DAE">
      <w:pPr>
        <w:bidi/>
      </w:pPr>
      <w:r>
        <w:rPr>
          <w:b/>
          <w:sz w:val="32"/>
        </w:rPr>
        <w:lastRenderedPageBreak/>
        <w:t>سابعاً: متابعة تنفيذ القرارات والتوصيات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7"/>
        <w:gridCol w:w="754"/>
        <w:gridCol w:w="2311"/>
        <w:gridCol w:w="1700"/>
        <w:gridCol w:w="1296"/>
        <w:gridCol w:w="2188"/>
        <w:gridCol w:w="627"/>
        <w:gridCol w:w="1453"/>
      </w:tblGrid>
      <w:tr w:rsidR="009117E3" w:rsidRPr="003902BA" w14:paraId="19F4FE28" w14:textId="77777777" w:rsidTr="003902BA">
        <w:trPr>
          <w:jc w:val="center"/>
        </w:trPr>
        <w:tc>
          <w:tcPr>
            <w:tcW w:w="180" w:type="pct"/>
            <w:shd w:val="clear" w:color="auto" w:fill="D9EAD3"/>
            <w:vAlign w:val="center"/>
          </w:tcPr>
          <w:p w14:paraId="42D8179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م</w:t>
            </w:r>
          </w:p>
        </w:tc>
        <w:tc>
          <w:tcPr>
            <w:tcW w:w="293" w:type="pct"/>
            <w:shd w:val="clear" w:color="auto" w:fill="D9EAD3"/>
            <w:vAlign w:val="center"/>
          </w:tcPr>
          <w:p w14:paraId="770E9967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الاجتماع</w:t>
            </w:r>
          </w:p>
        </w:tc>
        <w:tc>
          <w:tcPr>
            <w:tcW w:w="1098" w:type="pct"/>
            <w:shd w:val="clear" w:color="auto" w:fill="D9EAD3"/>
            <w:vAlign w:val="center"/>
          </w:tcPr>
          <w:p w14:paraId="06200D8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القرار / التوصية</w:t>
            </w:r>
          </w:p>
        </w:tc>
        <w:tc>
          <w:tcPr>
            <w:tcW w:w="814" w:type="pct"/>
            <w:shd w:val="clear" w:color="auto" w:fill="D9EAD3"/>
            <w:vAlign w:val="center"/>
          </w:tcPr>
          <w:p w14:paraId="16B42A0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المسؤولة</w:t>
            </w:r>
          </w:p>
        </w:tc>
        <w:tc>
          <w:tcPr>
            <w:tcW w:w="626" w:type="pct"/>
            <w:shd w:val="clear" w:color="auto" w:fill="D9EAD3"/>
            <w:vAlign w:val="center"/>
          </w:tcPr>
          <w:p w14:paraId="18BDC9B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موعد التنفيذ</w:t>
            </w:r>
          </w:p>
        </w:tc>
        <w:tc>
          <w:tcPr>
            <w:tcW w:w="1041" w:type="pct"/>
            <w:shd w:val="clear" w:color="auto" w:fill="D9EAD3"/>
            <w:vAlign w:val="center"/>
          </w:tcPr>
          <w:p w14:paraId="43EFD2D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ما تم تنفيذه</w:t>
            </w:r>
          </w:p>
        </w:tc>
        <w:tc>
          <w:tcPr>
            <w:tcW w:w="249" w:type="pct"/>
            <w:shd w:val="clear" w:color="auto" w:fill="D9EAD3"/>
            <w:vAlign w:val="center"/>
          </w:tcPr>
          <w:p w14:paraId="62782A6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الحالة</w:t>
            </w:r>
          </w:p>
        </w:tc>
        <w:tc>
          <w:tcPr>
            <w:tcW w:w="699" w:type="pct"/>
            <w:shd w:val="clear" w:color="auto" w:fill="D9EAD3"/>
            <w:vAlign w:val="center"/>
          </w:tcPr>
          <w:p w14:paraId="37001A1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rFonts w:cs="Arial"/>
                <w:b/>
                <w:sz w:val="20"/>
                <w:szCs w:val="20"/>
              </w:rPr>
              <w:t>الشاهد</w:t>
            </w:r>
          </w:p>
        </w:tc>
      </w:tr>
      <w:tr w:rsidR="009117E3" w:rsidRPr="003902BA" w14:paraId="6CCC6968" w14:textId="77777777" w:rsidTr="003902BA">
        <w:trPr>
          <w:jc w:val="center"/>
        </w:trPr>
        <w:tc>
          <w:tcPr>
            <w:tcW w:w="180" w:type="pct"/>
            <w:vAlign w:val="center"/>
          </w:tcPr>
          <w:p w14:paraId="66C7014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١</w:t>
            </w:r>
          </w:p>
        </w:tc>
        <w:tc>
          <w:tcPr>
            <w:tcW w:w="293" w:type="pct"/>
            <w:vAlign w:val="center"/>
          </w:tcPr>
          <w:p w14:paraId="7B89A65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الأول</w:t>
            </w:r>
          </w:p>
        </w:tc>
        <w:tc>
          <w:tcPr>
            <w:tcW w:w="1098" w:type="pct"/>
            <w:vAlign w:val="center"/>
          </w:tcPr>
          <w:p w14:paraId="6AC00AE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اعتماد خطة الانضباط المدرسي</w:t>
            </w:r>
          </w:p>
        </w:tc>
        <w:tc>
          <w:tcPr>
            <w:tcW w:w="814" w:type="pct"/>
            <w:vAlign w:val="center"/>
          </w:tcPr>
          <w:p w14:paraId="646E7CD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عزة الحويطي</w:t>
            </w:r>
          </w:p>
        </w:tc>
        <w:tc>
          <w:tcPr>
            <w:tcW w:w="626" w:type="pct"/>
            <w:vAlign w:val="center"/>
          </w:tcPr>
          <w:p w14:paraId="7DB8C7F4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ربيع الآخر ١٤٤٨هـ</w:t>
            </w:r>
          </w:p>
        </w:tc>
        <w:tc>
          <w:tcPr>
            <w:tcW w:w="1041" w:type="pct"/>
            <w:vAlign w:val="center"/>
          </w:tcPr>
          <w:p w14:paraId="34DBD92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اعتماد الخطة وبدء التنفيذ</w:t>
            </w:r>
          </w:p>
        </w:tc>
        <w:tc>
          <w:tcPr>
            <w:tcW w:w="249" w:type="pct"/>
            <w:vAlign w:val="center"/>
          </w:tcPr>
          <w:p w14:paraId="712643D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64069D4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الخطة المعتمدة</w:t>
            </w:r>
          </w:p>
        </w:tc>
      </w:tr>
      <w:tr w:rsidR="009117E3" w:rsidRPr="003902BA" w14:paraId="6FE9D0B9" w14:textId="77777777" w:rsidTr="003902BA">
        <w:trPr>
          <w:jc w:val="center"/>
        </w:trPr>
        <w:tc>
          <w:tcPr>
            <w:tcW w:w="180" w:type="pct"/>
            <w:vAlign w:val="center"/>
          </w:tcPr>
          <w:p w14:paraId="78F4B8F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٢</w:t>
            </w:r>
          </w:p>
        </w:tc>
        <w:tc>
          <w:tcPr>
            <w:tcW w:w="293" w:type="pct"/>
            <w:vAlign w:val="center"/>
          </w:tcPr>
          <w:p w14:paraId="5F688AB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الأول</w:t>
            </w:r>
          </w:p>
        </w:tc>
        <w:tc>
          <w:tcPr>
            <w:tcW w:w="1098" w:type="pct"/>
            <w:vAlign w:val="center"/>
          </w:tcPr>
          <w:p w14:paraId="489E3DC3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توزيع مسؤوليات تنفيذ الخطة</w:t>
            </w:r>
          </w:p>
        </w:tc>
        <w:tc>
          <w:tcPr>
            <w:tcW w:w="814" w:type="pct"/>
            <w:vAlign w:val="center"/>
          </w:tcPr>
          <w:p w14:paraId="79B42CE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عزة الحويطي</w:t>
            </w:r>
          </w:p>
        </w:tc>
        <w:tc>
          <w:tcPr>
            <w:tcW w:w="626" w:type="pct"/>
            <w:vAlign w:val="center"/>
          </w:tcPr>
          <w:p w14:paraId="102C0D5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ربيع الآخر ١٤٤٨هـ</w:t>
            </w:r>
          </w:p>
        </w:tc>
        <w:tc>
          <w:tcPr>
            <w:tcW w:w="1041" w:type="pct"/>
            <w:vAlign w:val="center"/>
          </w:tcPr>
          <w:p w14:paraId="0509621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توزيع مهام المتابعة على الجهات المعنية</w:t>
            </w:r>
          </w:p>
        </w:tc>
        <w:tc>
          <w:tcPr>
            <w:tcW w:w="249" w:type="pct"/>
            <w:vAlign w:val="center"/>
          </w:tcPr>
          <w:p w14:paraId="54057DE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71BCB7F3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توزيع المهام</w:t>
            </w:r>
          </w:p>
        </w:tc>
      </w:tr>
      <w:tr w:rsidR="009117E3" w:rsidRPr="003902BA" w14:paraId="086D9721" w14:textId="77777777" w:rsidTr="003902BA">
        <w:trPr>
          <w:jc w:val="center"/>
        </w:trPr>
        <w:tc>
          <w:tcPr>
            <w:tcW w:w="180" w:type="pct"/>
            <w:vAlign w:val="center"/>
          </w:tcPr>
          <w:p w14:paraId="77F9352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٣</w:t>
            </w:r>
          </w:p>
        </w:tc>
        <w:tc>
          <w:tcPr>
            <w:tcW w:w="293" w:type="pct"/>
            <w:vAlign w:val="center"/>
          </w:tcPr>
          <w:p w14:paraId="2E79F5D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الأول</w:t>
            </w:r>
          </w:p>
        </w:tc>
        <w:tc>
          <w:tcPr>
            <w:tcW w:w="1098" w:type="pct"/>
            <w:vAlign w:val="center"/>
          </w:tcPr>
          <w:p w14:paraId="17D7E6C9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الرصد اليومي للغياب والتأخر</w:t>
            </w:r>
          </w:p>
        </w:tc>
        <w:tc>
          <w:tcPr>
            <w:tcW w:w="814" w:type="pct"/>
            <w:vAlign w:val="center"/>
          </w:tcPr>
          <w:p w14:paraId="50BD65A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منه الميلبي</w:t>
            </w:r>
          </w:p>
        </w:tc>
        <w:tc>
          <w:tcPr>
            <w:tcW w:w="626" w:type="pct"/>
            <w:vAlign w:val="center"/>
          </w:tcPr>
          <w:p w14:paraId="0CF210E3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يوميًا</w:t>
            </w:r>
          </w:p>
        </w:tc>
        <w:tc>
          <w:tcPr>
            <w:tcW w:w="1041" w:type="pct"/>
            <w:vAlign w:val="center"/>
          </w:tcPr>
          <w:p w14:paraId="3D7E9E0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تفعيل المتابعة اليومية وتوثيق الحالات</w:t>
            </w:r>
          </w:p>
        </w:tc>
        <w:tc>
          <w:tcPr>
            <w:tcW w:w="249" w:type="pct"/>
            <w:vAlign w:val="center"/>
          </w:tcPr>
          <w:p w14:paraId="3D81F41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مستمر</w:t>
            </w:r>
          </w:p>
        </w:tc>
        <w:tc>
          <w:tcPr>
            <w:tcW w:w="699" w:type="pct"/>
            <w:vAlign w:val="center"/>
          </w:tcPr>
          <w:p w14:paraId="3D7D3BD8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سجلات الحضور والتأخر</w:t>
            </w:r>
          </w:p>
        </w:tc>
      </w:tr>
      <w:tr w:rsidR="009117E3" w:rsidRPr="003902BA" w14:paraId="21B62427" w14:textId="77777777" w:rsidTr="003902BA">
        <w:trPr>
          <w:jc w:val="center"/>
        </w:trPr>
        <w:tc>
          <w:tcPr>
            <w:tcW w:w="180" w:type="pct"/>
            <w:vAlign w:val="center"/>
          </w:tcPr>
          <w:p w14:paraId="6F4B6F4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٤</w:t>
            </w:r>
          </w:p>
        </w:tc>
        <w:tc>
          <w:tcPr>
            <w:tcW w:w="293" w:type="pct"/>
            <w:vAlign w:val="center"/>
          </w:tcPr>
          <w:p w14:paraId="3BF9E48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الأول</w:t>
            </w:r>
          </w:p>
        </w:tc>
        <w:tc>
          <w:tcPr>
            <w:tcW w:w="1098" w:type="pct"/>
            <w:vAlign w:val="center"/>
          </w:tcPr>
          <w:p w14:paraId="7CC08C6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التواصل مع أولياء الأمور للحالات المتكررة</w:t>
            </w:r>
          </w:p>
        </w:tc>
        <w:tc>
          <w:tcPr>
            <w:tcW w:w="814" w:type="pct"/>
            <w:vAlign w:val="center"/>
          </w:tcPr>
          <w:p w14:paraId="01D7D75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ناديه الجهني</w:t>
            </w:r>
          </w:p>
        </w:tc>
        <w:tc>
          <w:tcPr>
            <w:tcW w:w="626" w:type="pct"/>
            <w:vAlign w:val="center"/>
          </w:tcPr>
          <w:p w14:paraId="506DD33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حسب الحالة</w:t>
            </w:r>
          </w:p>
        </w:tc>
        <w:tc>
          <w:tcPr>
            <w:tcW w:w="1041" w:type="pct"/>
            <w:vAlign w:val="center"/>
          </w:tcPr>
          <w:p w14:paraId="204DBDC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التواصل وتوثيق نتائج المتابعة</w:t>
            </w:r>
          </w:p>
        </w:tc>
        <w:tc>
          <w:tcPr>
            <w:tcW w:w="249" w:type="pct"/>
            <w:vAlign w:val="center"/>
          </w:tcPr>
          <w:p w14:paraId="61774ED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مستمر</w:t>
            </w:r>
          </w:p>
        </w:tc>
        <w:tc>
          <w:tcPr>
            <w:tcW w:w="699" w:type="pct"/>
            <w:vAlign w:val="center"/>
          </w:tcPr>
          <w:p w14:paraId="39197BF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سجل التواصل</w:t>
            </w:r>
          </w:p>
        </w:tc>
      </w:tr>
      <w:tr w:rsidR="009117E3" w:rsidRPr="003902BA" w14:paraId="0F53C0B4" w14:textId="77777777" w:rsidTr="003902BA">
        <w:trPr>
          <w:jc w:val="center"/>
        </w:trPr>
        <w:tc>
          <w:tcPr>
            <w:tcW w:w="180" w:type="pct"/>
            <w:vAlign w:val="center"/>
          </w:tcPr>
          <w:p w14:paraId="6395A91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٥</w:t>
            </w:r>
          </w:p>
        </w:tc>
        <w:tc>
          <w:tcPr>
            <w:tcW w:w="293" w:type="pct"/>
            <w:vAlign w:val="center"/>
          </w:tcPr>
          <w:p w14:paraId="7F847E51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الثاني</w:t>
            </w:r>
          </w:p>
        </w:tc>
        <w:tc>
          <w:tcPr>
            <w:tcW w:w="1098" w:type="pct"/>
            <w:vAlign w:val="center"/>
          </w:tcPr>
          <w:p w14:paraId="18EED4A7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تحليل مؤشرات الحضور والغياب والتأخر</w:t>
            </w:r>
          </w:p>
        </w:tc>
        <w:tc>
          <w:tcPr>
            <w:tcW w:w="814" w:type="pct"/>
            <w:vAlign w:val="center"/>
          </w:tcPr>
          <w:p w14:paraId="1D60BB73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منه الميلبي</w:t>
            </w:r>
          </w:p>
        </w:tc>
        <w:tc>
          <w:tcPr>
            <w:tcW w:w="626" w:type="pct"/>
            <w:vAlign w:val="center"/>
          </w:tcPr>
          <w:p w14:paraId="2303E7C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جمادى الآخرة ١٤٤٨هـ</w:t>
            </w:r>
          </w:p>
        </w:tc>
        <w:tc>
          <w:tcPr>
            <w:tcW w:w="1041" w:type="pct"/>
            <w:vAlign w:val="center"/>
          </w:tcPr>
          <w:p w14:paraId="67DF44D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تحليل البيانات وتحديد الحالات المتكررة</w:t>
            </w:r>
          </w:p>
        </w:tc>
        <w:tc>
          <w:tcPr>
            <w:tcW w:w="249" w:type="pct"/>
            <w:vAlign w:val="center"/>
          </w:tcPr>
          <w:p w14:paraId="7B61930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6952249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تحليل المؤشرات</w:t>
            </w:r>
          </w:p>
        </w:tc>
      </w:tr>
      <w:tr w:rsidR="009117E3" w:rsidRPr="003902BA" w14:paraId="05C7B72C" w14:textId="77777777" w:rsidTr="003902BA">
        <w:trPr>
          <w:jc w:val="center"/>
        </w:trPr>
        <w:tc>
          <w:tcPr>
            <w:tcW w:w="180" w:type="pct"/>
            <w:vAlign w:val="center"/>
          </w:tcPr>
          <w:p w14:paraId="1B14842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٦</w:t>
            </w:r>
          </w:p>
        </w:tc>
        <w:tc>
          <w:tcPr>
            <w:tcW w:w="293" w:type="pct"/>
            <w:vAlign w:val="center"/>
          </w:tcPr>
          <w:p w14:paraId="7D1F4A19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الثاني</w:t>
            </w:r>
          </w:p>
        </w:tc>
        <w:tc>
          <w:tcPr>
            <w:tcW w:w="1098" w:type="pct"/>
            <w:vAlign w:val="center"/>
          </w:tcPr>
          <w:p w14:paraId="346A912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متابعة الحالات المتكررة والإجراءات التربوية</w:t>
            </w:r>
          </w:p>
        </w:tc>
        <w:tc>
          <w:tcPr>
            <w:tcW w:w="814" w:type="pct"/>
            <w:vAlign w:val="center"/>
          </w:tcPr>
          <w:p w14:paraId="77503AF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ناديه الجهني</w:t>
            </w:r>
          </w:p>
        </w:tc>
        <w:tc>
          <w:tcPr>
            <w:tcW w:w="626" w:type="pct"/>
            <w:vAlign w:val="center"/>
          </w:tcPr>
          <w:p w14:paraId="5BF425B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حسب الحالة</w:t>
            </w:r>
          </w:p>
        </w:tc>
        <w:tc>
          <w:tcPr>
            <w:tcW w:w="1041" w:type="pct"/>
            <w:vAlign w:val="center"/>
          </w:tcPr>
          <w:p w14:paraId="40570E6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متابعة الحالات وتطبيق الإجراءات المناسبة</w:t>
            </w:r>
          </w:p>
        </w:tc>
        <w:tc>
          <w:tcPr>
            <w:tcW w:w="249" w:type="pct"/>
            <w:vAlign w:val="center"/>
          </w:tcPr>
          <w:p w14:paraId="66D179F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مستمر</w:t>
            </w:r>
          </w:p>
        </w:tc>
        <w:tc>
          <w:tcPr>
            <w:tcW w:w="699" w:type="pct"/>
            <w:vAlign w:val="center"/>
          </w:tcPr>
          <w:p w14:paraId="0D40B0B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نماذج المتابعة</w:t>
            </w:r>
          </w:p>
        </w:tc>
      </w:tr>
      <w:tr w:rsidR="009117E3" w:rsidRPr="003902BA" w14:paraId="022117F3" w14:textId="77777777" w:rsidTr="003902BA">
        <w:trPr>
          <w:jc w:val="center"/>
        </w:trPr>
        <w:tc>
          <w:tcPr>
            <w:tcW w:w="180" w:type="pct"/>
            <w:vAlign w:val="center"/>
          </w:tcPr>
          <w:p w14:paraId="59CAB4E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٧</w:t>
            </w:r>
          </w:p>
        </w:tc>
        <w:tc>
          <w:tcPr>
            <w:tcW w:w="293" w:type="pct"/>
            <w:vAlign w:val="center"/>
          </w:tcPr>
          <w:p w14:paraId="508BCCCD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الثاني</w:t>
            </w:r>
          </w:p>
        </w:tc>
        <w:tc>
          <w:tcPr>
            <w:tcW w:w="1098" w:type="pct"/>
            <w:vAlign w:val="center"/>
          </w:tcPr>
          <w:p w14:paraId="1E3CB31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تنفيذ إجراءات التحسين</w:t>
            </w:r>
          </w:p>
        </w:tc>
        <w:tc>
          <w:tcPr>
            <w:tcW w:w="814" w:type="pct"/>
            <w:vAlign w:val="center"/>
          </w:tcPr>
          <w:p w14:paraId="19AFFC7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فريق المتابعة</w:t>
            </w:r>
          </w:p>
        </w:tc>
        <w:tc>
          <w:tcPr>
            <w:tcW w:w="626" w:type="pct"/>
            <w:vAlign w:val="center"/>
          </w:tcPr>
          <w:p w14:paraId="0F74F2B1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حتى الاجتماع الثالث</w:t>
            </w:r>
          </w:p>
        </w:tc>
        <w:tc>
          <w:tcPr>
            <w:tcW w:w="1041" w:type="pct"/>
            <w:vAlign w:val="center"/>
          </w:tcPr>
          <w:p w14:paraId="148F302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تنفيذ الإجراءات بناءً على نتائج التحليل</w:t>
            </w:r>
          </w:p>
        </w:tc>
        <w:tc>
          <w:tcPr>
            <w:tcW w:w="249" w:type="pct"/>
            <w:vAlign w:val="center"/>
          </w:tcPr>
          <w:p w14:paraId="5436A5A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جارٍ</w:t>
            </w:r>
          </w:p>
        </w:tc>
        <w:tc>
          <w:tcPr>
            <w:tcW w:w="699" w:type="pct"/>
            <w:vAlign w:val="center"/>
          </w:tcPr>
          <w:p w14:paraId="4F7CCF14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خطة التحسين</w:t>
            </w:r>
          </w:p>
        </w:tc>
      </w:tr>
      <w:tr w:rsidR="009117E3" w:rsidRPr="003902BA" w14:paraId="2F67C844" w14:textId="77777777" w:rsidTr="003902BA">
        <w:trPr>
          <w:jc w:val="center"/>
        </w:trPr>
        <w:tc>
          <w:tcPr>
            <w:tcW w:w="180" w:type="pct"/>
            <w:vAlign w:val="center"/>
          </w:tcPr>
          <w:p w14:paraId="4AA0650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٨</w:t>
            </w:r>
          </w:p>
        </w:tc>
        <w:tc>
          <w:tcPr>
            <w:tcW w:w="293" w:type="pct"/>
            <w:vAlign w:val="center"/>
          </w:tcPr>
          <w:p w14:paraId="065157C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الثالث</w:t>
            </w:r>
          </w:p>
        </w:tc>
        <w:tc>
          <w:tcPr>
            <w:tcW w:w="1098" w:type="pct"/>
            <w:vAlign w:val="center"/>
          </w:tcPr>
          <w:p w14:paraId="79A2272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قياس أثر برامج التوعية والتحفيز</w:t>
            </w:r>
          </w:p>
        </w:tc>
        <w:tc>
          <w:tcPr>
            <w:tcW w:w="814" w:type="pct"/>
            <w:vAlign w:val="center"/>
          </w:tcPr>
          <w:p w14:paraId="5CC57256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ناديه الجهني / نرجس عبدالعزيز</w:t>
            </w:r>
          </w:p>
        </w:tc>
        <w:tc>
          <w:tcPr>
            <w:tcW w:w="626" w:type="pct"/>
            <w:vAlign w:val="center"/>
          </w:tcPr>
          <w:p w14:paraId="1DC045A8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شعبان ١٤٤٨هـ</w:t>
            </w:r>
          </w:p>
        </w:tc>
        <w:tc>
          <w:tcPr>
            <w:tcW w:w="1041" w:type="pct"/>
            <w:vAlign w:val="center"/>
          </w:tcPr>
          <w:p w14:paraId="743CED88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مراجعة أثر البرامج على الانضباط</w:t>
            </w:r>
          </w:p>
        </w:tc>
        <w:tc>
          <w:tcPr>
            <w:tcW w:w="249" w:type="pct"/>
            <w:vAlign w:val="center"/>
          </w:tcPr>
          <w:p w14:paraId="607180C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7D6539CF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تقارير البرامج وقياس الأثر</w:t>
            </w:r>
          </w:p>
        </w:tc>
      </w:tr>
      <w:tr w:rsidR="009117E3" w:rsidRPr="003902BA" w14:paraId="5166415A" w14:textId="77777777" w:rsidTr="003902BA">
        <w:trPr>
          <w:jc w:val="center"/>
        </w:trPr>
        <w:tc>
          <w:tcPr>
            <w:tcW w:w="180" w:type="pct"/>
            <w:vAlign w:val="center"/>
          </w:tcPr>
          <w:p w14:paraId="3B7A9B2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٩</w:t>
            </w:r>
          </w:p>
        </w:tc>
        <w:tc>
          <w:tcPr>
            <w:tcW w:w="293" w:type="pct"/>
            <w:vAlign w:val="center"/>
          </w:tcPr>
          <w:p w14:paraId="699F7884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الثالث</w:t>
            </w:r>
          </w:p>
        </w:tc>
        <w:tc>
          <w:tcPr>
            <w:tcW w:w="1098" w:type="pct"/>
            <w:vAlign w:val="center"/>
          </w:tcPr>
          <w:p w14:paraId="25DF4D2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متابعة الحالات التي لم تتحسن</w:t>
            </w:r>
          </w:p>
        </w:tc>
        <w:tc>
          <w:tcPr>
            <w:tcW w:w="814" w:type="pct"/>
            <w:vAlign w:val="center"/>
          </w:tcPr>
          <w:p w14:paraId="029E910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ناديه الجهني</w:t>
            </w:r>
          </w:p>
        </w:tc>
        <w:tc>
          <w:tcPr>
            <w:tcW w:w="626" w:type="pct"/>
            <w:vAlign w:val="center"/>
          </w:tcPr>
          <w:p w14:paraId="182F840E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حسب الحالة</w:t>
            </w:r>
          </w:p>
        </w:tc>
        <w:tc>
          <w:tcPr>
            <w:tcW w:w="1041" w:type="pct"/>
            <w:vAlign w:val="center"/>
          </w:tcPr>
          <w:p w14:paraId="71E9C8E1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تعديل التدخلات ومواصلة المتابعة</w:t>
            </w:r>
          </w:p>
        </w:tc>
        <w:tc>
          <w:tcPr>
            <w:tcW w:w="249" w:type="pct"/>
            <w:vAlign w:val="center"/>
          </w:tcPr>
          <w:p w14:paraId="30CC4EA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مستمر</w:t>
            </w:r>
          </w:p>
        </w:tc>
        <w:tc>
          <w:tcPr>
            <w:tcW w:w="699" w:type="pct"/>
            <w:vAlign w:val="center"/>
          </w:tcPr>
          <w:p w14:paraId="28F17019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نماذج متابعة الحالات</w:t>
            </w:r>
          </w:p>
        </w:tc>
      </w:tr>
      <w:tr w:rsidR="009117E3" w:rsidRPr="003902BA" w14:paraId="61C863E4" w14:textId="77777777" w:rsidTr="003902BA">
        <w:trPr>
          <w:jc w:val="center"/>
        </w:trPr>
        <w:tc>
          <w:tcPr>
            <w:tcW w:w="180" w:type="pct"/>
            <w:vAlign w:val="center"/>
          </w:tcPr>
          <w:p w14:paraId="5AE60478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١٠</w:t>
            </w:r>
          </w:p>
        </w:tc>
        <w:tc>
          <w:tcPr>
            <w:tcW w:w="293" w:type="pct"/>
            <w:vAlign w:val="center"/>
          </w:tcPr>
          <w:p w14:paraId="45464337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الرابع</w:t>
            </w:r>
          </w:p>
        </w:tc>
        <w:tc>
          <w:tcPr>
            <w:tcW w:w="1098" w:type="pct"/>
            <w:vAlign w:val="center"/>
          </w:tcPr>
          <w:p w14:paraId="338D63B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تحليل النتائج الختامية للانضباط</w:t>
            </w:r>
          </w:p>
        </w:tc>
        <w:tc>
          <w:tcPr>
            <w:tcW w:w="814" w:type="pct"/>
            <w:vAlign w:val="center"/>
          </w:tcPr>
          <w:p w14:paraId="5237D31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عزة الحويطي / منه الميلبي</w:t>
            </w:r>
          </w:p>
        </w:tc>
        <w:tc>
          <w:tcPr>
            <w:tcW w:w="626" w:type="pct"/>
            <w:vAlign w:val="center"/>
          </w:tcPr>
          <w:p w14:paraId="42AA61F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ذو القعدة ١٤٤٨هـ</w:t>
            </w:r>
          </w:p>
        </w:tc>
        <w:tc>
          <w:tcPr>
            <w:tcW w:w="1041" w:type="pct"/>
            <w:vAlign w:val="center"/>
          </w:tcPr>
          <w:p w14:paraId="1D7C17B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مقارنة النتائج بالمؤشرات المستهدفة</w:t>
            </w:r>
          </w:p>
        </w:tc>
        <w:tc>
          <w:tcPr>
            <w:tcW w:w="249" w:type="pct"/>
            <w:vAlign w:val="center"/>
          </w:tcPr>
          <w:p w14:paraId="3CA5C388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3E4B1744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التقرير الختامي</w:t>
            </w:r>
          </w:p>
        </w:tc>
      </w:tr>
      <w:tr w:rsidR="009117E3" w:rsidRPr="003902BA" w14:paraId="0B0BBB65" w14:textId="77777777" w:rsidTr="003902BA">
        <w:trPr>
          <w:jc w:val="center"/>
        </w:trPr>
        <w:tc>
          <w:tcPr>
            <w:tcW w:w="180" w:type="pct"/>
            <w:vAlign w:val="center"/>
          </w:tcPr>
          <w:p w14:paraId="5FAD1A03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١١</w:t>
            </w:r>
          </w:p>
        </w:tc>
        <w:tc>
          <w:tcPr>
            <w:tcW w:w="293" w:type="pct"/>
            <w:vAlign w:val="center"/>
          </w:tcPr>
          <w:p w14:paraId="0ECBCC6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الرابع</w:t>
            </w:r>
          </w:p>
        </w:tc>
        <w:tc>
          <w:tcPr>
            <w:tcW w:w="1098" w:type="pct"/>
            <w:vAlign w:val="center"/>
          </w:tcPr>
          <w:p w14:paraId="3B6DEAD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استكمال الشواهد والتقارير</w:t>
            </w:r>
          </w:p>
        </w:tc>
        <w:tc>
          <w:tcPr>
            <w:tcW w:w="814" w:type="pct"/>
            <w:vAlign w:val="center"/>
          </w:tcPr>
          <w:p w14:paraId="02D7A01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منه الميلبي / ناديه الجهني</w:t>
            </w:r>
          </w:p>
        </w:tc>
        <w:tc>
          <w:tcPr>
            <w:tcW w:w="626" w:type="pct"/>
            <w:vAlign w:val="center"/>
          </w:tcPr>
          <w:p w14:paraId="25244AC0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ذو القعدة ١٤٤٨هـ</w:t>
            </w:r>
          </w:p>
        </w:tc>
        <w:tc>
          <w:tcPr>
            <w:tcW w:w="1041" w:type="pct"/>
            <w:vAlign w:val="center"/>
          </w:tcPr>
          <w:p w14:paraId="7C545F6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حصر وتنظيم شواهد التنفيذ</w:t>
            </w:r>
          </w:p>
        </w:tc>
        <w:tc>
          <w:tcPr>
            <w:tcW w:w="249" w:type="pct"/>
            <w:vAlign w:val="center"/>
          </w:tcPr>
          <w:p w14:paraId="4BDDA181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1089A1A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سجل الشواهد</w:t>
            </w:r>
          </w:p>
        </w:tc>
      </w:tr>
      <w:tr w:rsidR="009117E3" w:rsidRPr="003902BA" w14:paraId="357C56C1" w14:textId="77777777" w:rsidTr="003902BA">
        <w:trPr>
          <w:jc w:val="center"/>
        </w:trPr>
        <w:tc>
          <w:tcPr>
            <w:tcW w:w="180" w:type="pct"/>
            <w:vAlign w:val="center"/>
          </w:tcPr>
          <w:p w14:paraId="5C20D3DA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١٢</w:t>
            </w:r>
          </w:p>
        </w:tc>
        <w:tc>
          <w:tcPr>
            <w:tcW w:w="293" w:type="pct"/>
            <w:vAlign w:val="center"/>
          </w:tcPr>
          <w:p w14:paraId="726C3AF1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الرابع</w:t>
            </w:r>
          </w:p>
        </w:tc>
        <w:tc>
          <w:tcPr>
            <w:tcW w:w="1098" w:type="pct"/>
            <w:vAlign w:val="center"/>
          </w:tcPr>
          <w:p w14:paraId="3D1E2D35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اعتماد التوصيات التحسينية</w:t>
            </w:r>
          </w:p>
        </w:tc>
        <w:tc>
          <w:tcPr>
            <w:tcW w:w="814" w:type="pct"/>
            <w:vAlign w:val="center"/>
          </w:tcPr>
          <w:p w14:paraId="49B91542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عزة الحويطي</w:t>
            </w:r>
          </w:p>
        </w:tc>
        <w:tc>
          <w:tcPr>
            <w:tcW w:w="626" w:type="pct"/>
            <w:vAlign w:val="center"/>
          </w:tcPr>
          <w:p w14:paraId="5C7157FF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نهاية العام</w:t>
            </w:r>
          </w:p>
        </w:tc>
        <w:tc>
          <w:tcPr>
            <w:tcW w:w="1041" w:type="pct"/>
            <w:vAlign w:val="center"/>
          </w:tcPr>
          <w:p w14:paraId="0349B55F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اعتماد التوصيات للاستمرار والتحسين</w:t>
            </w:r>
          </w:p>
        </w:tc>
        <w:tc>
          <w:tcPr>
            <w:tcW w:w="249" w:type="pct"/>
            <w:vAlign w:val="center"/>
          </w:tcPr>
          <w:p w14:paraId="3DBFA7EC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تم</w:t>
            </w:r>
          </w:p>
        </w:tc>
        <w:tc>
          <w:tcPr>
            <w:tcW w:w="699" w:type="pct"/>
            <w:vAlign w:val="center"/>
          </w:tcPr>
          <w:p w14:paraId="7C99DB3B" w14:textId="77777777" w:rsidR="009117E3" w:rsidRPr="003902BA" w:rsidRDefault="00787C0B" w:rsidP="004D6DAE">
            <w:pPr>
              <w:bidi/>
              <w:rPr>
                <w:sz w:val="20"/>
                <w:szCs w:val="20"/>
              </w:rPr>
            </w:pPr>
            <w:r w:rsidRPr="003902BA">
              <w:rPr>
                <w:sz w:val="20"/>
                <w:szCs w:val="20"/>
              </w:rPr>
              <w:t>التوصيات المعتمدة</w:t>
            </w:r>
          </w:p>
        </w:tc>
      </w:tr>
    </w:tbl>
    <w:p w14:paraId="7E18E860" w14:textId="77777777" w:rsidR="009117E3" w:rsidRDefault="00787C0B" w:rsidP="004D6DAE">
      <w:pPr>
        <w:bidi/>
      </w:pPr>
      <w:r>
        <w:rPr>
          <w:b/>
          <w:sz w:val="32"/>
        </w:rPr>
        <w:t>ثامناً: الشواهد والمرفقات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68"/>
        <w:gridCol w:w="3909"/>
        <w:gridCol w:w="1385"/>
        <w:gridCol w:w="2732"/>
        <w:gridCol w:w="2162"/>
      </w:tblGrid>
      <w:tr w:rsidR="009117E3" w:rsidRPr="00B617FE" w14:paraId="61223E85" w14:textId="77777777" w:rsidTr="009A000B">
        <w:trPr>
          <w:jc w:val="center"/>
        </w:trPr>
        <w:tc>
          <w:tcPr>
            <w:tcW w:w="264" w:type="pct"/>
            <w:shd w:val="clear" w:color="auto" w:fill="D9EAD3"/>
            <w:vAlign w:val="center"/>
          </w:tcPr>
          <w:p w14:paraId="1C97A8E8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rFonts w:cs="Arial"/>
                <w:b/>
                <w:sz w:val="24"/>
                <w:szCs w:val="24"/>
              </w:rPr>
              <w:t>م</w:t>
            </w:r>
          </w:p>
        </w:tc>
        <w:tc>
          <w:tcPr>
            <w:tcW w:w="1817" w:type="pct"/>
            <w:shd w:val="clear" w:color="auto" w:fill="D9EAD3"/>
            <w:vAlign w:val="center"/>
          </w:tcPr>
          <w:p w14:paraId="013793B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rFonts w:cs="Arial"/>
                <w:b/>
                <w:sz w:val="24"/>
                <w:szCs w:val="24"/>
              </w:rPr>
              <w:t>الشاهد / المرفق</w:t>
            </w:r>
          </w:p>
        </w:tc>
        <w:tc>
          <w:tcPr>
            <w:tcW w:w="644" w:type="pct"/>
            <w:shd w:val="clear" w:color="auto" w:fill="D9EAD3"/>
            <w:vAlign w:val="center"/>
          </w:tcPr>
          <w:p w14:paraId="4C29A4BF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rFonts w:cs="Arial"/>
                <w:b/>
                <w:sz w:val="24"/>
                <w:szCs w:val="24"/>
              </w:rPr>
              <w:t>الفترة</w:t>
            </w:r>
          </w:p>
        </w:tc>
        <w:tc>
          <w:tcPr>
            <w:tcW w:w="1270" w:type="pct"/>
            <w:shd w:val="clear" w:color="auto" w:fill="D9EAD3"/>
            <w:vAlign w:val="center"/>
          </w:tcPr>
          <w:p w14:paraId="74A21D1C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rFonts w:cs="Arial"/>
                <w:b/>
                <w:sz w:val="24"/>
                <w:szCs w:val="24"/>
              </w:rPr>
              <w:t>المسؤولة عن الحفظ</w:t>
            </w:r>
          </w:p>
        </w:tc>
        <w:tc>
          <w:tcPr>
            <w:tcW w:w="1005" w:type="pct"/>
            <w:shd w:val="clear" w:color="auto" w:fill="D9EAD3"/>
            <w:vAlign w:val="center"/>
          </w:tcPr>
          <w:p w14:paraId="0A43ABCB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rFonts w:cs="Arial"/>
                <w:b/>
                <w:sz w:val="24"/>
                <w:szCs w:val="24"/>
              </w:rPr>
              <w:t>ملاحظات</w:t>
            </w:r>
          </w:p>
        </w:tc>
      </w:tr>
      <w:tr w:rsidR="009117E3" w:rsidRPr="00B617FE" w14:paraId="29F5BCA2" w14:textId="77777777" w:rsidTr="009A000B">
        <w:trPr>
          <w:jc w:val="center"/>
        </w:trPr>
        <w:tc>
          <w:tcPr>
            <w:tcW w:w="264" w:type="pct"/>
            <w:vAlign w:val="center"/>
          </w:tcPr>
          <w:p w14:paraId="79C561DC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١</w:t>
            </w:r>
          </w:p>
        </w:tc>
        <w:tc>
          <w:tcPr>
            <w:tcW w:w="1817" w:type="pct"/>
            <w:vAlign w:val="center"/>
          </w:tcPr>
          <w:p w14:paraId="2448243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خطة الانضباط المدرسي المعتمدة</w:t>
            </w:r>
          </w:p>
        </w:tc>
        <w:tc>
          <w:tcPr>
            <w:tcW w:w="644" w:type="pct"/>
            <w:vAlign w:val="center"/>
          </w:tcPr>
          <w:p w14:paraId="7EA13B99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بداية العام</w:t>
            </w:r>
          </w:p>
        </w:tc>
        <w:tc>
          <w:tcPr>
            <w:tcW w:w="1270" w:type="pct"/>
            <w:vAlign w:val="center"/>
          </w:tcPr>
          <w:p w14:paraId="0A784795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الإدارة المدرسية</w:t>
            </w:r>
          </w:p>
        </w:tc>
        <w:tc>
          <w:tcPr>
            <w:tcW w:w="1005" w:type="pct"/>
            <w:vAlign w:val="center"/>
          </w:tcPr>
          <w:p w14:paraId="435EE14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محفوظة ضمن الملف</w:t>
            </w:r>
          </w:p>
        </w:tc>
      </w:tr>
      <w:tr w:rsidR="009117E3" w:rsidRPr="00B617FE" w14:paraId="3C35AE0D" w14:textId="77777777" w:rsidTr="009A000B">
        <w:trPr>
          <w:jc w:val="center"/>
        </w:trPr>
        <w:tc>
          <w:tcPr>
            <w:tcW w:w="264" w:type="pct"/>
            <w:vAlign w:val="center"/>
          </w:tcPr>
          <w:p w14:paraId="53526A24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٢</w:t>
            </w:r>
          </w:p>
        </w:tc>
        <w:tc>
          <w:tcPr>
            <w:tcW w:w="1817" w:type="pct"/>
            <w:vAlign w:val="center"/>
          </w:tcPr>
          <w:p w14:paraId="1BBED85F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محاضر الاجتماعات الأربعة وتوقيعات الأعضاء</w:t>
            </w:r>
          </w:p>
        </w:tc>
        <w:tc>
          <w:tcPr>
            <w:tcW w:w="644" w:type="pct"/>
            <w:vAlign w:val="center"/>
          </w:tcPr>
          <w:p w14:paraId="037F809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خلال العام</w:t>
            </w:r>
          </w:p>
        </w:tc>
        <w:tc>
          <w:tcPr>
            <w:tcW w:w="1270" w:type="pct"/>
            <w:vAlign w:val="center"/>
          </w:tcPr>
          <w:p w14:paraId="4D73FC2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الإدارة المدرسية</w:t>
            </w:r>
          </w:p>
        </w:tc>
        <w:tc>
          <w:tcPr>
            <w:tcW w:w="1005" w:type="pct"/>
            <w:vAlign w:val="center"/>
          </w:tcPr>
          <w:p w14:paraId="759DA7A7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مكتملة</w:t>
            </w:r>
          </w:p>
        </w:tc>
      </w:tr>
      <w:tr w:rsidR="009117E3" w:rsidRPr="00B617FE" w14:paraId="454F4F25" w14:textId="77777777" w:rsidTr="009A000B">
        <w:trPr>
          <w:jc w:val="center"/>
        </w:trPr>
        <w:tc>
          <w:tcPr>
            <w:tcW w:w="264" w:type="pct"/>
            <w:vAlign w:val="center"/>
          </w:tcPr>
          <w:p w14:paraId="7262F047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٣</w:t>
            </w:r>
          </w:p>
        </w:tc>
        <w:tc>
          <w:tcPr>
            <w:tcW w:w="1817" w:type="pct"/>
            <w:vAlign w:val="center"/>
          </w:tcPr>
          <w:p w14:paraId="58A8BF8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سجلات الحضور والغياب والتأخر</w:t>
            </w:r>
          </w:p>
        </w:tc>
        <w:tc>
          <w:tcPr>
            <w:tcW w:w="644" w:type="pct"/>
            <w:vAlign w:val="center"/>
          </w:tcPr>
          <w:p w14:paraId="5CC8F29D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يوميًا</w:t>
            </w:r>
          </w:p>
        </w:tc>
        <w:tc>
          <w:tcPr>
            <w:tcW w:w="1270" w:type="pct"/>
            <w:vAlign w:val="center"/>
          </w:tcPr>
          <w:p w14:paraId="241056F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منه الميلبي</w:t>
            </w:r>
          </w:p>
        </w:tc>
        <w:tc>
          <w:tcPr>
            <w:tcW w:w="1005" w:type="pct"/>
            <w:vAlign w:val="center"/>
          </w:tcPr>
          <w:p w14:paraId="21E4103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تحدث باستمرار</w:t>
            </w:r>
          </w:p>
        </w:tc>
      </w:tr>
      <w:tr w:rsidR="009117E3" w:rsidRPr="00B617FE" w14:paraId="55C360C0" w14:textId="77777777" w:rsidTr="009A000B">
        <w:trPr>
          <w:jc w:val="center"/>
        </w:trPr>
        <w:tc>
          <w:tcPr>
            <w:tcW w:w="264" w:type="pct"/>
            <w:vAlign w:val="center"/>
          </w:tcPr>
          <w:p w14:paraId="0E9C22A0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٤</w:t>
            </w:r>
          </w:p>
        </w:tc>
        <w:tc>
          <w:tcPr>
            <w:tcW w:w="1817" w:type="pct"/>
            <w:vAlign w:val="center"/>
          </w:tcPr>
          <w:p w14:paraId="16E901FC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سجل التواصل مع أولياء الأمور</w:t>
            </w:r>
          </w:p>
        </w:tc>
        <w:tc>
          <w:tcPr>
            <w:tcW w:w="644" w:type="pct"/>
            <w:vAlign w:val="center"/>
          </w:tcPr>
          <w:p w14:paraId="03FDDA52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حسب الحالات</w:t>
            </w:r>
          </w:p>
        </w:tc>
        <w:tc>
          <w:tcPr>
            <w:tcW w:w="1270" w:type="pct"/>
            <w:vAlign w:val="center"/>
          </w:tcPr>
          <w:p w14:paraId="3CAD30FD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ناديه الجهني</w:t>
            </w:r>
          </w:p>
        </w:tc>
        <w:tc>
          <w:tcPr>
            <w:tcW w:w="1005" w:type="pct"/>
            <w:vAlign w:val="center"/>
          </w:tcPr>
          <w:p w14:paraId="5B3D3266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يرفق ما يثبت التواصل</w:t>
            </w:r>
          </w:p>
        </w:tc>
      </w:tr>
      <w:tr w:rsidR="009117E3" w:rsidRPr="00B617FE" w14:paraId="11D3838B" w14:textId="77777777" w:rsidTr="009A000B">
        <w:trPr>
          <w:jc w:val="center"/>
        </w:trPr>
        <w:tc>
          <w:tcPr>
            <w:tcW w:w="264" w:type="pct"/>
            <w:vAlign w:val="center"/>
          </w:tcPr>
          <w:p w14:paraId="43637C98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٥</w:t>
            </w:r>
          </w:p>
        </w:tc>
        <w:tc>
          <w:tcPr>
            <w:tcW w:w="1817" w:type="pct"/>
            <w:vAlign w:val="center"/>
          </w:tcPr>
          <w:p w14:paraId="5AAF9AB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نماذج متابعة الحالات المتكررة</w:t>
            </w:r>
          </w:p>
        </w:tc>
        <w:tc>
          <w:tcPr>
            <w:tcW w:w="644" w:type="pct"/>
            <w:vAlign w:val="center"/>
          </w:tcPr>
          <w:p w14:paraId="1DCEA9CF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حسب الحاجة</w:t>
            </w:r>
          </w:p>
        </w:tc>
        <w:tc>
          <w:tcPr>
            <w:tcW w:w="1270" w:type="pct"/>
            <w:vAlign w:val="center"/>
          </w:tcPr>
          <w:p w14:paraId="1C55297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ناديه الجهني</w:t>
            </w:r>
          </w:p>
        </w:tc>
        <w:tc>
          <w:tcPr>
            <w:tcW w:w="1005" w:type="pct"/>
            <w:vAlign w:val="center"/>
          </w:tcPr>
          <w:p w14:paraId="0A239338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ترفق بالحالة</w:t>
            </w:r>
          </w:p>
        </w:tc>
      </w:tr>
      <w:tr w:rsidR="009117E3" w:rsidRPr="00B617FE" w14:paraId="45BA547C" w14:textId="77777777" w:rsidTr="009A000B">
        <w:trPr>
          <w:jc w:val="center"/>
        </w:trPr>
        <w:tc>
          <w:tcPr>
            <w:tcW w:w="264" w:type="pct"/>
            <w:vAlign w:val="center"/>
          </w:tcPr>
          <w:p w14:paraId="7A6A27CF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٦</w:t>
            </w:r>
          </w:p>
        </w:tc>
        <w:tc>
          <w:tcPr>
            <w:tcW w:w="1817" w:type="pct"/>
            <w:vAlign w:val="center"/>
          </w:tcPr>
          <w:p w14:paraId="558638DE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سجل المخالفات والإجراءات التربوية</w:t>
            </w:r>
          </w:p>
        </w:tc>
        <w:tc>
          <w:tcPr>
            <w:tcW w:w="644" w:type="pct"/>
            <w:vAlign w:val="center"/>
          </w:tcPr>
          <w:p w14:paraId="1940827B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حسب الحالات</w:t>
            </w:r>
          </w:p>
        </w:tc>
        <w:tc>
          <w:tcPr>
            <w:tcW w:w="1270" w:type="pct"/>
            <w:vAlign w:val="center"/>
          </w:tcPr>
          <w:p w14:paraId="5ADA566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الموجهة الطلابية</w:t>
            </w:r>
          </w:p>
        </w:tc>
        <w:tc>
          <w:tcPr>
            <w:tcW w:w="1005" w:type="pct"/>
            <w:vAlign w:val="center"/>
          </w:tcPr>
          <w:p w14:paraId="05310C87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وفق الحالات المسجلة</w:t>
            </w:r>
          </w:p>
        </w:tc>
      </w:tr>
      <w:tr w:rsidR="009117E3" w:rsidRPr="00B617FE" w14:paraId="7C7133D9" w14:textId="77777777" w:rsidTr="009A000B">
        <w:trPr>
          <w:jc w:val="center"/>
        </w:trPr>
        <w:tc>
          <w:tcPr>
            <w:tcW w:w="264" w:type="pct"/>
            <w:vAlign w:val="center"/>
          </w:tcPr>
          <w:p w14:paraId="1847F0C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٧</w:t>
            </w:r>
          </w:p>
        </w:tc>
        <w:tc>
          <w:tcPr>
            <w:tcW w:w="1817" w:type="pct"/>
            <w:vAlign w:val="center"/>
          </w:tcPr>
          <w:p w14:paraId="1AED43C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تقارير برامج التوعية والتحفيز</w:t>
            </w:r>
          </w:p>
        </w:tc>
        <w:tc>
          <w:tcPr>
            <w:tcW w:w="644" w:type="pct"/>
            <w:vAlign w:val="center"/>
          </w:tcPr>
          <w:p w14:paraId="1B4D432B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شهريًا / فصليًا</w:t>
            </w:r>
          </w:p>
        </w:tc>
        <w:tc>
          <w:tcPr>
            <w:tcW w:w="1270" w:type="pct"/>
            <w:vAlign w:val="center"/>
          </w:tcPr>
          <w:p w14:paraId="7E168C5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ناديه الجهني / نرجس عبدالعزيز</w:t>
            </w:r>
          </w:p>
        </w:tc>
        <w:tc>
          <w:tcPr>
            <w:tcW w:w="1005" w:type="pct"/>
            <w:vAlign w:val="center"/>
          </w:tcPr>
          <w:p w14:paraId="421360B1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صور وتقارير وشواهد</w:t>
            </w:r>
          </w:p>
        </w:tc>
      </w:tr>
      <w:tr w:rsidR="009117E3" w:rsidRPr="00B617FE" w14:paraId="00687270" w14:textId="77777777" w:rsidTr="009A000B">
        <w:trPr>
          <w:jc w:val="center"/>
        </w:trPr>
        <w:tc>
          <w:tcPr>
            <w:tcW w:w="264" w:type="pct"/>
            <w:vAlign w:val="center"/>
          </w:tcPr>
          <w:p w14:paraId="1DDF0BF6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٨</w:t>
            </w:r>
          </w:p>
        </w:tc>
        <w:tc>
          <w:tcPr>
            <w:tcW w:w="1817" w:type="pct"/>
            <w:vAlign w:val="center"/>
          </w:tcPr>
          <w:p w14:paraId="10DAA71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تحليل مؤشرات الحضور والانضباط</w:t>
            </w:r>
          </w:p>
        </w:tc>
        <w:tc>
          <w:tcPr>
            <w:tcW w:w="644" w:type="pct"/>
            <w:vAlign w:val="center"/>
          </w:tcPr>
          <w:p w14:paraId="2F483B0D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شهريًا / فصليًا</w:t>
            </w:r>
          </w:p>
        </w:tc>
        <w:tc>
          <w:tcPr>
            <w:tcW w:w="1270" w:type="pct"/>
            <w:vAlign w:val="center"/>
          </w:tcPr>
          <w:p w14:paraId="010E2F94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منه الميلبي</w:t>
            </w:r>
          </w:p>
        </w:tc>
        <w:tc>
          <w:tcPr>
            <w:tcW w:w="1005" w:type="pct"/>
            <w:vAlign w:val="center"/>
          </w:tcPr>
          <w:p w14:paraId="1843E9AE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للمقارنة وقياس التحسن</w:t>
            </w:r>
          </w:p>
        </w:tc>
      </w:tr>
      <w:tr w:rsidR="009117E3" w:rsidRPr="00B617FE" w14:paraId="2627374E" w14:textId="77777777" w:rsidTr="009A000B">
        <w:trPr>
          <w:jc w:val="center"/>
        </w:trPr>
        <w:tc>
          <w:tcPr>
            <w:tcW w:w="264" w:type="pct"/>
            <w:vAlign w:val="center"/>
          </w:tcPr>
          <w:p w14:paraId="41FAD079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٩</w:t>
            </w:r>
          </w:p>
        </w:tc>
        <w:tc>
          <w:tcPr>
            <w:tcW w:w="1817" w:type="pct"/>
            <w:vAlign w:val="center"/>
          </w:tcPr>
          <w:p w14:paraId="4E1C805F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خطة التحسين وقياس الأثر</w:t>
            </w:r>
          </w:p>
        </w:tc>
        <w:tc>
          <w:tcPr>
            <w:tcW w:w="644" w:type="pct"/>
            <w:vAlign w:val="center"/>
          </w:tcPr>
          <w:p w14:paraId="367594D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بعد التحليل</w:t>
            </w:r>
          </w:p>
        </w:tc>
        <w:tc>
          <w:tcPr>
            <w:tcW w:w="1270" w:type="pct"/>
            <w:vAlign w:val="center"/>
          </w:tcPr>
          <w:p w14:paraId="57DC4EF4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فريق المتابعة</w:t>
            </w:r>
          </w:p>
        </w:tc>
        <w:tc>
          <w:tcPr>
            <w:tcW w:w="1005" w:type="pct"/>
            <w:vAlign w:val="center"/>
          </w:tcPr>
          <w:p w14:paraId="39CDC5BA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مرتبطة بنتائج المؤشرات</w:t>
            </w:r>
          </w:p>
        </w:tc>
      </w:tr>
      <w:tr w:rsidR="009117E3" w:rsidRPr="00B617FE" w14:paraId="0D00351E" w14:textId="77777777" w:rsidTr="009A000B">
        <w:trPr>
          <w:jc w:val="center"/>
        </w:trPr>
        <w:tc>
          <w:tcPr>
            <w:tcW w:w="264" w:type="pct"/>
            <w:vAlign w:val="center"/>
          </w:tcPr>
          <w:p w14:paraId="498170CB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١٠</w:t>
            </w:r>
          </w:p>
        </w:tc>
        <w:tc>
          <w:tcPr>
            <w:tcW w:w="1817" w:type="pct"/>
            <w:vAlign w:val="center"/>
          </w:tcPr>
          <w:p w14:paraId="05D1043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التقرير الختامي والتوصيات</w:t>
            </w:r>
          </w:p>
        </w:tc>
        <w:tc>
          <w:tcPr>
            <w:tcW w:w="644" w:type="pct"/>
            <w:vAlign w:val="center"/>
          </w:tcPr>
          <w:p w14:paraId="3E9AD3F2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نهاية العام</w:t>
            </w:r>
          </w:p>
        </w:tc>
        <w:tc>
          <w:tcPr>
            <w:tcW w:w="1270" w:type="pct"/>
            <w:vAlign w:val="center"/>
          </w:tcPr>
          <w:p w14:paraId="54C1C653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مديرة المدرسة</w:t>
            </w:r>
          </w:p>
        </w:tc>
        <w:tc>
          <w:tcPr>
            <w:tcW w:w="1005" w:type="pct"/>
            <w:vAlign w:val="center"/>
          </w:tcPr>
          <w:p w14:paraId="28E24F12" w14:textId="77777777" w:rsidR="009117E3" w:rsidRPr="00B617FE" w:rsidRDefault="00787C0B" w:rsidP="004D6DAE">
            <w:pPr>
              <w:bidi/>
              <w:rPr>
                <w:sz w:val="24"/>
                <w:szCs w:val="24"/>
              </w:rPr>
            </w:pPr>
            <w:r w:rsidRPr="00B617FE">
              <w:rPr>
                <w:sz w:val="24"/>
                <w:szCs w:val="24"/>
              </w:rPr>
              <w:t>يعتمد في نهاية العام</w:t>
            </w:r>
          </w:p>
        </w:tc>
      </w:tr>
    </w:tbl>
    <w:p w14:paraId="5C026FA0" w14:textId="77777777" w:rsidR="009117E3" w:rsidRDefault="00787C0B" w:rsidP="004D6DAE">
      <w:r>
        <w:br w:type="page"/>
      </w:r>
    </w:p>
    <w:p w14:paraId="64814203" w14:textId="77777777" w:rsidR="009117E3" w:rsidRDefault="00787C0B" w:rsidP="004D6DAE">
      <w:pPr>
        <w:bidi/>
      </w:pPr>
      <w:r>
        <w:rPr>
          <w:b/>
          <w:sz w:val="32"/>
        </w:rPr>
        <w:lastRenderedPageBreak/>
        <w:t>تاسعاً: مؤشرات الأداء وقياس الأثر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17"/>
        <w:gridCol w:w="3418"/>
        <w:gridCol w:w="1424"/>
        <w:gridCol w:w="2401"/>
        <w:gridCol w:w="1015"/>
        <w:gridCol w:w="1981"/>
      </w:tblGrid>
      <w:tr w:rsidR="009117E3" w:rsidRPr="00EF36CD" w14:paraId="5A75C21C" w14:textId="77777777" w:rsidTr="000E214E">
        <w:trPr>
          <w:jc w:val="center"/>
        </w:trPr>
        <w:tc>
          <w:tcPr>
            <w:tcW w:w="240" w:type="pct"/>
            <w:shd w:val="clear" w:color="auto" w:fill="D9EAD3"/>
            <w:vAlign w:val="center"/>
          </w:tcPr>
          <w:p w14:paraId="4DCE54B7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م</w:t>
            </w:r>
          </w:p>
        </w:tc>
        <w:tc>
          <w:tcPr>
            <w:tcW w:w="1589" w:type="pct"/>
            <w:shd w:val="clear" w:color="auto" w:fill="D9EAD3"/>
            <w:vAlign w:val="center"/>
          </w:tcPr>
          <w:p w14:paraId="7F94D255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المؤشر</w:t>
            </w:r>
          </w:p>
        </w:tc>
        <w:tc>
          <w:tcPr>
            <w:tcW w:w="662" w:type="pct"/>
            <w:shd w:val="clear" w:color="auto" w:fill="D9EAD3"/>
            <w:vAlign w:val="center"/>
          </w:tcPr>
          <w:p w14:paraId="0B560FA0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المستهدف</w:t>
            </w:r>
          </w:p>
        </w:tc>
        <w:tc>
          <w:tcPr>
            <w:tcW w:w="1116" w:type="pct"/>
            <w:shd w:val="clear" w:color="auto" w:fill="D9EAD3"/>
            <w:vAlign w:val="center"/>
          </w:tcPr>
          <w:p w14:paraId="7FA233A1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أداة القياس</w:t>
            </w:r>
          </w:p>
        </w:tc>
        <w:tc>
          <w:tcPr>
            <w:tcW w:w="472" w:type="pct"/>
            <w:shd w:val="clear" w:color="auto" w:fill="D9EAD3"/>
            <w:vAlign w:val="center"/>
          </w:tcPr>
          <w:p w14:paraId="0CA3A4C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النتيجة</w:t>
            </w:r>
          </w:p>
        </w:tc>
        <w:tc>
          <w:tcPr>
            <w:tcW w:w="922" w:type="pct"/>
            <w:shd w:val="clear" w:color="auto" w:fill="D9EAD3"/>
            <w:vAlign w:val="center"/>
          </w:tcPr>
          <w:p w14:paraId="7CF4E803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  <w:b/>
              </w:rPr>
              <w:t>الإجراء التحسيني</w:t>
            </w:r>
          </w:p>
        </w:tc>
      </w:tr>
      <w:tr w:rsidR="009117E3" w:rsidRPr="00EF36CD" w14:paraId="7177278F" w14:textId="77777777" w:rsidTr="000E214E">
        <w:trPr>
          <w:jc w:val="center"/>
        </w:trPr>
        <w:tc>
          <w:tcPr>
            <w:tcW w:w="240" w:type="pct"/>
            <w:vAlign w:val="center"/>
          </w:tcPr>
          <w:p w14:paraId="72A4922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١</w:t>
            </w:r>
          </w:p>
        </w:tc>
        <w:tc>
          <w:tcPr>
            <w:tcW w:w="1589" w:type="pct"/>
            <w:vAlign w:val="center"/>
          </w:tcPr>
          <w:p w14:paraId="2E879DD0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نسبة الحضور</w:t>
            </w:r>
          </w:p>
        </w:tc>
        <w:tc>
          <w:tcPr>
            <w:tcW w:w="662" w:type="pct"/>
            <w:vAlign w:val="center"/>
          </w:tcPr>
          <w:p w14:paraId="23BDFE85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٩٥٪ فأعلى</w:t>
            </w:r>
          </w:p>
        </w:tc>
        <w:tc>
          <w:tcPr>
            <w:tcW w:w="1116" w:type="pct"/>
            <w:vAlign w:val="center"/>
          </w:tcPr>
          <w:p w14:paraId="4AD9F282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سجلات الحضور والغياب</w:t>
            </w:r>
          </w:p>
        </w:tc>
        <w:tc>
          <w:tcPr>
            <w:tcW w:w="472" w:type="pct"/>
            <w:vAlign w:val="center"/>
          </w:tcPr>
          <w:p w14:paraId="263935ED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7BD6909F" w14:textId="77777777" w:rsidR="009117E3" w:rsidRPr="00EF36CD" w:rsidRDefault="009117E3" w:rsidP="004D6DAE">
            <w:pPr>
              <w:bidi/>
            </w:pPr>
          </w:p>
        </w:tc>
      </w:tr>
      <w:tr w:rsidR="009117E3" w:rsidRPr="00EF36CD" w14:paraId="423EF749" w14:textId="77777777" w:rsidTr="000E214E">
        <w:trPr>
          <w:jc w:val="center"/>
        </w:trPr>
        <w:tc>
          <w:tcPr>
            <w:tcW w:w="240" w:type="pct"/>
            <w:vAlign w:val="center"/>
          </w:tcPr>
          <w:p w14:paraId="0335864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٢</w:t>
            </w:r>
          </w:p>
        </w:tc>
        <w:tc>
          <w:tcPr>
            <w:tcW w:w="1589" w:type="pct"/>
            <w:vAlign w:val="center"/>
          </w:tcPr>
          <w:p w14:paraId="376CDF81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انخفاض الغياب غير المبرر</w:t>
            </w:r>
          </w:p>
        </w:tc>
        <w:tc>
          <w:tcPr>
            <w:tcW w:w="662" w:type="pct"/>
            <w:vAlign w:val="center"/>
          </w:tcPr>
          <w:p w14:paraId="66C73AEB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تحسن مستمر</w:t>
            </w:r>
          </w:p>
        </w:tc>
        <w:tc>
          <w:tcPr>
            <w:tcW w:w="1116" w:type="pct"/>
            <w:vAlign w:val="center"/>
          </w:tcPr>
          <w:p w14:paraId="042C3F2A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تحليل بيانات الغياب</w:t>
            </w:r>
          </w:p>
        </w:tc>
        <w:tc>
          <w:tcPr>
            <w:tcW w:w="472" w:type="pct"/>
            <w:vAlign w:val="center"/>
          </w:tcPr>
          <w:p w14:paraId="307FD00D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325D597E" w14:textId="77777777" w:rsidR="009117E3" w:rsidRPr="00EF36CD" w:rsidRDefault="009117E3" w:rsidP="004D6DAE">
            <w:pPr>
              <w:bidi/>
            </w:pPr>
          </w:p>
        </w:tc>
      </w:tr>
      <w:tr w:rsidR="009117E3" w:rsidRPr="00EF36CD" w14:paraId="180AAD47" w14:textId="77777777" w:rsidTr="000E214E">
        <w:trPr>
          <w:jc w:val="center"/>
        </w:trPr>
        <w:tc>
          <w:tcPr>
            <w:tcW w:w="240" w:type="pct"/>
            <w:vAlign w:val="center"/>
          </w:tcPr>
          <w:p w14:paraId="04A1946C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٣</w:t>
            </w:r>
          </w:p>
        </w:tc>
        <w:tc>
          <w:tcPr>
            <w:tcW w:w="1589" w:type="pct"/>
            <w:vAlign w:val="center"/>
          </w:tcPr>
          <w:p w14:paraId="45C7B219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انخفاض التأخر الصباحي</w:t>
            </w:r>
          </w:p>
        </w:tc>
        <w:tc>
          <w:tcPr>
            <w:tcW w:w="662" w:type="pct"/>
            <w:vAlign w:val="center"/>
          </w:tcPr>
          <w:p w14:paraId="19085222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تحسن مستمر</w:t>
            </w:r>
          </w:p>
        </w:tc>
        <w:tc>
          <w:tcPr>
            <w:tcW w:w="1116" w:type="pct"/>
            <w:vAlign w:val="center"/>
          </w:tcPr>
          <w:p w14:paraId="6F43AF27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سجل التأخر</w:t>
            </w:r>
          </w:p>
        </w:tc>
        <w:tc>
          <w:tcPr>
            <w:tcW w:w="472" w:type="pct"/>
            <w:vAlign w:val="center"/>
          </w:tcPr>
          <w:p w14:paraId="12A34BFA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1DA68360" w14:textId="77777777" w:rsidR="009117E3" w:rsidRPr="00EF36CD" w:rsidRDefault="009117E3" w:rsidP="004D6DAE">
            <w:pPr>
              <w:bidi/>
            </w:pPr>
          </w:p>
        </w:tc>
      </w:tr>
      <w:tr w:rsidR="009117E3" w:rsidRPr="00EF36CD" w14:paraId="6A3F7EDD" w14:textId="77777777" w:rsidTr="000E214E">
        <w:trPr>
          <w:jc w:val="center"/>
        </w:trPr>
        <w:tc>
          <w:tcPr>
            <w:tcW w:w="240" w:type="pct"/>
            <w:vAlign w:val="center"/>
          </w:tcPr>
          <w:p w14:paraId="6CA6477E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٤</w:t>
            </w:r>
          </w:p>
        </w:tc>
        <w:tc>
          <w:tcPr>
            <w:tcW w:w="1589" w:type="pct"/>
            <w:vAlign w:val="center"/>
          </w:tcPr>
          <w:p w14:paraId="4211B0A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متابعة الحالات المتكررة</w:t>
            </w:r>
          </w:p>
        </w:tc>
        <w:tc>
          <w:tcPr>
            <w:tcW w:w="662" w:type="pct"/>
            <w:vAlign w:val="center"/>
          </w:tcPr>
          <w:p w14:paraId="3BB29E28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١٠٠٪</w:t>
            </w:r>
          </w:p>
        </w:tc>
        <w:tc>
          <w:tcPr>
            <w:tcW w:w="1116" w:type="pct"/>
            <w:vAlign w:val="center"/>
          </w:tcPr>
          <w:p w14:paraId="4E6A33CE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نماذج المتابعة</w:t>
            </w:r>
          </w:p>
        </w:tc>
        <w:tc>
          <w:tcPr>
            <w:tcW w:w="472" w:type="pct"/>
            <w:vAlign w:val="center"/>
          </w:tcPr>
          <w:p w14:paraId="5B52466B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7E6455E0" w14:textId="77777777" w:rsidR="009117E3" w:rsidRPr="00EF36CD" w:rsidRDefault="009117E3" w:rsidP="004D6DAE">
            <w:pPr>
              <w:bidi/>
            </w:pPr>
          </w:p>
        </w:tc>
      </w:tr>
      <w:tr w:rsidR="009117E3" w:rsidRPr="00EF36CD" w14:paraId="349FC717" w14:textId="77777777" w:rsidTr="000E214E">
        <w:trPr>
          <w:jc w:val="center"/>
        </w:trPr>
        <w:tc>
          <w:tcPr>
            <w:tcW w:w="240" w:type="pct"/>
            <w:vAlign w:val="center"/>
          </w:tcPr>
          <w:p w14:paraId="20F2D44E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٥</w:t>
            </w:r>
          </w:p>
        </w:tc>
        <w:tc>
          <w:tcPr>
            <w:tcW w:w="1589" w:type="pct"/>
            <w:vAlign w:val="center"/>
          </w:tcPr>
          <w:p w14:paraId="1EC77D05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إشعار أولياء الأمور للحالات المستهدفة</w:t>
            </w:r>
          </w:p>
        </w:tc>
        <w:tc>
          <w:tcPr>
            <w:tcW w:w="662" w:type="pct"/>
            <w:vAlign w:val="center"/>
          </w:tcPr>
          <w:p w14:paraId="6613E3A2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١٠٠٪</w:t>
            </w:r>
          </w:p>
        </w:tc>
        <w:tc>
          <w:tcPr>
            <w:tcW w:w="1116" w:type="pct"/>
            <w:vAlign w:val="center"/>
          </w:tcPr>
          <w:p w14:paraId="2410AE3F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سجل التواصل</w:t>
            </w:r>
          </w:p>
        </w:tc>
        <w:tc>
          <w:tcPr>
            <w:tcW w:w="472" w:type="pct"/>
            <w:vAlign w:val="center"/>
          </w:tcPr>
          <w:p w14:paraId="2EF96C0C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31B2D4F0" w14:textId="77777777" w:rsidR="009117E3" w:rsidRPr="00EF36CD" w:rsidRDefault="009117E3" w:rsidP="004D6DAE">
            <w:pPr>
              <w:bidi/>
            </w:pPr>
          </w:p>
        </w:tc>
      </w:tr>
      <w:tr w:rsidR="009117E3" w:rsidRPr="00EF36CD" w14:paraId="1D8703A7" w14:textId="77777777" w:rsidTr="000E214E">
        <w:trPr>
          <w:jc w:val="center"/>
        </w:trPr>
        <w:tc>
          <w:tcPr>
            <w:tcW w:w="240" w:type="pct"/>
            <w:vAlign w:val="center"/>
          </w:tcPr>
          <w:p w14:paraId="70A59744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٦</w:t>
            </w:r>
          </w:p>
        </w:tc>
        <w:tc>
          <w:tcPr>
            <w:tcW w:w="1589" w:type="pct"/>
            <w:vAlign w:val="center"/>
          </w:tcPr>
          <w:p w14:paraId="1BA90AB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تنفيذ برامج تعزيز الانضباط</w:t>
            </w:r>
          </w:p>
        </w:tc>
        <w:tc>
          <w:tcPr>
            <w:tcW w:w="662" w:type="pct"/>
            <w:vAlign w:val="center"/>
          </w:tcPr>
          <w:p w14:paraId="3F0C9719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١٠٠٪</w:t>
            </w:r>
          </w:p>
        </w:tc>
        <w:tc>
          <w:tcPr>
            <w:tcW w:w="1116" w:type="pct"/>
            <w:vAlign w:val="center"/>
          </w:tcPr>
          <w:p w14:paraId="610D6FA6" w14:textId="77777777" w:rsidR="009117E3" w:rsidRPr="00EF36CD" w:rsidRDefault="00787C0B" w:rsidP="004D6DAE">
            <w:pPr>
              <w:bidi/>
            </w:pPr>
            <w:r w:rsidRPr="00EF36CD">
              <w:rPr>
                <w:rFonts w:cs="Arial"/>
              </w:rPr>
              <w:t>تقارير وشواهد التنفيذ</w:t>
            </w:r>
          </w:p>
        </w:tc>
        <w:tc>
          <w:tcPr>
            <w:tcW w:w="472" w:type="pct"/>
            <w:vAlign w:val="center"/>
          </w:tcPr>
          <w:p w14:paraId="5B811DC7" w14:textId="77777777" w:rsidR="009117E3" w:rsidRPr="00EF36CD" w:rsidRDefault="009117E3" w:rsidP="004D6DAE">
            <w:pPr>
              <w:bidi/>
            </w:pPr>
          </w:p>
        </w:tc>
        <w:tc>
          <w:tcPr>
            <w:tcW w:w="922" w:type="pct"/>
            <w:vAlign w:val="center"/>
          </w:tcPr>
          <w:p w14:paraId="03603968" w14:textId="77777777" w:rsidR="009117E3" w:rsidRPr="00EF36CD" w:rsidRDefault="009117E3" w:rsidP="004D6DAE">
            <w:pPr>
              <w:bidi/>
            </w:pPr>
          </w:p>
        </w:tc>
      </w:tr>
    </w:tbl>
    <w:p w14:paraId="5FA3F256" w14:textId="77777777" w:rsidR="009117E3" w:rsidRDefault="00787C0B" w:rsidP="004D6DAE">
      <w:pPr>
        <w:bidi/>
      </w:pPr>
      <w:r>
        <w:rPr>
          <w:b/>
          <w:sz w:val="32"/>
        </w:rPr>
        <w:t>عاشراً: خطة التحسين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04"/>
        <w:gridCol w:w="1695"/>
        <w:gridCol w:w="3068"/>
        <w:gridCol w:w="1308"/>
        <w:gridCol w:w="1895"/>
        <w:gridCol w:w="1093"/>
        <w:gridCol w:w="1293"/>
      </w:tblGrid>
      <w:tr w:rsidR="009117E3" w14:paraId="6B3900EF" w14:textId="77777777" w:rsidTr="000B72A1">
        <w:trPr>
          <w:jc w:val="center"/>
        </w:trPr>
        <w:tc>
          <w:tcPr>
            <w:tcW w:w="188" w:type="pct"/>
            <w:shd w:val="clear" w:color="auto" w:fill="D9EAD3"/>
            <w:vAlign w:val="center"/>
          </w:tcPr>
          <w:p w14:paraId="2F94B0D3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م</w:t>
            </w:r>
          </w:p>
        </w:tc>
        <w:tc>
          <w:tcPr>
            <w:tcW w:w="788" w:type="pct"/>
            <w:shd w:val="clear" w:color="auto" w:fill="D9EAD3"/>
            <w:vAlign w:val="center"/>
          </w:tcPr>
          <w:p w14:paraId="7650517C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فرصة التحسين</w:t>
            </w:r>
          </w:p>
        </w:tc>
        <w:tc>
          <w:tcPr>
            <w:tcW w:w="1426" w:type="pct"/>
            <w:shd w:val="clear" w:color="auto" w:fill="D9EAD3"/>
            <w:vAlign w:val="center"/>
          </w:tcPr>
          <w:p w14:paraId="02530327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الإجراء</w:t>
            </w:r>
          </w:p>
        </w:tc>
        <w:tc>
          <w:tcPr>
            <w:tcW w:w="608" w:type="pct"/>
            <w:shd w:val="clear" w:color="auto" w:fill="D9EAD3"/>
            <w:vAlign w:val="center"/>
          </w:tcPr>
          <w:p w14:paraId="45ACA172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المؤشر</w:t>
            </w:r>
          </w:p>
        </w:tc>
        <w:tc>
          <w:tcPr>
            <w:tcW w:w="881" w:type="pct"/>
            <w:shd w:val="clear" w:color="auto" w:fill="D9EAD3"/>
            <w:vAlign w:val="center"/>
          </w:tcPr>
          <w:p w14:paraId="0ABA67B0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المسؤولة</w:t>
            </w:r>
          </w:p>
        </w:tc>
        <w:tc>
          <w:tcPr>
            <w:tcW w:w="508" w:type="pct"/>
            <w:shd w:val="clear" w:color="auto" w:fill="D9EAD3"/>
            <w:vAlign w:val="center"/>
          </w:tcPr>
          <w:p w14:paraId="2C288A2E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المدة</w:t>
            </w:r>
          </w:p>
        </w:tc>
        <w:tc>
          <w:tcPr>
            <w:tcW w:w="601" w:type="pct"/>
            <w:shd w:val="clear" w:color="auto" w:fill="D9EAD3"/>
            <w:vAlign w:val="center"/>
          </w:tcPr>
          <w:p w14:paraId="2A49C5E1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نتيجة المتابعة</w:t>
            </w:r>
          </w:p>
        </w:tc>
      </w:tr>
      <w:tr w:rsidR="009117E3" w14:paraId="43C0186F" w14:textId="77777777" w:rsidTr="000B72A1">
        <w:trPr>
          <w:jc w:val="center"/>
        </w:trPr>
        <w:tc>
          <w:tcPr>
            <w:tcW w:w="188" w:type="pct"/>
            <w:vAlign w:val="center"/>
          </w:tcPr>
          <w:p w14:paraId="04E5B382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١</w:t>
            </w:r>
          </w:p>
        </w:tc>
        <w:tc>
          <w:tcPr>
            <w:tcW w:w="788" w:type="pct"/>
            <w:vAlign w:val="center"/>
          </w:tcPr>
          <w:p w14:paraId="7B243E3E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ارتفاع الغياب</w:t>
            </w:r>
          </w:p>
        </w:tc>
        <w:tc>
          <w:tcPr>
            <w:tcW w:w="1426" w:type="pct"/>
            <w:vAlign w:val="center"/>
          </w:tcPr>
          <w:p w14:paraId="3874BD52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تحليل الأسباب والتواصل مع الأسرة والتحفيز</w:t>
            </w:r>
          </w:p>
        </w:tc>
        <w:tc>
          <w:tcPr>
            <w:tcW w:w="608" w:type="pct"/>
            <w:vAlign w:val="center"/>
          </w:tcPr>
          <w:p w14:paraId="718FC2BC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انخفاض الغياب</w:t>
            </w:r>
          </w:p>
        </w:tc>
        <w:tc>
          <w:tcPr>
            <w:tcW w:w="881" w:type="pct"/>
            <w:vAlign w:val="center"/>
          </w:tcPr>
          <w:p w14:paraId="332E9F3B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الوكيلة / الموجهة الطلابية</w:t>
            </w:r>
          </w:p>
        </w:tc>
        <w:tc>
          <w:tcPr>
            <w:tcW w:w="508" w:type="pct"/>
            <w:vAlign w:val="center"/>
          </w:tcPr>
          <w:p w14:paraId="1E9F7AB8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شهر</w:t>
            </w:r>
          </w:p>
        </w:tc>
        <w:tc>
          <w:tcPr>
            <w:tcW w:w="601" w:type="pct"/>
            <w:vAlign w:val="center"/>
          </w:tcPr>
          <w:p w14:paraId="6733A7FA" w14:textId="77777777" w:rsidR="009117E3" w:rsidRDefault="009117E3" w:rsidP="004D6DAE">
            <w:pPr>
              <w:bidi/>
            </w:pPr>
          </w:p>
        </w:tc>
      </w:tr>
      <w:tr w:rsidR="009117E3" w14:paraId="0984A448" w14:textId="77777777" w:rsidTr="000B72A1">
        <w:trPr>
          <w:jc w:val="center"/>
        </w:trPr>
        <w:tc>
          <w:tcPr>
            <w:tcW w:w="188" w:type="pct"/>
            <w:vAlign w:val="center"/>
          </w:tcPr>
          <w:p w14:paraId="3B762268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٢</w:t>
            </w:r>
          </w:p>
        </w:tc>
        <w:tc>
          <w:tcPr>
            <w:tcW w:w="788" w:type="pct"/>
            <w:vAlign w:val="center"/>
          </w:tcPr>
          <w:p w14:paraId="3E12BF95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تكرار التأخر الصباحي</w:t>
            </w:r>
          </w:p>
        </w:tc>
        <w:tc>
          <w:tcPr>
            <w:tcW w:w="1426" w:type="pct"/>
            <w:vAlign w:val="center"/>
          </w:tcPr>
          <w:p w14:paraId="704C7BC3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حصر الحالات والتواصل والمتابعة</w:t>
            </w:r>
          </w:p>
        </w:tc>
        <w:tc>
          <w:tcPr>
            <w:tcW w:w="608" w:type="pct"/>
            <w:vAlign w:val="center"/>
          </w:tcPr>
          <w:p w14:paraId="4134D05D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انخفاض التأخر</w:t>
            </w:r>
          </w:p>
        </w:tc>
        <w:tc>
          <w:tcPr>
            <w:tcW w:w="881" w:type="pct"/>
            <w:vAlign w:val="center"/>
          </w:tcPr>
          <w:p w14:paraId="222A689D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الوكيلة</w:t>
            </w:r>
          </w:p>
        </w:tc>
        <w:tc>
          <w:tcPr>
            <w:tcW w:w="508" w:type="pct"/>
            <w:vAlign w:val="center"/>
          </w:tcPr>
          <w:p w14:paraId="4FFC06EE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شهر</w:t>
            </w:r>
          </w:p>
        </w:tc>
        <w:tc>
          <w:tcPr>
            <w:tcW w:w="601" w:type="pct"/>
            <w:vAlign w:val="center"/>
          </w:tcPr>
          <w:p w14:paraId="12A2C5A2" w14:textId="77777777" w:rsidR="009117E3" w:rsidRDefault="009117E3" w:rsidP="004D6DAE">
            <w:pPr>
              <w:bidi/>
            </w:pPr>
          </w:p>
        </w:tc>
      </w:tr>
      <w:tr w:rsidR="009117E3" w14:paraId="0D002EEF" w14:textId="77777777" w:rsidTr="000B72A1">
        <w:trPr>
          <w:jc w:val="center"/>
        </w:trPr>
        <w:tc>
          <w:tcPr>
            <w:tcW w:w="188" w:type="pct"/>
            <w:vAlign w:val="center"/>
          </w:tcPr>
          <w:p w14:paraId="409F1C1F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٣</w:t>
            </w:r>
          </w:p>
        </w:tc>
        <w:tc>
          <w:tcPr>
            <w:tcW w:w="788" w:type="pct"/>
            <w:vAlign w:val="center"/>
          </w:tcPr>
          <w:p w14:paraId="3306B36B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تكرار مخالفة سلوكية</w:t>
            </w:r>
          </w:p>
        </w:tc>
        <w:tc>
          <w:tcPr>
            <w:tcW w:w="1426" w:type="pct"/>
            <w:vAlign w:val="center"/>
          </w:tcPr>
          <w:p w14:paraId="231DE7C4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تدخل تربوي ودراسة حالة عند الحاجة</w:t>
            </w:r>
          </w:p>
        </w:tc>
        <w:tc>
          <w:tcPr>
            <w:tcW w:w="608" w:type="pct"/>
            <w:vAlign w:val="center"/>
          </w:tcPr>
          <w:p w14:paraId="4D510027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انخفاض التكرار</w:t>
            </w:r>
          </w:p>
        </w:tc>
        <w:tc>
          <w:tcPr>
            <w:tcW w:w="881" w:type="pct"/>
            <w:vAlign w:val="center"/>
          </w:tcPr>
          <w:p w14:paraId="377FA99E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الموجهة الطلابية</w:t>
            </w:r>
          </w:p>
        </w:tc>
        <w:tc>
          <w:tcPr>
            <w:tcW w:w="508" w:type="pct"/>
            <w:vAlign w:val="center"/>
          </w:tcPr>
          <w:p w14:paraId="379AD6E2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حسب الحالة</w:t>
            </w:r>
          </w:p>
        </w:tc>
        <w:tc>
          <w:tcPr>
            <w:tcW w:w="601" w:type="pct"/>
            <w:vAlign w:val="center"/>
          </w:tcPr>
          <w:p w14:paraId="4A3276B1" w14:textId="77777777" w:rsidR="009117E3" w:rsidRDefault="009117E3" w:rsidP="004D6DAE">
            <w:pPr>
              <w:bidi/>
            </w:pPr>
          </w:p>
        </w:tc>
      </w:tr>
      <w:tr w:rsidR="009117E3" w14:paraId="747A001B" w14:textId="77777777" w:rsidTr="000B72A1">
        <w:trPr>
          <w:jc w:val="center"/>
        </w:trPr>
        <w:tc>
          <w:tcPr>
            <w:tcW w:w="188" w:type="pct"/>
            <w:vAlign w:val="center"/>
          </w:tcPr>
          <w:p w14:paraId="5B153700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٤</w:t>
            </w:r>
          </w:p>
        </w:tc>
        <w:tc>
          <w:tcPr>
            <w:tcW w:w="788" w:type="pct"/>
            <w:vAlign w:val="center"/>
          </w:tcPr>
          <w:p w14:paraId="57EBF355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ضعف استجابة الأسرة</w:t>
            </w:r>
          </w:p>
        </w:tc>
        <w:tc>
          <w:tcPr>
            <w:tcW w:w="1426" w:type="pct"/>
            <w:vAlign w:val="center"/>
          </w:tcPr>
          <w:p w14:paraId="11E2F925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تنويع قنوات التواصل وإشراك الأسرة</w:t>
            </w:r>
          </w:p>
        </w:tc>
        <w:tc>
          <w:tcPr>
            <w:tcW w:w="608" w:type="pct"/>
            <w:vAlign w:val="center"/>
          </w:tcPr>
          <w:p w14:paraId="4B7CBE2F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ارتفاع الاستجابة</w:t>
            </w:r>
          </w:p>
        </w:tc>
        <w:tc>
          <w:tcPr>
            <w:tcW w:w="881" w:type="pct"/>
            <w:vAlign w:val="center"/>
          </w:tcPr>
          <w:p w14:paraId="0B98DE54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الإدارة / الموجهة الطلابية</w:t>
            </w:r>
          </w:p>
        </w:tc>
        <w:tc>
          <w:tcPr>
            <w:tcW w:w="508" w:type="pct"/>
            <w:vAlign w:val="center"/>
          </w:tcPr>
          <w:p w14:paraId="0295FA69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فصل دراسي</w:t>
            </w:r>
          </w:p>
        </w:tc>
        <w:tc>
          <w:tcPr>
            <w:tcW w:w="601" w:type="pct"/>
            <w:vAlign w:val="center"/>
          </w:tcPr>
          <w:p w14:paraId="4EB442F8" w14:textId="77777777" w:rsidR="009117E3" w:rsidRDefault="009117E3" w:rsidP="004D6DAE">
            <w:pPr>
              <w:bidi/>
            </w:pPr>
          </w:p>
        </w:tc>
      </w:tr>
    </w:tbl>
    <w:p w14:paraId="0762FEC1" w14:textId="77777777" w:rsidR="009117E3" w:rsidRDefault="00787C0B" w:rsidP="004D6DAE">
      <w:pPr>
        <w:bidi/>
      </w:pPr>
      <w:r>
        <w:rPr>
          <w:b/>
          <w:sz w:val="32"/>
        </w:rPr>
        <w:t>الحادي عشر: التقرير الختامي</w:t>
      </w:r>
    </w:p>
    <w:p w14:paraId="7BD3D7A6" w14:textId="4B6A6137" w:rsidR="009117E3" w:rsidRDefault="00787C0B" w:rsidP="00D658C4">
      <w:pPr>
        <w:bidi/>
        <w:rPr>
          <w:rtl/>
        </w:rPr>
      </w:pPr>
      <w:r>
        <w:t xml:space="preserve">أبرز ما تم تنفيذه </w:t>
      </w:r>
      <w:r w:rsidR="001E53E8">
        <w:rPr>
          <w:rFonts w:hint="cs"/>
          <w:rtl/>
        </w:rPr>
        <w:t xml:space="preserve"> : </w:t>
      </w:r>
      <w:r w:rsidR="001E53E8">
        <w:t>........................................................................................................</w:t>
      </w:r>
    </w:p>
    <w:p w14:paraId="27B08F8E" w14:textId="7A712480" w:rsidR="001E53E8" w:rsidRDefault="00255F5B" w:rsidP="00255F5B">
      <w:pPr>
        <w:bidi/>
      </w:pPr>
      <w:r>
        <w:t>نسبة الحضور المحققة</w:t>
      </w:r>
      <w:r w:rsidR="001E53E8">
        <w:t xml:space="preserve"> </w:t>
      </w:r>
      <w:r w:rsidR="001E53E8">
        <w:rPr>
          <w:rFonts w:hint="cs"/>
          <w:rtl/>
        </w:rPr>
        <w:t xml:space="preserve"> : </w:t>
      </w:r>
      <w:r w:rsidR="001E53E8">
        <w:t>........................................................................................................</w:t>
      </w:r>
    </w:p>
    <w:p w14:paraId="4FE3E838" w14:textId="61309007" w:rsidR="00255F5B" w:rsidRDefault="00255F5B" w:rsidP="00C50B97">
      <w:pPr>
        <w:bidi/>
      </w:pPr>
      <w:r>
        <w:t>أبرز النتائج</w:t>
      </w:r>
      <w:r>
        <w:rPr>
          <w:rFonts w:hint="cs"/>
          <w:rtl/>
        </w:rPr>
        <w:t xml:space="preserve"> : </w:t>
      </w:r>
      <w:r>
        <w:t>........................................................................................................</w:t>
      </w:r>
    </w:p>
    <w:p w14:paraId="36B169D6" w14:textId="7A68CEBB" w:rsidR="009117E3" w:rsidRDefault="00787C0B" w:rsidP="00D658C4">
      <w:pPr>
        <w:bidi/>
      </w:pPr>
      <w:r>
        <w:t xml:space="preserve">جوانب القوة </w:t>
      </w:r>
      <w:r w:rsidR="00190816">
        <w:rPr>
          <w:rFonts w:hint="cs"/>
          <w:rtl/>
        </w:rPr>
        <w:t xml:space="preserve"> : </w:t>
      </w:r>
      <w:r w:rsidR="00190816">
        <w:t>........................................................................................................</w:t>
      </w:r>
    </w:p>
    <w:p w14:paraId="4F360557" w14:textId="3C018778" w:rsidR="009117E3" w:rsidRDefault="00787C0B" w:rsidP="00D658C4">
      <w:pPr>
        <w:bidi/>
      </w:pPr>
      <w:r>
        <w:t xml:space="preserve">التحديات </w:t>
      </w:r>
      <w:r w:rsidR="00190816">
        <w:rPr>
          <w:rFonts w:hint="cs"/>
          <w:rtl/>
        </w:rPr>
        <w:t xml:space="preserve"> : </w:t>
      </w:r>
      <w:r w:rsidR="00190816">
        <w:t>........................................................................................................</w:t>
      </w:r>
    </w:p>
    <w:p w14:paraId="6677C933" w14:textId="696957A4" w:rsidR="009117E3" w:rsidRDefault="00787C0B" w:rsidP="00D658C4">
      <w:pPr>
        <w:bidi/>
      </w:pPr>
      <w:r>
        <w:t xml:space="preserve">نسبة التحسن </w:t>
      </w:r>
      <w:r w:rsidR="00190816">
        <w:rPr>
          <w:rFonts w:hint="cs"/>
          <w:rtl/>
        </w:rPr>
        <w:t xml:space="preserve"> : </w:t>
      </w:r>
      <w:r w:rsidR="00190816">
        <w:t>........................................................................................................</w:t>
      </w:r>
    </w:p>
    <w:p w14:paraId="1C6E8744" w14:textId="4C8E6AA0" w:rsidR="009117E3" w:rsidRDefault="00787C0B" w:rsidP="00D658C4">
      <w:pPr>
        <w:bidi/>
      </w:pPr>
      <w:r>
        <w:t xml:space="preserve">التوصيات للعام القادم </w:t>
      </w:r>
      <w:r w:rsidR="00190816">
        <w:rPr>
          <w:rFonts w:hint="cs"/>
          <w:rtl/>
        </w:rPr>
        <w:t xml:space="preserve"> : </w:t>
      </w:r>
      <w:r w:rsidR="00190816">
        <w:t>........................................................................................................</w:t>
      </w:r>
    </w:p>
    <w:p w14:paraId="5747F818" w14:textId="77777777" w:rsidR="009117E3" w:rsidRDefault="00787C0B" w:rsidP="00D658C4">
      <w:pPr>
        <w:bidi/>
      </w:pPr>
      <w:r>
        <w:rPr>
          <w:b/>
          <w:sz w:val="26"/>
        </w:rPr>
        <w:t>اعتماد مديرة المدرسة</w:t>
      </w:r>
      <w:r>
        <w:rPr>
          <w:b/>
          <w:sz w:val="26"/>
        </w:rPr>
        <w:br/>
        <w:t>عزة الحويطي</w:t>
      </w:r>
    </w:p>
    <w:p w14:paraId="7F0599FD" w14:textId="77777777" w:rsidR="009117E3" w:rsidRDefault="00787C0B" w:rsidP="004D6DAE">
      <w:r>
        <w:br w:type="page"/>
      </w:r>
    </w:p>
    <w:p w14:paraId="14F186FC" w14:textId="77777777" w:rsidR="009117E3" w:rsidRDefault="00787C0B" w:rsidP="004D6DAE">
      <w:pPr>
        <w:bidi/>
      </w:pPr>
      <w:r>
        <w:rPr>
          <w:b/>
          <w:sz w:val="32"/>
        </w:rPr>
        <w:lastRenderedPageBreak/>
        <w:t>تاسعاً: برامج ومبادرات ومسابقات تعزيز الانضباط المدرسي</w:t>
      </w:r>
    </w:p>
    <w:p w14:paraId="10D41FA2" w14:textId="77777777" w:rsidR="009117E3" w:rsidRDefault="00787C0B" w:rsidP="004D6DAE">
      <w:pPr>
        <w:bidi/>
      </w:pPr>
      <w:r>
        <w:t>تُنفذ المبادرات والمسابقات بوصفها أدوات تحفيزية مرتبطة بأهداف خطة الانضباط، ويقاس أثرها من خلال مؤشرات الحضور والغياب والتأخر والسلوك.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32"/>
        <w:gridCol w:w="1072"/>
        <w:gridCol w:w="1962"/>
        <w:gridCol w:w="1181"/>
        <w:gridCol w:w="1820"/>
        <w:gridCol w:w="1169"/>
        <w:gridCol w:w="1517"/>
        <w:gridCol w:w="1703"/>
      </w:tblGrid>
      <w:tr w:rsidR="009117E3" w:rsidRPr="0027031B" w14:paraId="77A0765F" w14:textId="77777777" w:rsidTr="00BB31F8">
        <w:trPr>
          <w:jc w:val="center"/>
        </w:trPr>
        <w:tc>
          <w:tcPr>
            <w:tcW w:w="135" w:type="pct"/>
            <w:shd w:val="clear" w:color="auto" w:fill="D9EAD3"/>
            <w:vAlign w:val="center"/>
          </w:tcPr>
          <w:p w14:paraId="34CE322A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م</w:t>
            </w:r>
          </w:p>
        </w:tc>
        <w:tc>
          <w:tcPr>
            <w:tcW w:w="501" w:type="pct"/>
            <w:shd w:val="clear" w:color="auto" w:fill="D9EAD3"/>
            <w:vAlign w:val="center"/>
          </w:tcPr>
          <w:p w14:paraId="65674474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المبادرة / المسابقة</w:t>
            </w:r>
          </w:p>
        </w:tc>
        <w:tc>
          <w:tcPr>
            <w:tcW w:w="915" w:type="pct"/>
            <w:shd w:val="clear" w:color="auto" w:fill="D9EAD3"/>
            <w:vAlign w:val="center"/>
          </w:tcPr>
          <w:p w14:paraId="45BA161E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الهدف</w:t>
            </w:r>
          </w:p>
        </w:tc>
        <w:tc>
          <w:tcPr>
            <w:tcW w:w="552" w:type="pct"/>
            <w:shd w:val="clear" w:color="auto" w:fill="D9EAD3"/>
            <w:vAlign w:val="center"/>
          </w:tcPr>
          <w:p w14:paraId="0EEF6008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الفئة المستهدفة</w:t>
            </w:r>
          </w:p>
        </w:tc>
        <w:tc>
          <w:tcPr>
            <w:tcW w:w="849" w:type="pct"/>
            <w:shd w:val="clear" w:color="auto" w:fill="D9EAD3"/>
            <w:vAlign w:val="center"/>
          </w:tcPr>
          <w:p w14:paraId="1043D24C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المسؤولة</w:t>
            </w:r>
          </w:p>
        </w:tc>
        <w:tc>
          <w:tcPr>
            <w:tcW w:w="546" w:type="pct"/>
            <w:shd w:val="clear" w:color="auto" w:fill="D9EAD3"/>
            <w:vAlign w:val="center"/>
          </w:tcPr>
          <w:p w14:paraId="14E77AB7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موعد التنفيذ</w:t>
            </w:r>
          </w:p>
        </w:tc>
        <w:tc>
          <w:tcPr>
            <w:tcW w:w="708" w:type="pct"/>
            <w:shd w:val="clear" w:color="auto" w:fill="D9EAD3"/>
            <w:vAlign w:val="center"/>
          </w:tcPr>
          <w:p w14:paraId="0F5B6E70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مؤشر القياس</w:t>
            </w:r>
          </w:p>
        </w:tc>
        <w:tc>
          <w:tcPr>
            <w:tcW w:w="794" w:type="pct"/>
            <w:shd w:val="clear" w:color="auto" w:fill="D9EAD3"/>
            <w:vAlign w:val="center"/>
          </w:tcPr>
          <w:p w14:paraId="41A87BC1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  <w:b/>
              </w:rPr>
              <w:t>الشواهد</w:t>
            </w:r>
          </w:p>
        </w:tc>
      </w:tr>
      <w:tr w:rsidR="009117E3" w:rsidRPr="0027031B" w14:paraId="62C429C5" w14:textId="77777777" w:rsidTr="00BB31F8">
        <w:trPr>
          <w:jc w:val="center"/>
        </w:trPr>
        <w:tc>
          <w:tcPr>
            <w:tcW w:w="135" w:type="pct"/>
            <w:vAlign w:val="center"/>
          </w:tcPr>
          <w:p w14:paraId="61EA23DB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١</w:t>
            </w:r>
          </w:p>
        </w:tc>
        <w:tc>
          <w:tcPr>
            <w:tcW w:w="501" w:type="pct"/>
            <w:vAlign w:val="center"/>
          </w:tcPr>
          <w:p w14:paraId="6E6E6072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حضوري سر نجاحي</w:t>
            </w:r>
          </w:p>
        </w:tc>
        <w:tc>
          <w:tcPr>
            <w:tcW w:w="915" w:type="pct"/>
            <w:vAlign w:val="center"/>
          </w:tcPr>
          <w:p w14:paraId="1B76F817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رفع نسبة الحضور والحد من الغياب</w:t>
            </w:r>
          </w:p>
        </w:tc>
        <w:tc>
          <w:tcPr>
            <w:tcW w:w="552" w:type="pct"/>
            <w:vAlign w:val="center"/>
          </w:tcPr>
          <w:p w14:paraId="3E185BCE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جميع الطلاب والطالبات</w:t>
            </w:r>
          </w:p>
        </w:tc>
        <w:tc>
          <w:tcPr>
            <w:tcW w:w="849" w:type="pct"/>
            <w:vAlign w:val="center"/>
          </w:tcPr>
          <w:p w14:paraId="4786B252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الموجهة الطلابية / وكيلة شؤون الطالبات</w:t>
            </w:r>
          </w:p>
        </w:tc>
        <w:tc>
          <w:tcPr>
            <w:tcW w:w="546" w:type="pct"/>
            <w:vAlign w:val="center"/>
          </w:tcPr>
          <w:p w14:paraId="1573CE61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ربيع الآخر ١٤٤٨هـ</w:t>
            </w:r>
          </w:p>
        </w:tc>
        <w:tc>
          <w:tcPr>
            <w:tcW w:w="708" w:type="pct"/>
            <w:vAlign w:val="center"/>
          </w:tcPr>
          <w:p w14:paraId="16C129DF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نسبة الحضور وانخفاض الغياب</w:t>
            </w:r>
          </w:p>
        </w:tc>
        <w:tc>
          <w:tcPr>
            <w:tcW w:w="794" w:type="pct"/>
            <w:vAlign w:val="center"/>
          </w:tcPr>
          <w:p w14:paraId="0B700032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رسائل توعوية، سجل حضور، تقرير</w:t>
            </w:r>
          </w:p>
        </w:tc>
      </w:tr>
      <w:tr w:rsidR="009117E3" w:rsidRPr="0027031B" w14:paraId="114913D7" w14:textId="77777777" w:rsidTr="00BB31F8">
        <w:trPr>
          <w:jc w:val="center"/>
        </w:trPr>
        <w:tc>
          <w:tcPr>
            <w:tcW w:w="135" w:type="pct"/>
            <w:vAlign w:val="center"/>
          </w:tcPr>
          <w:p w14:paraId="1A835FD5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٢</w:t>
            </w:r>
          </w:p>
        </w:tc>
        <w:tc>
          <w:tcPr>
            <w:tcW w:w="501" w:type="pct"/>
            <w:vAlign w:val="center"/>
          </w:tcPr>
          <w:p w14:paraId="3D002C1F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فصلي منضبط</w:t>
            </w:r>
          </w:p>
        </w:tc>
        <w:tc>
          <w:tcPr>
            <w:tcW w:w="915" w:type="pct"/>
            <w:vAlign w:val="center"/>
          </w:tcPr>
          <w:p w14:paraId="4AA96E83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تعزيز التنافس الإيجابي بين الفصول</w:t>
            </w:r>
          </w:p>
        </w:tc>
        <w:tc>
          <w:tcPr>
            <w:tcW w:w="552" w:type="pct"/>
            <w:vAlign w:val="center"/>
          </w:tcPr>
          <w:p w14:paraId="61017BD8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جميع الفصول</w:t>
            </w:r>
          </w:p>
        </w:tc>
        <w:tc>
          <w:tcPr>
            <w:tcW w:w="849" w:type="pct"/>
            <w:vAlign w:val="center"/>
          </w:tcPr>
          <w:p w14:paraId="10F8E8A9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وكيلة شؤون الطالبات / المعلمات</w:t>
            </w:r>
          </w:p>
        </w:tc>
        <w:tc>
          <w:tcPr>
            <w:tcW w:w="546" w:type="pct"/>
            <w:vAlign w:val="center"/>
          </w:tcPr>
          <w:p w14:paraId="3802510B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جمادى الآخرة ١٤٤٨هـ</w:t>
            </w:r>
          </w:p>
        </w:tc>
        <w:tc>
          <w:tcPr>
            <w:tcW w:w="708" w:type="pct"/>
            <w:vAlign w:val="center"/>
          </w:tcPr>
          <w:p w14:paraId="4BEBEEEF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أعلى نسبة حضور وأقل مخالفات</w:t>
            </w:r>
          </w:p>
        </w:tc>
        <w:tc>
          <w:tcPr>
            <w:tcW w:w="794" w:type="pct"/>
            <w:vAlign w:val="center"/>
          </w:tcPr>
          <w:p w14:paraId="353A1BCB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كشف النسب، إعلان، شهادة</w:t>
            </w:r>
          </w:p>
        </w:tc>
      </w:tr>
      <w:tr w:rsidR="009117E3" w:rsidRPr="0027031B" w14:paraId="5562752A" w14:textId="77777777" w:rsidTr="00BB31F8">
        <w:trPr>
          <w:jc w:val="center"/>
        </w:trPr>
        <w:tc>
          <w:tcPr>
            <w:tcW w:w="135" w:type="pct"/>
            <w:vAlign w:val="center"/>
          </w:tcPr>
          <w:p w14:paraId="3B8AD175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٣</w:t>
            </w:r>
          </w:p>
        </w:tc>
        <w:tc>
          <w:tcPr>
            <w:tcW w:w="501" w:type="pct"/>
            <w:vAlign w:val="center"/>
          </w:tcPr>
          <w:p w14:paraId="579251BD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قدوة في الانضباط</w:t>
            </w:r>
          </w:p>
        </w:tc>
        <w:tc>
          <w:tcPr>
            <w:tcW w:w="915" w:type="pct"/>
            <w:vAlign w:val="center"/>
          </w:tcPr>
          <w:p w14:paraId="2356B081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تعزيز السلوك الإيجابي والالتزام</w:t>
            </w:r>
          </w:p>
        </w:tc>
        <w:tc>
          <w:tcPr>
            <w:tcW w:w="552" w:type="pct"/>
            <w:vAlign w:val="center"/>
          </w:tcPr>
          <w:p w14:paraId="4FBE0D78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الطلاب والطالبات</w:t>
            </w:r>
          </w:p>
        </w:tc>
        <w:tc>
          <w:tcPr>
            <w:tcW w:w="849" w:type="pct"/>
            <w:vAlign w:val="center"/>
          </w:tcPr>
          <w:p w14:paraId="49178ECF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الموجهة الطلابية / رائدة النشاط</w:t>
            </w:r>
          </w:p>
        </w:tc>
        <w:tc>
          <w:tcPr>
            <w:tcW w:w="546" w:type="pct"/>
            <w:vAlign w:val="center"/>
          </w:tcPr>
          <w:p w14:paraId="27CE695A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شعبان ١٤٤٨هـ</w:t>
            </w:r>
          </w:p>
        </w:tc>
        <w:tc>
          <w:tcPr>
            <w:tcW w:w="708" w:type="pct"/>
            <w:vAlign w:val="center"/>
          </w:tcPr>
          <w:p w14:paraId="34AC667B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عدد الملتزمين واستمرار التحسن</w:t>
            </w:r>
          </w:p>
        </w:tc>
        <w:tc>
          <w:tcPr>
            <w:tcW w:w="794" w:type="pct"/>
            <w:vAlign w:val="center"/>
          </w:tcPr>
          <w:p w14:paraId="54E44CC8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شهادات تكريم، صور، سجل متابعة</w:t>
            </w:r>
          </w:p>
        </w:tc>
      </w:tr>
      <w:tr w:rsidR="009117E3" w:rsidRPr="0027031B" w14:paraId="2DE8C700" w14:textId="77777777" w:rsidTr="00BB31F8">
        <w:trPr>
          <w:jc w:val="center"/>
        </w:trPr>
        <w:tc>
          <w:tcPr>
            <w:tcW w:w="135" w:type="pct"/>
            <w:vAlign w:val="center"/>
          </w:tcPr>
          <w:p w14:paraId="3D35A44D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٤</w:t>
            </w:r>
          </w:p>
        </w:tc>
        <w:tc>
          <w:tcPr>
            <w:tcW w:w="501" w:type="pct"/>
            <w:vAlign w:val="center"/>
          </w:tcPr>
          <w:p w14:paraId="4DECE1DB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دقيقة تصنع فرقاً</w:t>
            </w:r>
          </w:p>
        </w:tc>
        <w:tc>
          <w:tcPr>
            <w:tcW w:w="915" w:type="pct"/>
            <w:vAlign w:val="center"/>
          </w:tcPr>
          <w:p w14:paraId="13A17E21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الحد من التأخر الصباحي وتعزيز قيمة الوقت</w:t>
            </w:r>
          </w:p>
        </w:tc>
        <w:tc>
          <w:tcPr>
            <w:tcW w:w="552" w:type="pct"/>
            <w:vAlign w:val="center"/>
          </w:tcPr>
          <w:p w14:paraId="35707D39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الطلاب والطالبات</w:t>
            </w:r>
          </w:p>
        </w:tc>
        <w:tc>
          <w:tcPr>
            <w:tcW w:w="849" w:type="pct"/>
            <w:vAlign w:val="center"/>
          </w:tcPr>
          <w:p w14:paraId="3780C741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وكيلة شؤون الطالبات / الموجهة الطلابية</w:t>
            </w:r>
          </w:p>
        </w:tc>
        <w:tc>
          <w:tcPr>
            <w:tcW w:w="546" w:type="pct"/>
            <w:vAlign w:val="center"/>
          </w:tcPr>
          <w:p w14:paraId="6268D065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شوال ١٤٤٨هـ</w:t>
            </w:r>
          </w:p>
        </w:tc>
        <w:tc>
          <w:tcPr>
            <w:tcW w:w="708" w:type="pct"/>
            <w:vAlign w:val="center"/>
          </w:tcPr>
          <w:p w14:paraId="6A0F8CFA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انخفاض حالات التأخر</w:t>
            </w:r>
          </w:p>
        </w:tc>
        <w:tc>
          <w:tcPr>
            <w:tcW w:w="794" w:type="pct"/>
            <w:vAlign w:val="center"/>
          </w:tcPr>
          <w:p w14:paraId="71A04E4D" w14:textId="77777777" w:rsidR="009117E3" w:rsidRPr="0027031B" w:rsidRDefault="00787C0B" w:rsidP="004D6DAE">
            <w:pPr>
              <w:bidi/>
            </w:pPr>
            <w:r w:rsidRPr="0027031B">
              <w:rPr>
                <w:rFonts w:cs="Arial"/>
              </w:rPr>
              <w:t>سجل التأخر، نشرات، تقرير قياس أثر</w:t>
            </w:r>
          </w:p>
        </w:tc>
      </w:tr>
    </w:tbl>
    <w:p w14:paraId="56271B8C" w14:textId="77777777" w:rsidR="009117E3" w:rsidRDefault="00787C0B" w:rsidP="004D6DAE">
      <w:pPr>
        <w:bidi/>
      </w:pPr>
      <w:r>
        <w:rPr>
          <w:b/>
          <w:sz w:val="32"/>
        </w:rPr>
        <w:t>عاشراً: معايير التكريم والتحفيز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21"/>
        <w:gridCol w:w="8140"/>
        <w:gridCol w:w="1695"/>
      </w:tblGrid>
      <w:tr w:rsidR="009117E3" w:rsidRPr="00980321" w14:paraId="2E939179" w14:textId="77777777" w:rsidTr="009A6F11">
        <w:trPr>
          <w:jc w:val="center"/>
        </w:trPr>
        <w:tc>
          <w:tcPr>
            <w:tcW w:w="428" w:type="pct"/>
            <w:shd w:val="clear" w:color="auto" w:fill="D9EAD3"/>
            <w:vAlign w:val="center"/>
          </w:tcPr>
          <w:p w14:paraId="3558ADD1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b/>
                <w:sz w:val="24"/>
                <w:szCs w:val="24"/>
              </w:rPr>
              <w:t>م</w:t>
            </w:r>
          </w:p>
        </w:tc>
        <w:tc>
          <w:tcPr>
            <w:tcW w:w="3783" w:type="pct"/>
            <w:shd w:val="clear" w:color="auto" w:fill="D9EAD3"/>
            <w:vAlign w:val="center"/>
          </w:tcPr>
          <w:p w14:paraId="2610EA3E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b/>
                <w:sz w:val="24"/>
                <w:szCs w:val="24"/>
              </w:rPr>
              <w:t>المعيار</w:t>
            </w:r>
          </w:p>
        </w:tc>
        <w:tc>
          <w:tcPr>
            <w:tcW w:w="788" w:type="pct"/>
            <w:shd w:val="clear" w:color="auto" w:fill="D9EAD3"/>
            <w:vAlign w:val="center"/>
          </w:tcPr>
          <w:p w14:paraId="71F712A7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b/>
                <w:sz w:val="24"/>
                <w:szCs w:val="24"/>
              </w:rPr>
              <w:t>الوزن</w:t>
            </w:r>
          </w:p>
        </w:tc>
      </w:tr>
      <w:tr w:rsidR="009117E3" w:rsidRPr="00980321" w14:paraId="31CA58EA" w14:textId="77777777" w:rsidTr="009A6F11">
        <w:trPr>
          <w:jc w:val="center"/>
        </w:trPr>
        <w:tc>
          <w:tcPr>
            <w:tcW w:w="428" w:type="pct"/>
            <w:vAlign w:val="center"/>
          </w:tcPr>
          <w:p w14:paraId="6E408BB9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١</w:t>
            </w:r>
          </w:p>
        </w:tc>
        <w:tc>
          <w:tcPr>
            <w:tcW w:w="3783" w:type="pct"/>
            <w:vAlign w:val="center"/>
          </w:tcPr>
          <w:p w14:paraId="3D3D1DF6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الانتظام في الحضور وعدم الغياب غير المبرر</w:t>
            </w:r>
          </w:p>
        </w:tc>
        <w:tc>
          <w:tcPr>
            <w:tcW w:w="788" w:type="pct"/>
            <w:vAlign w:val="center"/>
          </w:tcPr>
          <w:p w14:paraId="6CB33377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٣٠</w:t>
            </w:r>
          </w:p>
        </w:tc>
      </w:tr>
      <w:tr w:rsidR="009117E3" w:rsidRPr="00980321" w14:paraId="2792E3FA" w14:textId="77777777" w:rsidTr="009A6F11">
        <w:trPr>
          <w:jc w:val="center"/>
        </w:trPr>
        <w:tc>
          <w:tcPr>
            <w:tcW w:w="428" w:type="pct"/>
            <w:vAlign w:val="center"/>
          </w:tcPr>
          <w:p w14:paraId="3AC1C613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٢</w:t>
            </w:r>
          </w:p>
        </w:tc>
        <w:tc>
          <w:tcPr>
            <w:tcW w:w="3783" w:type="pct"/>
            <w:vAlign w:val="center"/>
          </w:tcPr>
          <w:p w14:paraId="36D8A22A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الالتزام بالحضور في الوقت المحدد وعدم التأخر</w:t>
            </w:r>
          </w:p>
        </w:tc>
        <w:tc>
          <w:tcPr>
            <w:tcW w:w="788" w:type="pct"/>
            <w:vAlign w:val="center"/>
          </w:tcPr>
          <w:p w14:paraId="2FD2083D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٢٠</w:t>
            </w:r>
          </w:p>
        </w:tc>
      </w:tr>
      <w:tr w:rsidR="009117E3" w:rsidRPr="00980321" w14:paraId="16D55DBD" w14:textId="77777777" w:rsidTr="009A6F11">
        <w:trPr>
          <w:jc w:val="center"/>
        </w:trPr>
        <w:tc>
          <w:tcPr>
            <w:tcW w:w="428" w:type="pct"/>
            <w:vAlign w:val="center"/>
          </w:tcPr>
          <w:p w14:paraId="4940C32A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٣</w:t>
            </w:r>
          </w:p>
        </w:tc>
        <w:tc>
          <w:tcPr>
            <w:tcW w:w="3783" w:type="pct"/>
            <w:vAlign w:val="center"/>
          </w:tcPr>
          <w:p w14:paraId="548BF7D3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الالتزام بقواعد السلوك والتعليمات المدرسية</w:t>
            </w:r>
          </w:p>
        </w:tc>
        <w:tc>
          <w:tcPr>
            <w:tcW w:w="788" w:type="pct"/>
            <w:vAlign w:val="center"/>
          </w:tcPr>
          <w:p w14:paraId="18AF4421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٢٠</w:t>
            </w:r>
          </w:p>
        </w:tc>
      </w:tr>
      <w:tr w:rsidR="009117E3" w:rsidRPr="00980321" w14:paraId="27B12DE2" w14:textId="77777777" w:rsidTr="009A6F11">
        <w:trPr>
          <w:jc w:val="center"/>
        </w:trPr>
        <w:tc>
          <w:tcPr>
            <w:tcW w:w="428" w:type="pct"/>
            <w:vAlign w:val="center"/>
          </w:tcPr>
          <w:p w14:paraId="1279D489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٤</w:t>
            </w:r>
          </w:p>
        </w:tc>
        <w:tc>
          <w:tcPr>
            <w:tcW w:w="3783" w:type="pct"/>
            <w:vAlign w:val="center"/>
          </w:tcPr>
          <w:p w14:paraId="66DB3A13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المحافظة على السلوك الإيجابي واحترام الآخرين</w:t>
            </w:r>
          </w:p>
        </w:tc>
        <w:tc>
          <w:tcPr>
            <w:tcW w:w="788" w:type="pct"/>
            <w:vAlign w:val="center"/>
          </w:tcPr>
          <w:p w14:paraId="034FCE7C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١٥</w:t>
            </w:r>
          </w:p>
        </w:tc>
      </w:tr>
      <w:tr w:rsidR="009117E3" w:rsidRPr="00980321" w14:paraId="7C33972C" w14:textId="77777777" w:rsidTr="009A6F11">
        <w:trPr>
          <w:jc w:val="center"/>
        </w:trPr>
        <w:tc>
          <w:tcPr>
            <w:tcW w:w="428" w:type="pct"/>
            <w:vAlign w:val="center"/>
          </w:tcPr>
          <w:p w14:paraId="533A11D7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٥</w:t>
            </w:r>
          </w:p>
        </w:tc>
        <w:tc>
          <w:tcPr>
            <w:tcW w:w="3783" w:type="pct"/>
            <w:vAlign w:val="center"/>
          </w:tcPr>
          <w:p w14:paraId="75CB54AC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التحسن الملحوظ في الانضباط لمن تمت متابعته</w:t>
            </w:r>
          </w:p>
        </w:tc>
        <w:tc>
          <w:tcPr>
            <w:tcW w:w="788" w:type="pct"/>
            <w:vAlign w:val="center"/>
          </w:tcPr>
          <w:p w14:paraId="147C3616" w14:textId="77777777" w:rsidR="009117E3" w:rsidRPr="00980321" w:rsidRDefault="00787C0B" w:rsidP="004D6DAE">
            <w:pPr>
              <w:bidi/>
              <w:rPr>
                <w:sz w:val="24"/>
                <w:szCs w:val="24"/>
              </w:rPr>
            </w:pPr>
            <w:r w:rsidRPr="00980321">
              <w:rPr>
                <w:rFonts w:cs="Arial"/>
                <w:sz w:val="24"/>
                <w:szCs w:val="24"/>
              </w:rPr>
              <w:t>١٥</w:t>
            </w:r>
          </w:p>
        </w:tc>
      </w:tr>
    </w:tbl>
    <w:p w14:paraId="623B6121" w14:textId="77777777" w:rsidR="009117E3" w:rsidRDefault="00787C0B" w:rsidP="004D6DAE">
      <w:pPr>
        <w:bidi/>
      </w:pPr>
      <w:r>
        <w:rPr>
          <w:b/>
        </w:rPr>
        <w:t>المجموع: ١٠٠ درجة. ويُراعى أن يكون التكريم مبنيًا على بيانات موثقة من سجلات الحضور والانضباط والمتابعة.</w:t>
      </w:r>
    </w:p>
    <w:p w14:paraId="1B0A0948" w14:textId="77777777" w:rsidR="009117E3" w:rsidRDefault="00787C0B" w:rsidP="004D6DAE">
      <w:pPr>
        <w:bidi/>
      </w:pPr>
      <w:r>
        <w:rPr>
          <w:b/>
          <w:sz w:val="32"/>
        </w:rPr>
        <w:t>الحادي عشر: سجل تكريم المتميزين في الانضباط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819"/>
        <w:gridCol w:w="2774"/>
        <w:gridCol w:w="1175"/>
        <w:gridCol w:w="1872"/>
        <w:gridCol w:w="1119"/>
        <w:gridCol w:w="1779"/>
        <w:gridCol w:w="1218"/>
      </w:tblGrid>
      <w:tr w:rsidR="009117E3" w:rsidRPr="004266E9" w14:paraId="7F14D771" w14:textId="77777777" w:rsidTr="00873215">
        <w:trPr>
          <w:jc w:val="center"/>
        </w:trPr>
        <w:tc>
          <w:tcPr>
            <w:tcW w:w="381" w:type="pct"/>
            <w:shd w:val="clear" w:color="auto" w:fill="D9EAD3"/>
            <w:vAlign w:val="center"/>
          </w:tcPr>
          <w:p w14:paraId="6B12BDE9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م</w:t>
            </w:r>
          </w:p>
        </w:tc>
        <w:tc>
          <w:tcPr>
            <w:tcW w:w="1290" w:type="pct"/>
            <w:shd w:val="clear" w:color="auto" w:fill="D9EAD3"/>
            <w:vAlign w:val="center"/>
          </w:tcPr>
          <w:p w14:paraId="490C7AAC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اسم الطالب / الطالبة</w:t>
            </w:r>
          </w:p>
        </w:tc>
        <w:tc>
          <w:tcPr>
            <w:tcW w:w="546" w:type="pct"/>
            <w:shd w:val="clear" w:color="auto" w:fill="D9EAD3"/>
            <w:vAlign w:val="center"/>
          </w:tcPr>
          <w:p w14:paraId="7ECAE907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الصف</w:t>
            </w:r>
          </w:p>
        </w:tc>
        <w:tc>
          <w:tcPr>
            <w:tcW w:w="870" w:type="pct"/>
            <w:shd w:val="clear" w:color="auto" w:fill="D9EAD3"/>
            <w:vAlign w:val="center"/>
          </w:tcPr>
          <w:p w14:paraId="495ABBDC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سبب التكريم</w:t>
            </w:r>
          </w:p>
        </w:tc>
        <w:tc>
          <w:tcPr>
            <w:tcW w:w="520" w:type="pct"/>
            <w:shd w:val="clear" w:color="auto" w:fill="D9EAD3"/>
            <w:vAlign w:val="center"/>
          </w:tcPr>
          <w:p w14:paraId="38E5CC9A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الفترة</w:t>
            </w:r>
          </w:p>
        </w:tc>
        <w:tc>
          <w:tcPr>
            <w:tcW w:w="827" w:type="pct"/>
            <w:shd w:val="clear" w:color="auto" w:fill="D9EAD3"/>
            <w:vAlign w:val="center"/>
          </w:tcPr>
          <w:p w14:paraId="62E6F614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نوع التكريم</w:t>
            </w:r>
          </w:p>
        </w:tc>
        <w:tc>
          <w:tcPr>
            <w:tcW w:w="566" w:type="pct"/>
            <w:shd w:val="clear" w:color="auto" w:fill="D9EAD3"/>
            <w:vAlign w:val="center"/>
          </w:tcPr>
          <w:p w14:paraId="517B37B4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  <w:b/>
              </w:rPr>
              <w:t>الشاهد</w:t>
            </w:r>
          </w:p>
        </w:tc>
      </w:tr>
      <w:tr w:rsidR="009117E3" w:rsidRPr="004266E9" w14:paraId="6F5C68D1" w14:textId="77777777" w:rsidTr="00873215">
        <w:trPr>
          <w:jc w:val="center"/>
        </w:trPr>
        <w:tc>
          <w:tcPr>
            <w:tcW w:w="381" w:type="pct"/>
            <w:vAlign w:val="center"/>
          </w:tcPr>
          <w:p w14:paraId="5D9A0F32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1</w:t>
            </w:r>
          </w:p>
        </w:tc>
        <w:tc>
          <w:tcPr>
            <w:tcW w:w="1290" w:type="pct"/>
            <w:vAlign w:val="center"/>
          </w:tcPr>
          <w:p w14:paraId="7A45E8D2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6701C390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49B84E25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3E9AAB52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4EAB4660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1BB7A5B2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7FBFD42D" w14:textId="77777777" w:rsidTr="00873215">
        <w:trPr>
          <w:jc w:val="center"/>
        </w:trPr>
        <w:tc>
          <w:tcPr>
            <w:tcW w:w="381" w:type="pct"/>
            <w:vAlign w:val="center"/>
          </w:tcPr>
          <w:p w14:paraId="472DFAE2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2</w:t>
            </w:r>
          </w:p>
        </w:tc>
        <w:tc>
          <w:tcPr>
            <w:tcW w:w="1290" w:type="pct"/>
            <w:vAlign w:val="center"/>
          </w:tcPr>
          <w:p w14:paraId="49FE8B97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453DF161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7461E1B0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6A1C19C4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53156592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76E6650E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0A6FC1D6" w14:textId="77777777" w:rsidTr="00873215">
        <w:trPr>
          <w:jc w:val="center"/>
        </w:trPr>
        <w:tc>
          <w:tcPr>
            <w:tcW w:w="381" w:type="pct"/>
            <w:vAlign w:val="center"/>
          </w:tcPr>
          <w:p w14:paraId="7D3BB98E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3</w:t>
            </w:r>
          </w:p>
        </w:tc>
        <w:tc>
          <w:tcPr>
            <w:tcW w:w="1290" w:type="pct"/>
            <w:vAlign w:val="center"/>
          </w:tcPr>
          <w:p w14:paraId="774A7C7C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7F96A3A5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5110E1DC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0FB58493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41ABB21A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72DC59D9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05458B64" w14:textId="77777777" w:rsidTr="00873215">
        <w:trPr>
          <w:jc w:val="center"/>
        </w:trPr>
        <w:tc>
          <w:tcPr>
            <w:tcW w:w="381" w:type="pct"/>
            <w:vAlign w:val="center"/>
          </w:tcPr>
          <w:p w14:paraId="7C6BE6B6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4</w:t>
            </w:r>
          </w:p>
        </w:tc>
        <w:tc>
          <w:tcPr>
            <w:tcW w:w="1290" w:type="pct"/>
            <w:vAlign w:val="center"/>
          </w:tcPr>
          <w:p w14:paraId="527EC841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64D55448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670F32DC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4D1F008E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3965313C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7A1EA8FB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78E2D3D6" w14:textId="77777777" w:rsidTr="00873215">
        <w:trPr>
          <w:jc w:val="center"/>
        </w:trPr>
        <w:tc>
          <w:tcPr>
            <w:tcW w:w="381" w:type="pct"/>
            <w:vAlign w:val="center"/>
          </w:tcPr>
          <w:p w14:paraId="58012583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5</w:t>
            </w:r>
          </w:p>
        </w:tc>
        <w:tc>
          <w:tcPr>
            <w:tcW w:w="1290" w:type="pct"/>
            <w:vAlign w:val="center"/>
          </w:tcPr>
          <w:p w14:paraId="3F08F68B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55E7182C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1D973C7C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4DF8151F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414F2951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14F0E737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37C38748" w14:textId="77777777" w:rsidTr="00873215">
        <w:trPr>
          <w:jc w:val="center"/>
        </w:trPr>
        <w:tc>
          <w:tcPr>
            <w:tcW w:w="381" w:type="pct"/>
            <w:vAlign w:val="center"/>
          </w:tcPr>
          <w:p w14:paraId="30E5B50D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6</w:t>
            </w:r>
          </w:p>
        </w:tc>
        <w:tc>
          <w:tcPr>
            <w:tcW w:w="1290" w:type="pct"/>
            <w:vAlign w:val="center"/>
          </w:tcPr>
          <w:p w14:paraId="775F7462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2400CA71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4D6307AC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6B2A3B48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4E312547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4E6FF2D4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1500C468" w14:textId="77777777" w:rsidTr="00873215">
        <w:trPr>
          <w:jc w:val="center"/>
        </w:trPr>
        <w:tc>
          <w:tcPr>
            <w:tcW w:w="381" w:type="pct"/>
            <w:vAlign w:val="center"/>
          </w:tcPr>
          <w:p w14:paraId="6329ADF2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7</w:t>
            </w:r>
          </w:p>
        </w:tc>
        <w:tc>
          <w:tcPr>
            <w:tcW w:w="1290" w:type="pct"/>
            <w:vAlign w:val="center"/>
          </w:tcPr>
          <w:p w14:paraId="5103001E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7B286B9E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58B57BBE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4558FEB7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02309265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1C6CCCFD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317A42DD" w14:textId="77777777" w:rsidTr="00873215">
        <w:trPr>
          <w:jc w:val="center"/>
        </w:trPr>
        <w:tc>
          <w:tcPr>
            <w:tcW w:w="381" w:type="pct"/>
            <w:vAlign w:val="center"/>
          </w:tcPr>
          <w:p w14:paraId="597B80A1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8</w:t>
            </w:r>
          </w:p>
        </w:tc>
        <w:tc>
          <w:tcPr>
            <w:tcW w:w="1290" w:type="pct"/>
            <w:vAlign w:val="center"/>
          </w:tcPr>
          <w:p w14:paraId="720278D3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63E23CC6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79425703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0110FB31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038125E6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0C97AAA5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6EC240E8" w14:textId="77777777" w:rsidTr="00873215">
        <w:trPr>
          <w:jc w:val="center"/>
        </w:trPr>
        <w:tc>
          <w:tcPr>
            <w:tcW w:w="381" w:type="pct"/>
            <w:vAlign w:val="center"/>
          </w:tcPr>
          <w:p w14:paraId="3A63DBFC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9</w:t>
            </w:r>
          </w:p>
        </w:tc>
        <w:tc>
          <w:tcPr>
            <w:tcW w:w="1290" w:type="pct"/>
            <w:vAlign w:val="center"/>
          </w:tcPr>
          <w:p w14:paraId="23FB1D84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73A80D58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1114D23F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66D2764E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331169C0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3E12B54E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0CACC995" w14:textId="77777777" w:rsidTr="00873215">
        <w:trPr>
          <w:jc w:val="center"/>
        </w:trPr>
        <w:tc>
          <w:tcPr>
            <w:tcW w:w="381" w:type="pct"/>
            <w:vAlign w:val="center"/>
          </w:tcPr>
          <w:p w14:paraId="2D4100BD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10</w:t>
            </w:r>
          </w:p>
        </w:tc>
        <w:tc>
          <w:tcPr>
            <w:tcW w:w="1290" w:type="pct"/>
            <w:vAlign w:val="center"/>
          </w:tcPr>
          <w:p w14:paraId="31C62143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18F6CF93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4F85F1C6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60991BAF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6CC7F1D9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4D95F38A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7A17B5C7" w14:textId="77777777" w:rsidTr="00873215">
        <w:trPr>
          <w:jc w:val="center"/>
        </w:trPr>
        <w:tc>
          <w:tcPr>
            <w:tcW w:w="381" w:type="pct"/>
            <w:vAlign w:val="center"/>
          </w:tcPr>
          <w:p w14:paraId="5BBE0170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11</w:t>
            </w:r>
          </w:p>
        </w:tc>
        <w:tc>
          <w:tcPr>
            <w:tcW w:w="1290" w:type="pct"/>
            <w:vAlign w:val="center"/>
          </w:tcPr>
          <w:p w14:paraId="234A1B41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6D043FDD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5712E46A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0AD19C57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26676350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6759C642" w14:textId="77777777" w:rsidR="009117E3" w:rsidRPr="004266E9" w:rsidRDefault="009117E3" w:rsidP="004D6DAE">
            <w:pPr>
              <w:bidi/>
            </w:pPr>
          </w:p>
        </w:tc>
      </w:tr>
      <w:tr w:rsidR="009117E3" w:rsidRPr="004266E9" w14:paraId="264D910A" w14:textId="77777777" w:rsidTr="00873215">
        <w:trPr>
          <w:jc w:val="center"/>
        </w:trPr>
        <w:tc>
          <w:tcPr>
            <w:tcW w:w="381" w:type="pct"/>
            <w:vAlign w:val="center"/>
          </w:tcPr>
          <w:p w14:paraId="7AA59165" w14:textId="77777777" w:rsidR="009117E3" w:rsidRPr="004266E9" w:rsidRDefault="00787C0B" w:rsidP="004D6DAE">
            <w:pPr>
              <w:bidi/>
            </w:pPr>
            <w:r w:rsidRPr="004266E9">
              <w:rPr>
                <w:rFonts w:cs="Arial"/>
              </w:rPr>
              <w:t>12</w:t>
            </w:r>
          </w:p>
        </w:tc>
        <w:tc>
          <w:tcPr>
            <w:tcW w:w="1290" w:type="pct"/>
            <w:vAlign w:val="center"/>
          </w:tcPr>
          <w:p w14:paraId="3CC7C481" w14:textId="77777777" w:rsidR="009117E3" w:rsidRPr="004266E9" w:rsidRDefault="009117E3" w:rsidP="004D6DAE">
            <w:pPr>
              <w:bidi/>
            </w:pPr>
          </w:p>
        </w:tc>
        <w:tc>
          <w:tcPr>
            <w:tcW w:w="546" w:type="pct"/>
            <w:vAlign w:val="center"/>
          </w:tcPr>
          <w:p w14:paraId="56CA6998" w14:textId="77777777" w:rsidR="009117E3" w:rsidRPr="004266E9" w:rsidRDefault="009117E3" w:rsidP="004D6DAE">
            <w:pPr>
              <w:bidi/>
            </w:pPr>
          </w:p>
        </w:tc>
        <w:tc>
          <w:tcPr>
            <w:tcW w:w="870" w:type="pct"/>
            <w:vAlign w:val="center"/>
          </w:tcPr>
          <w:p w14:paraId="2E41D92A" w14:textId="77777777" w:rsidR="009117E3" w:rsidRPr="004266E9" w:rsidRDefault="009117E3" w:rsidP="004D6DAE">
            <w:pPr>
              <w:bidi/>
            </w:pPr>
          </w:p>
        </w:tc>
        <w:tc>
          <w:tcPr>
            <w:tcW w:w="520" w:type="pct"/>
            <w:vAlign w:val="center"/>
          </w:tcPr>
          <w:p w14:paraId="2F34FE25" w14:textId="77777777" w:rsidR="009117E3" w:rsidRPr="004266E9" w:rsidRDefault="009117E3" w:rsidP="004D6DAE">
            <w:pPr>
              <w:bidi/>
            </w:pPr>
          </w:p>
        </w:tc>
        <w:tc>
          <w:tcPr>
            <w:tcW w:w="827" w:type="pct"/>
            <w:vAlign w:val="center"/>
          </w:tcPr>
          <w:p w14:paraId="1F069BC6" w14:textId="77777777" w:rsidR="009117E3" w:rsidRPr="004266E9" w:rsidRDefault="009117E3" w:rsidP="004D6DAE">
            <w:pPr>
              <w:bidi/>
            </w:pPr>
          </w:p>
        </w:tc>
        <w:tc>
          <w:tcPr>
            <w:tcW w:w="566" w:type="pct"/>
            <w:vAlign w:val="center"/>
          </w:tcPr>
          <w:p w14:paraId="5B92B599" w14:textId="77777777" w:rsidR="009117E3" w:rsidRPr="004266E9" w:rsidRDefault="009117E3" w:rsidP="004D6DAE">
            <w:pPr>
              <w:bidi/>
            </w:pPr>
          </w:p>
        </w:tc>
      </w:tr>
    </w:tbl>
    <w:p w14:paraId="74B073E1" w14:textId="77777777" w:rsidR="00523019" w:rsidRDefault="00523019" w:rsidP="004D6DAE">
      <w:pPr>
        <w:bidi/>
        <w:rPr>
          <w:b/>
          <w:sz w:val="32"/>
          <w:rtl/>
        </w:rPr>
      </w:pPr>
    </w:p>
    <w:p w14:paraId="08C1FA0A" w14:textId="5B1FF96B" w:rsidR="009117E3" w:rsidRDefault="00787C0B" w:rsidP="00523019">
      <w:pPr>
        <w:bidi/>
      </w:pPr>
      <w:r>
        <w:rPr>
          <w:b/>
          <w:sz w:val="32"/>
        </w:rPr>
        <w:lastRenderedPageBreak/>
        <w:t>الثاني عشر: سجل تكريم الفصل الأكثر انضباطاً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78"/>
        <w:gridCol w:w="1051"/>
        <w:gridCol w:w="994"/>
        <w:gridCol w:w="1824"/>
        <w:gridCol w:w="1977"/>
        <w:gridCol w:w="1669"/>
        <w:gridCol w:w="1581"/>
        <w:gridCol w:w="1082"/>
      </w:tblGrid>
      <w:tr w:rsidR="009117E3" w:rsidRPr="00230F95" w14:paraId="050CE66A" w14:textId="77777777" w:rsidTr="004C3304">
        <w:trPr>
          <w:jc w:val="center"/>
        </w:trPr>
        <w:tc>
          <w:tcPr>
            <w:tcW w:w="268" w:type="pct"/>
            <w:shd w:val="clear" w:color="auto" w:fill="D9EAD3"/>
            <w:vAlign w:val="center"/>
          </w:tcPr>
          <w:p w14:paraId="14A1F71A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م</w:t>
            </w:r>
          </w:p>
        </w:tc>
        <w:tc>
          <w:tcPr>
            <w:tcW w:w="488" w:type="pct"/>
            <w:shd w:val="clear" w:color="auto" w:fill="D9EAD3"/>
            <w:vAlign w:val="center"/>
          </w:tcPr>
          <w:p w14:paraId="24914D08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الفصل</w:t>
            </w:r>
          </w:p>
        </w:tc>
        <w:tc>
          <w:tcPr>
            <w:tcW w:w="462" w:type="pct"/>
            <w:shd w:val="clear" w:color="auto" w:fill="D9EAD3"/>
            <w:vAlign w:val="center"/>
          </w:tcPr>
          <w:p w14:paraId="7544E24D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الفترة</w:t>
            </w:r>
          </w:p>
        </w:tc>
        <w:tc>
          <w:tcPr>
            <w:tcW w:w="848" w:type="pct"/>
            <w:shd w:val="clear" w:color="auto" w:fill="D9EAD3"/>
            <w:vAlign w:val="center"/>
          </w:tcPr>
          <w:p w14:paraId="6EAA9F3A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نسبة الحضور</w:t>
            </w:r>
          </w:p>
        </w:tc>
        <w:tc>
          <w:tcPr>
            <w:tcW w:w="919" w:type="pct"/>
            <w:shd w:val="clear" w:color="auto" w:fill="D9EAD3"/>
            <w:vAlign w:val="center"/>
          </w:tcPr>
          <w:p w14:paraId="22AB6CA2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مؤشر الانضباط</w:t>
            </w:r>
          </w:p>
        </w:tc>
        <w:tc>
          <w:tcPr>
            <w:tcW w:w="776" w:type="pct"/>
            <w:shd w:val="clear" w:color="auto" w:fill="D9EAD3"/>
            <w:vAlign w:val="center"/>
          </w:tcPr>
          <w:p w14:paraId="2573405F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نتيجة التقييم</w:t>
            </w:r>
          </w:p>
        </w:tc>
        <w:tc>
          <w:tcPr>
            <w:tcW w:w="735" w:type="pct"/>
            <w:shd w:val="clear" w:color="auto" w:fill="D9EAD3"/>
            <w:vAlign w:val="center"/>
          </w:tcPr>
          <w:p w14:paraId="517934DB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نوع التكريم</w:t>
            </w:r>
          </w:p>
        </w:tc>
        <w:tc>
          <w:tcPr>
            <w:tcW w:w="503" w:type="pct"/>
            <w:shd w:val="clear" w:color="auto" w:fill="D9EAD3"/>
            <w:vAlign w:val="center"/>
          </w:tcPr>
          <w:p w14:paraId="31EDA62D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b/>
                <w:sz w:val="26"/>
                <w:szCs w:val="26"/>
              </w:rPr>
              <w:t>الشاهد</w:t>
            </w:r>
          </w:p>
        </w:tc>
      </w:tr>
      <w:tr w:rsidR="009117E3" w:rsidRPr="00230F95" w14:paraId="73726BC0" w14:textId="77777777" w:rsidTr="004C3304">
        <w:trPr>
          <w:jc w:val="center"/>
        </w:trPr>
        <w:tc>
          <w:tcPr>
            <w:tcW w:w="268" w:type="pct"/>
            <w:vAlign w:val="center"/>
          </w:tcPr>
          <w:p w14:paraId="5AF030B8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488" w:type="pct"/>
            <w:vAlign w:val="center"/>
          </w:tcPr>
          <w:p w14:paraId="4B89F63C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06B82B26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625C11FE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012B182A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6D4AC365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6836E61D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1D26C579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  <w:tr w:rsidR="009117E3" w:rsidRPr="00230F95" w14:paraId="1C5AD1CE" w14:textId="77777777" w:rsidTr="004C3304">
        <w:trPr>
          <w:jc w:val="center"/>
        </w:trPr>
        <w:tc>
          <w:tcPr>
            <w:tcW w:w="268" w:type="pct"/>
            <w:vAlign w:val="center"/>
          </w:tcPr>
          <w:p w14:paraId="079C98D1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488" w:type="pct"/>
            <w:vAlign w:val="center"/>
          </w:tcPr>
          <w:p w14:paraId="1D9F4B57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031A120A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1A32BD69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27992C55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3A46726D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3BA08641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184B5078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  <w:tr w:rsidR="009117E3" w:rsidRPr="00230F95" w14:paraId="71CBFF51" w14:textId="77777777" w:rsidTr="004C3304">
        <w:trPr>
          <w:jc w:val="center"/>
        </w:trPr>
        <w:tc>
          <w:tcPr>
            <w:tcW w:w="268" w:type="pct"/>
            <w:vAlign w:val="center"/>
          </w:tcPr>
          <w:p w14:paraId="632F86E1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488" w:type="pct"/>
            <w:vAlign w:val="center"/>
          </w:tcPr>
          <w:p w14:paraId="315644AC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559559A4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5D9CDCA4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65C96747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7A8BF79D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66A746A8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3A4E8834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  <w:tr w:rsidR="009117E3" w:rsidRPr="00230F95" w14:paraId="60991F2D" w14:textId="77777777" w:rsidTr="004C3304">
        <w:trPr>
          <w:jc w:val="center"/>
        </w:trPr>
        <w:tc>
          <w:tcPr>
            <w:tcW w:w="268" w:type="pct"/>
            <w:vAlign w:val="center"/>
          </w:tcPr>
          <w:p w14:paraId="3A0EAAC1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488" w:type="pct"/>
            <w:vAlign w:val="center"/>
          </w:tcPr>
          <w:p w14:paraId="5FB99058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6CE35ED3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69B9C334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16829A27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2B60921A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32D1B14F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318BF094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  <w:tr w:rsidR="009117E3" w:rsidRPr="00230F95" w14:paraId="415630BC" w14:textId="77777777" w:rsidTr="004C3304">
        <w:trPr>
          <w:jc w:val="center"/>
        </w:trPr>
        <w:tc>
          <w:tcPr>
            <w:tcW w:w="268" w:type="pct"/>
            <w:vAlign w:val="center"/>
          </w:tcPr>
          <w:p w14:paraId="6D4DF123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488" w:type="pct"/>
            <w:vAlign w:val="center"/>
          </w:tcPr>
          <w:p w14:paraId="6228CC37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522F479A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7ADAAED1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327179E5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465E044F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1FD8146E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3F948F9C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  <w:tr w:rsidR="009117E3" w:rsidRPr="00230F95" w14:paraId="7997682C" w14:textId="77777777" w:rsidTr="004C3304">
        <w:trPr>
          <w:jc w:val="center"/>
        </w:trPr>
        <w:tc>
          <w:tcPr>
            <w:tcW w:w="268" w:type="pct"/>
            <w:vAlign w:val="center"/>
          </w:tcPr>
          <w:p w14:paraId="229866B4" w14:textId="77777777" w:rsidR="009117E3" w:rsidRPr="00230F95" w:rsidRDefault="00787C0B" w:rsidP="004D6DAE">
            <w:pPr>
              <w:bidi/>
              <w:rPr>
                <w:sz w:val="26"/>
                <w:szCs w:val="26"/>
              </w:rPr>
            </w:pPr>
            <w:r w:rsidRPr="00230F95">
              <w:rPr>
                <w:rFonts w:cs="Arial"/>
                <w:sz w:val="26"/>
                <w:szCs w:val="26"/>
              </w:rPr>
              <w:t>6</w:t>
            </w:r>
          </w:p>
        </w:tc>
        <w:tc>
          <w:tcPr>
            <w:tcW w:w="488" w:type="pct"/>
            <w:vAlign w:val="center"/>
          </w:tcPr>
          <w:p w14:paraId="4BA8C907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462" w:type="pct"/>
            <w:vAlign w:val="center"/>
          </w:tcPr>
          <w:p w14:paraId="2534EFE1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848" w:type="pct"/>
            <w:vAlign w:val="center"/>
          </w:tcPr>
          <w:p w14:paraId="7AE35883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7EC78841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47C330C1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735" w:type="pct"/>
            <w:vAlign w:val="center"/>
          </w:tcPr>
          <w:p w14:paraId="263241CB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  <w:tc>
          <w:tcPr>
            <w:tcW w:w="503" w:type="pct"/>
            <w:vAlign w:val="center"/>
          </w:tcPr>
          <w:p w14:paraId="7112CEE0" w14:textId="77777777" w:rsidR="009117E3" w:rsidRPr="00230F95" w:rsidRDefault="009117E3" w:rsidP="004D6DAE">
            <w:pPr>
              <w:bidi/>
              <w:rPr>
                <w:sz w:val="26"/>
                <w:szCs w:val="26"/>
              </w:rPr>
            </w:pPr>
          </w:p>
        </w:tc>
      </w:tr>
    </w:tbl>
    <w:p w14:paraId="73A31A2C" w14:textId="77777777" w:rsidR="00230F95" w:rsidRDefault="00230F95" w:rsidP="00230F95">
      <w:pPr>
        <w:rPr>
          <w:rtl/>
        </w:rPr>
      </w:pPr>
    </w:p>
    <w:p w14:paraId="32CF5326" w14:textId="6B31E174" w:rsidR="009117E3" w:rsidRDefault="00787C0B" w:rsidP="00BB1366">
      <w:pPr>
        <w:jc w:val="right"/>
      </w:pPr>
      <w:r>
        <w:rPr>
          <w:b/>
          <w:sz w:val="32"/>
        </w:rPr>
        <w:t>الثالث عشر: قياس أثر المبادرات والمسابقات</w:t>
      </w:r>
    </w:p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06"/>
        <w:gridCol w:w="1506"/>
        <w:gridCol w:w="1506"/>
        <w:gridCol w:w="1506"/>
        <w:gridCol w:w="1506"/>
        <w:gridCol w:w="1506"/>
        <w:gridCol w:w="1506"/>
      </w:tblGrid>
      <w:tr w:rsidR="009117E3" w14:paraId="34C1BCDD" w14:textId="77777777">
        <w:trPr>
          <w:jc w:val="center"/>
        </w:trPr>
        <w:tc>
          <w:tcPr>
            <w:tcW w:w="1506" w:type="dxa"/>
            <w:shd w:val="clear" w:color="auto" w:fill="D9EAD3"/>
            <w:vAlign w:val="center"/>
          </w:tcPr>
          <w:p w14:paraId="56B5ACE0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م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12B5DF93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المبادرة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664EC7D7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المؤشر قبل التنفيذ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77558135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المؤشر بعد التنفيذ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264AC2FE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نسبة / مستوى التحسن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1D2763F7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الأثر المتحقق</w:t>
            </w:r>
          </w:p>
        </w:tc>
        <w:tc>
          <w:tcPr>
            <w:tcW w:w="1506" w:type="dxa"/>
            <w:shd w:val="clear" w:color="auto" w:fill="D9EAD3"/>
            <w:vAlign w:val="center"/>
          </w:tcPr>
          <w:p w14:paraId="0B32BE78" w14:textId="77777777" w:rsidR="009117E3" w:rsidRDefault="00787C0B" w:rsidP="004D6DAE">
            <w:pPr>
              <w:bidi/>
            </w:pPr>
            <w:r>
              <w:rPr>
                <w:rFonts w:cs="Arial"/>
                <w:b/>
                <w:sz w:val="16"/>
              </w:rPr>
              <w:t>التوصية</w:t>
            </w:r>
          </w:p>
        </w:tc>
      </w:tr>
      <w:tr w:rsidR="009117E3" w14:paraId="13A42FB9" w14:textId="77777777">
        <w:trPr>
          <w:jc w:val="center"/>
        </w:trPr>
        <w:tc>
          <w:tcPr>
            <w:tcW w:w="1506" w:type="dxa"/>
            <w:vAlign w:val="center"/>
          </w:tcPr>
          <w:p w14:paraId="077737C4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١</w:t>
            </w:r>
          </w:p>
        </w:tc>
        <w:tc>
          <w:tcPr>
            <w:tcW w:w="1506" w:type="dxa"/>
            <w:vAlign w:val="center"/>
          </w:tcPr>
          <w:p w14:paraId="03A306A4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حضوري سر نجاحي</w:t>
            </w:r>
          </w:p>
        </w:tc>
        <w:tc>
          <w:tcPr>
            <w:tcW w:w="1506" w:type="dxa"/>
            <w:vAlign w:val="center"/>
          </w:tcPr>
          <w:p w14:paraId="20426A0B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2EEADEC5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0370FCF1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20A46712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5E12D5E2" w14:textId="77777777" w:rsidR="009117E3" w:rsidRDefault="009117E3" w:rsidP="004D6DAE">
            <w:pPr>
              <w:bidi/>
            </w:pPr>
          </w:p>
        </w:tc>
      </w:tr>
      <w:tr w:rsidR="009117E3" w14:paraId="0663AE89" w14:textId="77777777">
        <w:trPr>
          <w:jc w:val="center"/>
        </w:trPr>
        <w:tc>
          <w:tcPr>
            <w:tcW w:w="1506" w:type="dxa"/>
            <w:vAlign w:val="center"/>
          </w:tcPr>
          <w:p w14:paraId="1CC77FE9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٢</w:t>
            </w:r>
          </w:p>
        </w:tc>
        <w:tc>
          <w:tcPr>
            <w:tcW w:w="1506" w:type="dxa"/>
            <w:vAlign w:val="center"/>
          </w:tcPr>
          <w:p w14:paraId="2C82CDDC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فصلي منضبط</w:t>
            </w:r>
          </w:p>
        </w:tc>
        <w:tc>
          <w:tcPr>
            <w:tcW w:w="1506" w:type="dxa"/>
            <w:vAlign w:val="center"/>
          </w:tcPr>
          <w:p w14:paraId="31203DF3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3CF562A0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2CD57BAD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14F676BD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4E35F0CC" w14:textId="77777777" w:rsidR="009117E3" w:rsidRDefault="009117E3" w:rsidP="004D6DAE">
            <w:pPr>
              <w:bidi/>
            </w:pPr>
          </w:p>
        </w:tc>
      </w:tr>
      <w:tr w:rsidR="009117E3" w14:paraId="3CBE7E1C" w14:textId="77777777">
        <w:trPr>
          <w:jc w:val="center"/>
        </w:trPr>
        <w:tc>
          <w:tcPr>
            <w:tcW w:w="1506" w:type="dxa"/>
            <w:vAlign w:val="center"/>
          </w:tcPr>
          <w:p w14:paraId="392B6AE1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٣</w:t>
            </w:r>
          </w:p>
        </w:tc>
        <w:tc>
          <w:tcPr>
            <w:tcW w:w="1506" w:type="dxa"/>
            <w:vAlign w:val="center"/>
          </w:tcPr>
          <w:p w14:paraId="51AFFA8D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قدوة في الانضباط</w:t>
            </w:r>
          </w:p>
        </w:tc>
        <w:tc>
          <w:tcPr>
            <w:tcW w:w="1506" w:type="dxa"/>
            <w:vAlign w:val="center"/>
          </w:tcPr>
          <w:p w14:paraId="672BD1A1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17160899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435499C4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1F9BD949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38EB7A45" w14:textId="77777777" w:rsidR="009117E3" w:rsidRDefault="009117E3" w:rsidP="004D6DAE">
            <w:pPr>
              <w:bidi/>
            </w:pPr>
          </w:p>
        </w:tc>
      </w:tr>
      <w:tr w:rsidR="009117E3" w14:paraId="2C23A82D" w14:textId="77777777">
        <w:trPr>
          <w:jc w:val="center"/>
        </w:trPr>
        <w:tc>
          <w:tcPr>
            <w:tcW w:w="1506" w:type="dxa"/>
            <w:vAlign w:val="center"/>
          </w:tcPr>
          <w:p w14:paraId="72F8D83A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٤</w:t>
            </w:r>
          </w:p>
        </w:tc>
        <w:tc>
          <w:tcPr>
            <w:tcW w:w="1506" w:type="dxa"/>
            <w:vAlign w:val="center"/>
          </w:tcPr>
          <w:p w14:paraId="4F8C2407" w14:textId="77777777" w:rsidR="009117E3" w:rsidRDefault="00787C0B" w:rsidP="004D6DAE">
            <w:pPr>
              <w:bidi/>
            </w:pPr>
            <w:r>
              <w:rPr>
                <w:rFonts w:cs="Arial"/>
                <w:sz w:val="14"/>
              </w:rPr>
              <w:t>دقيقة تصنع فرقاً</w:t>
            </w:r>
          </w:p>
        </w:tc>
        <w:tc>
          <w:tcPr>
            <w:tcW w:w="1506" w:type="dxa"/>
            <w:vAlign w:val="center"/>
          </w:tcPr>
          <w:p w14:paraId="4E4EFD3B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47558E5C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384335AA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056E9739" w14:textId="77777777" w:rsidR="009117E3" w:rsidRDefault="009117E3" w:rsidP="004D6DAE">
            <w:pPr>
              <w:bidi/>
            </w:pPr>
          </w:p>
        </w:tc>
        <w:tc>
          <w:tcPr>
            <w:tcW w:w="1506" w:type="dxa"/>
            <w:vAlign w:val="center"/>
          </w:tcPr>
          <w:p w14:paraId="7EAC1EB9" w14:textId="77777777" w:rsidR="009117E3" w:rsidRDefault="009117E3" w:rsidP="004D6DAE">
            <w:pPr>
              <w:bidi/>
            </w:pPr>
          </w:p>
        </w:tc>
      </w:tr>
    </w:tbl>
    <w:p w14:paraId="6EF7A1AF" w14:textId="77777777" w:rsidR="009117E3" w:rsidRDefault="00787C0B" w:rsidP="004D6DAE">
      <w:pPr>
        <w:bidi/>
      </w:pPr>
      <w:r>
        <w:rPr>
          <w:b/>
          <w:sz w:val="32"/>
        </w:rPr>
        <w:t>الرابع عشر: آلية توثيق المبادرات والتكريم</w:t>
      </w:r>
    </w:p>
    <w:p w14:paraId="2D02A086" w14:textId="77777777" w:rsidR="009117E3" w:rsidRDefault="00787C0B" w:rsidP="004D6DAE">
      <w:pPr>
        <w:bidi/>
      </w:pPr>
      <w:r>
        <w:t>• إرفاق إعلان أو خطة المبادرة قبل التنفيذ.</w:t>
      </w:r>
    </w:p>
    <w:p w14:paraId="58D50860" w14:textId="77777777" w:rsidR="009117E3" w:rsidRDefault="00787C0B" w:rsidP="004D6DAE">
      <w:pPr>
        <w:bidi/>
      </w:pPr>
      <w:r>
        <w:t>• توثيق التنفيذ بالصور أو التقارير أو النشرات المناسبة.</w:t>
      </w:r>
    </w:p>
    <w:p w14:paraId="7FAF2097" w14:textId="77777777" w:rsidR="009117E3" w:rsidRDefault="00787C0B" w:rsidP="004D6DAE">
      <w:pPr>
        <w:bidi/>
      </w:pPr>
      <w:r>
        <w:t>• إرفاق كشف النتائج أو المؤشرات المستخدمة في اختيار المكرمين.</w:t>
      </w:r>
    </w:p>
    <w:p w14:paraId="7C823943" w14:textId="77777777" w:rsidR="009117E3" w:rsidRDefault="00787C0B" w:rsidP="004D6DAE">
      <w:pPr>
        <w:bidi/>
      </w:pPr>
      <w:r>
        <w:t>• إرفاق نماذج شهادات التكريم أو ما يثبت التحفيز.</w:t>
      </w:r>
    </w:p>
    <w:p w14:paraId="2ADBBBA6" w14:textId="77777777" w:rsidR="009117E3" w:rsidRDefault="00787C0B" w:rsidP="004D6DAE">
      <w:pPr>
        <w:bidi/>
      </w:pPr>
      <w:r>
        <w:t>• تعبئة نموذج قياس الأثر ومقارنة النتائج قبل التنفيذ وبعده.</w:t>
      </w:r>
    </w:p>
    <w:p w14:paraId="4ABA8FF8" w14:textId="77777777" w:rsidR="009117E3" w:rsidRDefault="00787C0B" w:rsidP="004D6DAE">
      <w:pPr>
        <w:bidi/>
      </w:pPr>
      <w:r>
        <w:t>• حفظ جميع الشواهد ضمن ملف الانضباط المدرسي حسب تسلسل المبادرات.</w:t>
      </w:r>
    </w:p>
    <w:p w14:paraId="7231ED90" w14:textId="77777777" w:rsidR="009117E3" w:rsidRDefault="00787C0B" w:rsidP="004D6DAE">
      <w:pPr>
        <w:bidi/>
      </w:pPr>
      <w:r>
        <w:rPr>
          <w:b/>
          <w:sz w:val="32"/>
        </w:rPr>
        <w:t>الخامس عشر: التوصيات</w:t>
      </w:r>
    </w:p>
    <w:p w14:paraId="0073B0AA" w14:textId="77777777" w:rsidR="009117E3" w:rsidRDefault="00787C0B" w:rsidP="004D6DAE">
      <w:pPr>
        <w:bidi/>
      </w:pPr>
      <w:r>
        <w:t>• استمرار المبادرات التي يثبت أثرها في رفع الحضور والانضباط.</w:t>
      </w:r>
    </w:p>
    <w:p w14:paraId="714D2D44" w14:textId="77777777" w:rsidR="009117E3" w:rsidRDefault="00787C0B" w:rsidP="004D6DAE">
      <w:pPr>
        <w:bidi/>
      </w:pPr>
      <w:r>
        <w:t>• تطوير المبادرات التي لم تحقق المستهدف بناءً على نتائج القياس.</w:t>
      </w:r>
    </w:p>
    <w:p w14:paraId="38CE7CCB" w14:textId="77777777" w:rsidR="009117E3" w:rsidRDefault="00787C0B" w:rsidP="004D6DAE">
      <w:pPr>
        <w:bidi/>
      </w:pPr>
      <w:r>
        <w:t>• تنويع أساليب التحفيز بما يناسب المراحل العمرية.</w:t>
      </w:r>
    </w:p>
    <w:p w14:paraId="64965D1F" w14:textId="77777777" w:rsidR="009117E3" w:rsidRDefault="00787C0B" w:rsidP="004D6DAE">
      <w:pPr>
        <w:bidi/>
      </w:pPr>
      <w:r>
        <w:t>• إشراك الأسرة في دعم الحضور والانضباط وتعزيز السلوك الإيجابي.</w:t>
      </w:r>
    </w:p>
    <w:p w14:paraId="777F653F" w14:textId="77777777" w:rsidR="009117E3" w:rsidRDefault="00787C0B" w:rsidP="004D6DAE">
      <w:pPr>
        <w:bidi/>
      </w:pPr>
      <w:r>
        <w:t>• إبراز النماذج المتميزة ونشر الممارسات الناجحة داخل المدرسة.</w:t>
      </w:r>
    </w:p>
    <w:p w14:paraId="5BB27D06" w14:textId="77777777" w:rsidR="00C275F9" w:rsidRDefault="00C275F9" w:rsidP="00C275F9">
      <w:pPr>
        <w:jc w:val="center"/>
        <w:rPr>
          <w:sz w:val="54"/>
          <w:szCs w:val="54"/>
          <w:rtl/>
        </w:rPr>
      </w:pPr>
    </w:p>
    <w:p w14:paraId="7F6442D4" w14:textId="697337ED" w:rsidR="009117E3" w:rsidRDefault="00787C0B" w:rsidP="00C275F9">
      <w:pPr>
        <w:jc w:val="center"/>
        <w:rPr>
          <w:sz w:val="54"/>
          <w:szCs w:val="54"/>
          <w:rtl/>
        </w:rPr>
      </w:pPr>
      <w:r w:rsidRPr="00C275F9">
        <w:rPr>
          <w:b/>
          <w:sz w:val="54"/>
          <w:szCs w:val="54"/>
        </w:rPr>
        <w:t>مرفقات المبادرات والإعلانات وشهادات التكريم</w:t>
      </w:r>
    </w:p>
    <w:p w14:paraId="336F71C6" w14:textId="77777777" w:rsidR="00C275F9" w:rsidRDefault="00C275F9" w:rsidP="004D6DAE">
      <w:pPr>
        <w:bidi/>
        <w:rPr>
          <w:b/>
          <w:sz w:val="44"/>
          <w:rtl/>
        </w:rPr>
      </w:pPr>
    </w:p>
    <w:p w14:paraId="40308DC8" w14:textId="77777777" w:rsidR="00C275F9" w:rsidRDefault="00C275F9" w:rsidP="00C275F9">
      <w:pPr>
        <w:bidi/>
        <w:rPr>
          <w:b/>
          <w:sz w:val="44"/>
          <w:rtl/>
        </w:rPr>
      </w:pPr>
    </w:p>
    <w:p w14:paraId="4464B2EE" w14:textId="556C8B80" w:rsidR="009117E3" w:rsidRDefault="00787C0B" w:rsidP="00C275F9">
      <w:pPr>
        <w:bidi/>
        <w:jc w:val="center"/>
      </w:pPr>
      <w:r>
        <w:rPr>
          <w:b/>
          <w:sz w:val="44"/>
        </w:rPr>
        <w:t>حزمة مبادرات تعزيز الانضباط المدرسي</w:t>
      </w:r>
    </w:p>
    <w:p w14:paraId="66312E4C" w14:textId="77777777" w:rsidR="009117E3" w:rsidRDefault="00787C0B" w:rsidP="00C275F9">
      <w:pPr>
        <w:bidi/>
        <w:jc w:val="center"/>
      </w:pPr>
      <w:r>
        <w:rPr>
          <w:b/>
          <w:sz w:val="30"/>
        </w:rPr>
        <w:t>المبادرات • الإعلانات • شهادات التكريم</w:t>
      </w:r>
    </w:p>
    <w:p w14:paraId="07CA11A6" w14:textId="77777777" w:rsidR="009117E3" w:rsidRDefault="00787C0B" w:rsidP="00C275F9">
      <w:pPr>
        <w:bidi/>
        <w:jc w:val="center"/>
      </w:pPr>
      <w:r>
        <w:rPr>
          <w:b/>
          <w:sz w:val="26"/>
        </w:rPr>
        <w:t>مدرسة القراصة للطفولة المبكرة ومتوسطة القراصة</w:t>
      </w:r>
    </w:p>
    <w:p w14:paraId="6E13C054" w14:textId="77777777" w:rsidR="009117E3" w:rsidRDefault="00787C0B" w:rsidP="00C275F9">
      <w:pPr>
        <w:bidi/>
        <w:jc w:val="center"/>
      </w:pPr>
      <w:r>
        <w:rPr>
          <w:b/>
          <w:sz w:val="26"/>
        </w:rPr>
        <w:t>العام الدراسي ١٤٤٨هـ</w:t>
      </w:r>
    </w:p>
    <w:p w14:paraId="06C64B1C" w14:textId="77777777" w:rsidR="009117E3" w:rsidRDefault="00787C0B" w:rsidP="00C275F9">
      <w:pPr>
        <w:jc w:val="center"/>
      </w:pPr>
      <w:r>
        <w:br w:type="page"/>
      </w:r>
    </w:p>
    <w:p w14:paraId="003C1691" w14:textId="77777777" w:rsidR="009117E3" w:rsidRDefault="00787C0B">
      <w:pPr>
        <w:bidi/>
        <w:jc w:val="center"/>
      </w:pPr>
      <w:r>
        <w:rPr>
          <w:b/>
          <w:sz w:val="34"/>
        </w:rPr>
        <w:lastRenderedPageBreak/>
        <w:t>مبادرة: حضوري سر نجاحي</w:t>
      </w:r>
    </w:p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9117E3" w:rsidRPr="00742D86" w14:paraId="64C2CB1B" w14:textId="77777777">
        <w:trPr>
          <w:jc w:val="center"/>
        </w:trPr>
        <w:tc>
          <w:tcPr>
            <w:tcW w:w="5270" w:type="dxa"/>
            <w:shd w:val="clear" w:color="auto" w:fill="D9EAD3"/>
            <w:vAlign w:val="center"/>
          </w:tcPr>
          <w:p w14:paraId="1C3A5E4B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b/>
                <w:sz w:val="32"/>
                <w:szCs w:val="32"/>
              </w:rPr>
              <w:t>البيان</w:t>
            </w:r>
          </w:p>
        </w:tc>
        <w:tc>
          <w:tcPr>
            <w:tcW w:w="5270" w:type="dxa"/>
            <w:shd w:val="clear" w:color="auto" w:fill="D9EAD3"/>
            <w:vAlign w:val="center"/>
          </w:tcPr>
          <w:p w14:paraId="06401DC5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b/>
                <w:sz w:val="32"/>
                <w:szCs w:val="32"/>
              </w:rPr>
              <w:t>التفاصيل</w:t>
            </w:r>
          </w:p>
        </w:tc>
      </w:tr>
      <w:tr w:rsidR="009117E3" w:rsidRPr="00742D86" w14:paraId="77B68659" w14:textId="77777777">
        <w:trPr>
          <w:jc w:val="center"/>
        </w:trPr>
        <w:tc>
          <w:tcPr>
            <w:tcW w:w="5270" w:type="dxa"/>
            <w:vAlign w:val="center"/>
          </w:tcPr>
          <w:p w14:paraId="1FF6C206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اسم المبادرة</w:t>
            </w:r>
          </w:p>
        </w:tc>
        <w:tc>
          <w:tcPr>
            <w:tcW w:w="5270" w:type="dxa"/>
            <w:vAlign w:val="center"/>
          </w:tcPr>
          <w:p w14:paraId="587E1348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حضوري سر نجاحي</w:t>
            </w:r>
          </w:p>
        </w:tc>
      </w:tr>
      <w:tr w:rsidR="009117E3" w:rsidRPr="00742D86" w14:paraId="0106BE03" w14:textId="77777777">
        <w:trPr>
          <w:jc w:val="center"/>
        </w:trPr>
        <w:tc>
          <w:tcPr>
            <w:tcW w:w="5270" w:type="dxa"/>
            <w:vAlign w:val="center"/>
          </w:tcPr>
          <w:p w14:paraId="304CF254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المجال</w:t>
            </w:r>
          </w:p>
        </w:tc>
        <w:tc>
          <w:tcPr>
            <w:tcW w:w="5270" w:type="dxa"/>
            <w:vAlign w:val="center"/>
          </w:tcPr>
          <w:p w14:paraId="12F94CDF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الانضباط المدرسي</w:t>
            </w:r>
          </w:p>
        </w:tc>
      </w:tr>
      <w:tr w:rsidR="009117E3" w:rsidRPr="00742D86" w14:paraId="490A4D1C" w14:textId="77777777">
        <w:trPr>
          <w:jc w:val="center"/>
        </w:trPr>
        <w:tc>
          <w:tcPr>
            <w:tcW w:w="5270" w:type="dxa"/>
            <w:vAlign w:val="center"/>
          </w:tcPr>
          <w:p w14:paraId="7AB43900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الهدف</w:t>
            </w:r>
          </w:p>
        </w:tc>
        <w:tc>
          <w:tcPr>
            <w:tcW w:w="5270" w:type="dxa"/>
            <w:vAlign w:val="center"/>
          </w:tcPr>
          <w:p w14:paraId="6EFBB2E1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رفع نسبة الحضور والحد من الغياب غير المبرر</w:t>
            </w:r>
          </w:p>
        </w:tc>
      </w:tr>
      <w:tr w:rsidR="009117E3" w:rsidRPr="00742D86" w14:paraId="3EEFBED4" w14:textId="77777777">
        <w:trPr>
          <w:jc w:val="center"/>
        </w:trPr>
        <w:tc>
          <w:tcPr>
            <w:tcW w:w="5270" w:type="dxa"/>
            <w:vAlign w:val="center"/>
          </w:tcPr>
          <w:p w14:paraId="2B3D1040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الفئة المستهدفة</w:t>
            </w:r>
          </w:p>
        </w:tc>
        <w:tc>
          <w:tcPr>
            <w:tcW w:w="5270" w:type="dxa"/>
            <w:vAlign w:val="center"/>
          </w:tcPr>
          <w:p w14:paraId="60A5425C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جميع الطلاب والطالبات</w:t>
            </w:r>
          </w:p>
        </w:tc>
      </w:tr>
      <w:tr w:rsidR="009117E3" w:rsidRPr="00742D86" w14:paraId="4B7D00BF" w14:textId="77777777">
        <w:trPr>
          <w:jc w:val="center"/>
        </w:trPr>
        <w:tc>
          <w:tcPr>
            <w:tcW w:w="5270" w:type="dxa"/>
            <w:vAlign w:val="center"/>
          </w:tcPr>
          <w:p w14:paraId="0E78AB14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المسؤولة عن التنفيذ</w:t>
            </w:r>
          </w:p>
        </w:tc>
        <w:tc>
          <w:tcPr>
            <w:tcW w:w="5270" w:type="dxa"/>
            <w:vAlign w:val="center"/>
          </w:tcPr>
          <w:p w14:paraId="4647CC7F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الموجهة الطلابية / وكيلة شؤون الطالبات</w:t>
            </w:r>
          </w:p>
        </w:tc>
      </w:tr>
      <w:tr w:rsidR="009117E3" w:rsidRPr="00742D86" w14:paraId="7D1F18FB" w14:textId="77777777">
        <w:trPr>
          <w:jc w:val="center"/>
        </w:trPr>
        <w:tc>
          <w:tcPr>
            <w:tcW w:w="5270" w:type="dxa"/>
            <w:vAlign w:val="center"/>
          </w:tcPr>
          <w:p w14:paraId="15928CB6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موعد التنفيذ</w:t>
            </w:r>
          </w:p>
        </w:tc>
        <w:tc>
          <w:tcPr>
            <w:tcW w:w="5270" w:type="dxa"/>
            <w:vAlign w:val="center"/>
          </w:tcPr>
          <w:p w14:paraId="322CD61E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ربيع الآخر ١٤٤٨هـ</w:t>
            </w:r>
          </w:p>
        </w:tc>
      </w:tr>
      <w:tr w:rsidR="009117E3" w:rsidRPr="00742D86" w14:paraId="0E44BB61" w14:textId="77777777">
        <w:trPr>
          <w:jc w:val="center"/>
        </w:trPr>
        <w:tc>
          <w:tcPr>
            <w:tcW w:w="5270" w:type="dxa"/>
            <w:vAlign w:val="center"/>
          </w:tcPr>
          <w:p w14:paraId="2D0E5E74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مؤشر النجاح</w:t>
            </w:r>
          </w:p>
        </w:tc>
        <w:tc>
          <w:tcPr>
            <w:tcW w:w="5270" w:type="dxa"/>
            <w:vAlign w:val="center"/>
          </w:tcPr>
          <w:p w14:paraId="1B4A58FE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ارتفاع نسبة الحضور وانخفاض الغياب</w:t>
            </w:r>
          </w:p>
        </w:tc>
      </w:tr>
      <w:tr w:rsidR="009117E3" w:rsidRPr="00742D86" w14:paraId="7EF55555" w14:textId="77777777">
        <w:trPr>
          <w:jc w:val="center"/>
        </w:trPr>
        <w:tc>
          <w:tcPr>
            <w:tcW w:w="5270" w:type="dxa"/>
            <w:vAlign w:val="center"/>
          </w:tcPr>
          <w:p w14:paraId="7DD52711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الشواهد</w:t>
            </w:r>
          </w:p>
        </w:tc>
        <w:tc>
          <w:tcPr>
            <w:tcW w:w="5270" w:type="dxa"/>
            <w:vAlign w:val="center"/>
          </w:tcPr>
          <w:p w14:paraId="7548A52B" w14:textId="77777777" w:rsidR="009117E3" w:rsidRPr="00742D86" w:rsidRDefault="00787C0B">
            <w:pPr>
              <w:bidi/>
              <w:jc w:val="center"/>
              <w:rPr>
                <w:sz w:val="32"/>
                <w:szCs w:val="32"/>
              </w:rPr>
            </w:pPr>
            <w:r w:rsidRPr="00742D86">
              <w:rPr>
                <w:rFonts w:cs="Arial"/>
                <w:sz w:val="32"/>
                <w:szCs w:val="32"/>
              </w:rPr>
              <w:t>إعلان المبادرة، سجلات المتابعة، صور التنفيذ، نتائج القياس، شهادة التكريم</w:t>
            </w:r>
          </w:p>
        </w:tc>
      </w:tr>
    </w:tbl>
    <w:p w14:paraId="24D7A1AE" w14:textId="77777777" w:rsidR="009117E3" w:rsidRPr="00666F16" w:rsidRDefault="00787C0B" w:rsidP="00D91968">
      <w:pPr>
        <w:bidi/>
        <w:rPr>
          <w:b/>
        </w:rPr>
      </w:pPr>
      <w:r>
        <w:rPr>
          <w:b/>
        </w:rPr>
        <w:t>آلية</w:t>
      </w:r>
      <w:r w:rsidRPr="00666F16">
        <w:rPr>
          <w:b/>
        </w:rPr>
        <w:t xml:space="preserve"> التنفيذ:</w:t>
      </w:r>
    </w:p>
    <w:p w14:paraId="7F62572A" w14:textId="77777777" w:rsidR="009117E3" w:rsidRPr="00666F16" w:rsidRDefault="00787C0B" w:rsidP="00D91968">
      <w:pPr>
        <w:bidi/>
        <w:rPr>
          <w:b/>
        </w:rPr>
      </w:pPr>
      <w:r w:rsidRPr="00666F16">
        <w:rPr>
          <w:b/>
        </w:rPr>
        <w:t>1. متابعة الحضور بصورة منتظمة.</w:t>
      </w:r>
    </w:p>
    <w:p w14:paraId="7AB6E6FB" w14:textId="77777777" w:rsidR="009117E3" w:rsidRPr="00666F16" w:rsidRDefault="00787C0B" w:rsidP="00D91968">
      <w:pPr>
        <w:bidi/>
        <w:rPr>
          <w:b/>
        </w:rPr>
      </w:pPr>
      <w:r w:rsidRPr="00666F16">
        <w:rPr>
          <w:b/>
        </w:rPr>
        <w:t>2. نشر رسائل تحفيزية عن أثر الحضور في النجاح.</w:t>
      </w:r>
    </w:p>
    <w:p w14:paraId="55C82DA2" w14:textId="77777777" w:rsidR="009117E3" w:rsidRPr="00666F16" w:rsidRDefault="00787C0B" w:rsidP="00D91968">
      <w:pPr>
        <w:bidi/>
        <w:rPr>
          <w:b/>
        </w:rPr>
      </w:pPr>
      <w:r w:rsidRPr="00666F16">
        <w:rPr>
          <w:b/>
        </w:rPr>
        <w:t>3. حصر الملتزمين بالحضور.</w:t>
      </w:r>
    </w:p>
    <w:p w14:paraId="7B8B82D4" w14:textId="77777777" w:rsidR="009117E3" w:rsidRPr="00666F16" w:rsidRDefault="00787C0B" w:rsidP="00D91968">
      <w:pPr>
        <w:bidi/>
        <w:rPr>
          <w:b/>
        </w:rPr>
      </w:pPr>
      <w:r w:rsidRPr="00666F16">
        <w:rPr>
          <w:b/>
        </w:rPr>
        <w:t>4. تكريم المتميزين في نهاية فترة المبادرة.</w:t>
      </w:r>
    </w:p>
    <w:p w14:paraId="3226FD32" w14:textId="77777777" w:rsidR="009117E3" w:rsidRPr="00666F16" w:rsidRDefault="00787C0B" w:rsidP="00D91968">
      <w:pPr>
        <w:bidi/>
        <w:rPr>
          <w:b/>
        </w:rPr>
      </w:pPr>
      <w:r w:rsidRPr="00666F16">
        <w:rPr>
          <w:b/>
        </w:rPr>
        <w:t>قياس الأثر: تُقارن بيانات الانضباط المرتبطة بالمبادرة قبل التنفيذ وبعده، وتوثق النتيجة والتوصية في سجل قياس الأثر.</w:t>
      </w:r>
    </w:p>
    <w:p w14:paraId="1CCC3C83" w14:textId="77777777" w:rsidR="009117E3" w:rsidRPr="00666F16" w:rsidRDefault="00787C0B">
      <w:pPr>
        <w:rPr>
          <w:b/>
        </w:rPr>
      </w:pPr>
      <w:r w:rsidRPr="00666F16">
        <w:rPr>
          <w:b/>
        </w:rPr>
        <w:br w:type="page"/>
      </w:r>
    </w:p>
    <w:p w14:paraId="5E425506" w14:textId="77777777" w:rsidR="005C6124" w:rsidRDefault="005C6124">
      <w:pPr>
        <w:bidi/>
        <w:jc w:val="center"/>
        <w:rPr>
          <w:b/>
          <w:sz w:val="48"/>
        </w:rPr>
      </w:pPr>
    </w:p>
    <w:p w14:paraId="62CEC70B" w14:textId="77777777" w:rsidR="005C6124" w:rsidRDefault="005C6124" w:rsidP="005C6124">
      <w:pPr>
        <w:bidi/>
        <w:jc w:val="center"/>
        <w:rPr>
          <w:b/>
          <w:sz w:val="48"/>
        </w:rPr>
      </w:pPr>
    </w:p>
    <w:p w14:paraId="4DDAD68B" w14:textId="77777777" w:rsidR="005C6124" w:rsidRDefault="005C6124" w:rsidP="005C6124">
      <w:pPr>
        <w:bidi/>
        <w:jc w:val="center"/>
        <w:rPr>
          <w:b/>
          <w:sz w:val="48"/>
        </w:rPr>
      </w:pPr>
    </w:p>
    <w:p w14:paraId="4EE06919" w14:textId="77777777" w:rsidR="005C6124" w:rsidRDefault="005C6124" w:rsidP="005C6124">
      <w:pPr>
        <w:bidi/>
        <w:jc w:val="center"/>
        <w:rPr>
          <w:b/>
          <w:sz w:val="48"/>
        </w:rPr>
      </w:pPr>
    </w:p>
    <w:p w14:paraId="623A1CCB" w14:textId="5F655E52" w:rsidR="009117E3" w:rsidRDefault="00787C0B" w:rsidP="005C6124">
      <w:pPr>
        <w:bidi/>
        <w:jc w:val="center"/>
      </w:pPr>
      <w:r>
        <w:rPr>
          <w:b/>
          <w:sz w:val="48"/>
        </w:rPr>
        <w:t>إعــلان</w:t>
      </w:r>
    </w:p>
    <w:p w14:paraId="6A6F8238" w14:textId="77777777" w:rsidR="009117E3" w:rsidRDefault="00787C0B">
      <w:pPr>
        <w:bidi/>
        <w:jc w:val="center"/>
      </w:pPr>
      <w:r>
        <w:rPr>
          <w:b/>
          <w:sz w:val="40"/>
        </w:rPr>
        <w:t>مبادرة «حضوري سر نجاحي»</w:t>
      </w:r>
    </w:p>
    <w:p w14:paraId="52E37C74" w14:textId="77777777" w:rsidR="009117E3" w:rsidRDefault="00787C0B">
      <w:pPr>
        <w:bidi/>
        <w:jc w:val="center"/>
      </w:pPr>
      <w:r>
        <w:rPr>
          <w:sz w:val="28"/>
        </w:rPr>
        <w:t>يسر مدرسة القراصة للطفولة المبكرة ومتوسطة القراصة الإعلان عن تنفيذ مبادرة</w:t>
      </w:r>
    </w:p>
    <w:p w14:paraId="7C2A4D5F" w14:textId="77777777" w:rsidR="009117E3" w:rsidRDefault="00787C0B">
      <w:pPr>
        <w:bidi/>
        <w:jc w:val="center"/>
      </w:pPr>
      <w:r>
        <w:rPr>
          <w:b/>
          <w:sz w:val="44"/>
        </w:rPr>
        <w:t>« حضوري سر نجاحي »</w:t>
      </w:r>
    </w:p>
    <w:p w14:paraId="7DE7308A" w14:textId="77777777" w:rsidR="009117E3" w:rsidRDefault="00787C0B">
      <w:pPr>
        <w:bidi/>
        <w:jc w:val="center"/>
      </w:pPr>
      <w:r>
        <w:rPr>
          <w:sz w:val="28"/>
        </w:rPr>
        <w:t>رفع نسبة الحضور والحد من الغياب غير المبرر</w:t>
      </w:r>
    </w:p>
    <w:p w14:paraId="293E2814" w14:textId="77777777" w:rsidR="009117E3" w:rsidRDefault="00787C0B">
      <w:pPr>
        <w:bidi/>
        <w:jc w:val="center"/>
      </w:pPr>
      <w:r>
        <w:rPr>
          <w:sz w:val="26"/>
        </w:rPr>
        <w:t>الفئة المستهدفة: جميع الطلاب والطالبات</w:t>
      </w:r>
      <w:r>
        <w:rPr>
          <w:sz w:val="26"/>
        </w:rPr>
        <w:br/>
        <w:t>موعد التنفيذ: ربيع الآخر ١٤٤٨هـ</w:t>
      </w:r>
    </w:p>
    <w:p w14:paraId="50944A2D" w14:textId="77777777" w:rsidR="009117E3" w:rsidRDefault="00787C0B">
      <w:pPr>
        <w:bidi/>
        <w:jc w:val="center"/>
      </w:pPr>
      <w:r>
        <w:rPr>
          <w:b/>
          <w:sz w:val="30"/>
        </w:rPr>
        <w:t>كونوا قدوة في الالتزام… فالانضباط بداية كل نجاح.</w:t>
      </w:r>
    </w:p>
    <w:p w14:paraId="0337B8CE" w14:textId="77777777" w:rsidR="00A9369A" w:rsidRDefault="00A9369A" w:rsidP="00A9369A">
      <w:pPr>
        <w:bidi/>
        <w:jc w:val="center"/>
      </w:pPr>
    </w:p>
    <w:p w14:paraId="7BC5AF2F" w14:textId="77777777" w:rsidR="00EF4986" w:rsidRPr="005E719B" w:rsidRDefault="00EF4986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منفذة المبادرة </w:t>
      </w:r>
    </w:p>
    <w:p w14:paraId="69DEA7A4" w14:textId="77777777" w:rsidR="00EF4986" w:rsidRPr="005E719B" w:rsidRDefault="00EF4986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الموجهة الطلابية : </w:t>
      </w:r>
      <w:r>
        <w:rPr>
          <w:rFonts w:hint="cs"/>
          <w:b/>
          <w:bCs/>
          <w:rtl/>
        </w:rPr>
        <w:t xml:space="preserve"> </w:t>
      </w:r>
      <w:r w:rsidRPr="005E719B">
        <w:rPr>
          <w:rFonts w:hint="cs"/>
          <w:b/>
          <w:bCs/>
          <w:rtl/>
        </w:rPr>
        <w:t>نادية الجهني</w:t>
      </w:r>
      <w:r>
        <w:rPr>
          <w:rFonts w:hint="cs"/>
          <w:b/>
          <w:bCs/>
          <w:rtl/>
        </w:rPr>
        <w:t xml:space="preserve"> و </w:t>
      </w:r>
      <w:r w:rsidRPr="005E719B">
        <w:rPr>
          <w:rFonts w:hint="cs"/>
          <w:b/>
          <w:bCs/>
          <w:rtl/>
        </w:rPr>
        <w:t xml:space="preserve">منال الحربي </w:t>
      </w:r>
    </w:p>
    <w:p w14:paraId="1DD22B4D" w14:textId="45CB97E2" w:rsidR="00EF4986" w:rsidRPr="005E719B" w:rsidRDefault="00BD6A9C" w:rsidP="00C50B9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وكيلة الشؤون الطلابية</w:t>
      </w:r>
      <w:r w:rsidR="00EF4986">
        <w:rPr>
          <w:rFonts w:hint="cs"/>
          <w:b/>
          <w:bCs/>
          <w:rtl/>
        </w:rPr>
        <w:t xml:space="preserve"> </w:t>
      </w:r>
      <w:r w:rsidR="00EF4986" w:rsidRPr="005E719B">
        <w:rPr>
          <w:rFonts w:hint="cs"/>
          <w:b/>
          <w:bCs/>
          <w:rtl/>
        </w:rPr>
        <w:t xml:space="preserve"> : </w:t>
      </w:r>
      <w:r w:rsidR="00EF498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منه</w:t>
      </w:r>
      <w:r w:rsidR="00EF498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الميلبي</w:t>
      </w:r>
      <w:r w:rsidR="00EF4986">
        <w:rPr>
          <w:rFonts w:hint="cs"/>
          <w:b/>
          <w:bCs/>
          <w:rtl/>
        </w:rPr>
        <w:t xml:space="preserve"> </w:t>
      </w:r>
    </w:p>
    <w:p w14:paraId="63EE820D" w14:textId="77777777" w:rsidR="009117E3" w:rsidRDefault="00787C0B">
      <w:pPr>
        <w:bidi/>
        <w:jc w:val="center"/>
      </w:pPr>
      <w:r>
        <w:rPr>
          <w:b/>
        </w:rPr>
        <w:t>مديرة المدرسة</w:t>
      </w:r>
      <w:r>
        <w:rPr>
          <w:b/>
        </w:rPr>
        <w:br/>
        <w:t>عزة الحويطي</w:t>
      </w:r>
    </w:p>
    <w:p w14:paraId="50002788" w14:textId="77777777" w:rsidR="009117E3" w:rsidRDefault="00787C0B">
      <w:r>
        <w:br w:type="page"/>
      </w:r>
    </w:p>
    <w:p w14:paraId="30F95B15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شــهــادة شــكــر وتــقــديــر</w:t>
      </w:r>
    </w:p>
    <w:p w14:paraId="692803D3" w14:textId="77777777" w:rsidR="009117E3" w:rsidRDefault="00787C0B">
      <w:pPr>
        <w:bidi/>
        <w:jc w:val="center"/>
      </w:pPr>
      <w:r>
        <w:rPr>
          <w:sz w:val="28"/>
        </w:rPr>
        <w:t>تتقدم إدارة مدرسة القراصة للطفولة المبكرة ومتوسطة القراصة</w:t>
      </w:r>
      <w:r>
        <w:rPr>
          <w:sz w:val="28"/>
        </w:rPr>
        <w:br/>
        <w:t>بخالص الشكر والتقدير إلى</w:t>
      </w:r>
    </w:p>
    <w:p w14:paraId="3F27B5A1" w14:textId="77777777" w:rsidR="009117E3" w:rsidRDefault="009117E3">
      <w:pPr>
        <w:bidi/>
        <w:jc w:val="center"/>
      </w:pPr>
    </w:p>
    <w:p w14:paraId="716FC49E" w14:textId="77777777" w:rsidR="009117E3" w:rsidRDefault="00787C0B">
      <w:pPr>
        <w:bidi/>
        <w:jc w:val="center"/>
      </w:pPr>
      <w:r>
        <w:rPr>
          <w:b/>
          <w:sz w:val="36"/>
        </w:rPr>
        <w:t>الطالب / الطالبة:  ........................................................................</w:t>
      </w:r>
    </w:p>
    <w:p w14:paraId="67D6C726" w14:textId="77777777" w:rsidR="009117E3" w:rsidRDefault="00787C0B">
      <w:pPr>
        <w:bidi/>
        <w:jc w:val="center"/>
      </w:pPr>
      <w:r>
        <w:rPr>
          <w:sz w:val="28"/>
        </w:rPr>
        <w:t>تقديرًا لتميزه/تميزها والتزامه/التزامها بالانضباط المدرسي ضمن مبادرة «حضوري سر نجاحي»، وما أظهره/أظهرته من حرصٍ ومسؤوليةٍ وسلوكٍ إيجابي، سائلين الله له/لها مزيدًا من التوفيق والنجاح.</w:t>
      </w:r>
    </w:p>
    <w:p w14:paraId="35A2F045" w14:textId="77777777" w:rsidR="009117E3" w:rsidRDefault="00787C0B">
      <w:pPr>
        <w:bidi/>
        <w:jc w:val="center"/>
      </w:pPr>
      <w:r>
        <w:rPr>
          <w:b/>
          <w:sz w:val="26"/>
        </w:rPr>
        <w:t>مع خالص التقدير والاعتزاز</w:t>
      </w:r>
    </w:p>
    <w:p w14:paraId="46E85D62" w14:textId="77777777" w:rsidR="009117E3" w:rsidRDefault="00787C0B">
      <w:pPr>
        <w:bidi/>
        <w:jc w:val="center"/>
      </w:pPr>
      <w:r>
        <w:rPr>
          <w:sz w:val="24"/>
        </w:rPr>
        <w:t>التاريخ:  ........................................ هـ</w:t>
      </w:r>
    </w:p>
    <w:p w14:paraId="5B535C08" w14:textId="77777777" w:rsidR="009117E3" w:rsidRDefault="00787C0B">
      <w:pPr>
        <w:bidi/>
        <w:jc w:val="center"/>
      </w:pPr>
      <w:r>
        <w:rPr>
          <w:b/>
          <w:sz w:val="24"/>
        </w:rPr>
        <w:t>مديرة المدرسة</w:t>
      </w:r>
      <w:r>
        <w:rPr>
          <w:b/>
          <w:sz w:val="24"/>
        </w:rPr>
        <w:br/>
        <w:t>عزة الحويطي</w:t>
      </w:r>
      <w:r>
        <w:rPr>
          <w:b/>
          <w:sz w:val="24"/>
        </w:rPr>
        <w:br/>
        <w:t>التوقيع والختم:  ........................................</w:t>
      </w:r>
    </w:p>
    <w:p w14:paraId="27FE7A2C" w14:textId="77777777" w:rsidR="009117E3" w:rsidRDefault="00787C0B">
      <w:r>
        <w:br w:type="page"/>
      </w:r>
    </w:p>
    <w:p w14:paraId="68A1A699" w14:textId="77777777" w:rsidR="009117E3" w:rsidRDefault="00787C0B">
      <w:pPr>
        <w:bidi/>
        <w:jc w:val="center"/>
      </w:pPr>
      <w:r>
        <w:rPr>
          <w:b/>
          <w:sz w:val="34"/>
        </w:rPr>
        <w:lastRenderedPageBreak/>
        <w:t>مبادرة: فصلي منضبط</w:t>
      </w:r>
    </w:p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9117E3" w:rsidRPr="00F2040C" w14:paraId="06F9B7A5" w14:textId="77777777">
        <w:trPr>
          <w:jc w:val="center"/>
        </w:trPr>
        <w:tc>
          <w:tcPr>
            <w:tcW w:w="5270" w:type="dxa"/>
            <w:shd w:val="clear" w:color="auto" w:fill="D9EAD3"/>
            <w:vAlign w:val="center"/>
          </w:tcPr>
          <w:p w14:paraId="1C8139C4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b/>
                <w:sz w:val="28"/>
                <w:szCs w:val="28"/>
              </w:rPr>
              <w:t>البيان</w:t>
            </w:r>
          </w:p>
        </w:tc>
        <w:tc>
          <w:tcPr>
            <w:tcW w:w="5270" w:type="dxa"/>
            <w:shd w:val="clear" w:color="auto" w:fill="D9EAD3"/>
            <w:vAlign w:val="center"/>
          </w:tcPr>
          <w:p w14:paraId="2491C32F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b/>
                <w:sz w:val="28"/>
                <w:szCs w:val="28"/>
              </w:rPr>
              <w:t>التفاصيل</w:t>
            </w:r>
          </w:p>
        </w:tc>
      </w:tr>
      <w:tr w:rsidR="009117E3" w:rsidRPr="00F2040C" w14:paraId="31BCDB9D" w14:textId="77777777">
        <w:trPr>
          <w:jc w:val="center"/>
        </w:trPr>
        <w:tc>
          <w:tcPr>
            <w:tcW w:w="5270" w:type="dxa"/>
            <w:vAlign w:val="center"/>
          </w:tcPr>
          <w:p w14:paraId="3506F90D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اسم المبادرة</w:t>
            </w:r>
          </w:p>
        </w:tc>
        <w:tc>
          <w:tcPr>
            <w:tcW w:w="5270" w:type="dxa"/>
            <w:vAlign w:val="center"/>
          </w:tcPr>
          <w:p w14:paraId="678D45D5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فصلي منضبط</w:t>
            </w:r>
          </w:p>
        </w:tc>
      </w:tr>
      <w:tr w:rsidR="009117E3" w:rsidRPr="00F2040C" w14:paraId="73D7B94A" w14:textId="77777777">
        <w:trPr>
          <w:jc w:val="center"/>
        </w:trPr>
        <w:tc>
          <w:tcPr>
            <w:tcW w:w="5270" w:type="dxa"/>
            <w:vAlign w:val="center"/>
          </w:tcPr>
          <w:p w14:paraId="3541EAB5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المجال</w:t>
            </w:r>
          </w:p>
        </w:tc>
        <w:tc>
          <w:tcPr>
            <w:tcW w:w="5270" w:type="dxa"/>
            <w:vAlign w:val="center"/>
          </w:tcPr>
          <w:p w14:paraId="3CD5DEF9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الانضباط المدرسي</w:t>
            </w:r>
          </w:p>
        </w:tc>
      </w:tr>
      <w:tr w:rsidR="009117E3" w:rsidRPr="00F2040C" w14:paraId="7E425EB4" w14:textId="77777777">
        <w:trPr>
          <w:jc w:val="center"/>
        </w:trPr>
        <w:tc>
          <w:tcPr>
            <w:tcW w:w="5270" w:type="dxa"/>
            <w:vAlign w:val="center"/>
          </w:tcPr>
          <w:p w14:paraId="35EC4CFC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الهدف</w:t>
            </w:r>
          </w:p>
        </w:tc>
        <w:tc>
          <w:tcPr>
            <w:tcW w:w="5270" w:type="dxa"/>
            <w:vAlign w:val="center"/>
          </w:tcPr>
          <w:p w14:paraId="45523830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تعزيز التنافس الإيجابي بين الفصول في الحضور والسلوك</w:t>
            </w:r>
          </w:p>
        </w:tc>
      </w:tr>
      <w:tr w:rsidR="009117E3" w:rsidRPr="00F2040C" w14:paraId="0961677E" w14:textId="77777777">
        <w:trPr>
          <w:jc w:val="center"/>
        </w:trPr>
        <w:tc>
          <w:tcPr>
            <w:tcW w:w="5270" w:type="dxa"/>
            <w:vAlign w:val="center"/>
          </w:tcPr>
          <w:p w14:paraId="5338145A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الفئة المستهدفة</w:t>
            </w:r>
          </w:p>
        </w:tc>
        <w:tc>
          <w:tcPr>
            <w:tcW w:w="5270" w:type="dxa"/>
            <w:vAlign w:val="center"/>
          </w:tcPr>
          <w:p w14:paraId="2971AF5E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جميع الفصول</w:t>
            </w:r>
          </w:p>
        </w:tc>
      </w:tr>
      <w:tr w:rsidR="009117E3" w:rsidRPr="00F2040C" w14:paraId="4B8A7820" w14:textId="77777777">
        <w:trPr>
          <w:jc w:val="center"/>
        </w:trPr>
        <w:tc>
          <w:tcPr>
            <w:tcW w:w="5270" w:type="dxa"/>
            <w:vAlign w:val="center"/>
          </w:tcPr>
          <w:p w14:paraId="78CC050B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المسؤولة عن التنفيذ</w:t>
            </w:r>
          </w:p>
        </w:tc>
        <w:tc>
          <w:tcPr>
            <w:tcW w:w="5270" w:type="dxa"/>
            <w:vAlign w:val="center"/>
          </w:tcPr>
          <w:p w14:paraId="45EA60A5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وكيلة شؤون الطالبات / المعلمات</w:t>
            </w:r>
          </w:p>
        </w:tc>
      </w:tr>
      <w:tr w:rsidR="009117E3" w:rsidRPr="00F2040C" w14:paraId="0777EA45" w14:textId="77777777">
        <w:trPr>
          <w:jc w:val="center"/>
        </w:trPr>
        <w:tc>
          <w:tcPr>
            <w:tcW w:w="5270" w:type="dxa"/>
            <w:vAlign w:val="center"/>
          </w:tcPr>
          <w:p w14:paraId="1A2F49D4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موعد التنفيذ</w:t>
            </w:r>
          </w:p>
        </w:tc>
        <w:tc>
          <w:tcPr>
            <w:tcW w:w="5270" w:type="dxa"/>
            <w:vAlign w:val="center"/>
          </w:tcPr>
          <w:p w14:paraId="23301A91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جمادى الآخرة ١٤٤٨هـ</w:t>
            </w:r>
          </w:p>
        </w:tc>
      </w:tr>
      <w:tr w:rsidR="009117E3" w:rsidRPr="00F2040C" w14:paraId="74065FBC" w14:textId="77777777">
        <w:trPr>
          <w:jc w:val="center"/>
        </w:trPr>
        <w:tc>
          <w:tcPr>
            <w:tcW w:w="5270" w:type="dxa"/>
            <w:vAlign w:val="center"/>
          </w:tcPr>
          <w:p w14:paraId="1E631862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مؤشر النجاح</w:t>
            </w:r>
          </w:p>
        </w:tc>
        <w:tc>
          <w:tcPr>
            <w:tcW w:w="5270" w:type="dxa"/>
            <w:vAlign w:val="center"/>
          </w:tcPr>
          <w:p w14:paraId="5AAB2DBC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أعلى نسبة حضور وأقل حالات تأخر ومخالفات</w:t>
            </w:r>
          </w:p>
        </w:tc>
      </w:tr>
      <w:tr w:rsidR="009117E3" w:rsidRPr="00F2040C" w14:paraId="3CDBF0E8" w14:textId="77777777">
        <w:trPr>
          <w:jc w:val="center"/>
        </w:trPr>
        <w:tc>
          <w:tcPr>
            <w:tcW w:w="5270" w:type="dxa"/>
            <w:vAlign w:val="center"/>
          </w:tcPr>
          <w:p w14:paraId="3393925A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الشواهد</w:t>
            </w:r>
          </w:p>
        </w:tc>
        <w:tc>
          <w:tcPr>
            <w:tcW w:w="5270" w:type="dxa"/>
            <w:vAlign w:val="center"/>
          </w:tcPr>
          <w:p w14:paraId="3F62657B" w14:textId="77777777" w:rsidR="009117E3" w:rsidRPr="00F2040C" w:rsidRDefault="00787C0B">
            <w:pPr>
              <w:bidi/>
              <w:jc w:val="center"/>
              <w:rPr>
                <w:sz w:val="28"/>
                <w:szCs w:val="28"/>
              </w:rPr>
            </w:pPr>
            <w:r w:rsidRPr="00F2040C">
              <w:rPr>
                <w:rFonts w:cs="Arial"/>
                <w:sz w:val="28"/>
                <w:szCs w:val="28"/>
              </w:rPr>
              <w:t>إعلان المبادرة، سجلات المتابعة، صور التنفيذ، نتائج القياس، شهادة التكريم</w:t>
            </w:r>
          </w:p>
        </w:tc>
      </w:tr>
    </w:tbl>
    <w:p w14:paraId="2A2AE3A7" w14:textId="77777777" w:rsidR="00A54CAC" w:rsidRDefault="00A54CAC" w:rsidP="00D9606D">
      <w:pPr>
        <w:bidi/>
        <w:rPr>
          <w:rFonts w:cs="Arial"/>
          <w:b/>
          <w:rtl/>
        </w:rPr>
      </w:pPr>
    </w:p>
    <w:p w14:paraId="35E7F01F" w14:textId="77777777" w:rsidR="00A54CAC" w:rsidRDefault="00A54CAC" w:rsidP="00A54CAC">
      <w:pPr>
        <w:bidi/>
        <w:rPr>
          <w:rFonts w:cs="Arial"/>
          <w:b/>
          <w:rtl/>
        </w:rPr>
      </w:pPr>
    </w:p>
    <w:p w14:paraId="5CB5CA39" w14:textId="4A6C4034" w:rsidR="009117E3" w:rsidRDefault="00787C0B" w:rsidP="00A54CAC">
      <w:pPr>
        <w:bidi/>
      </w:pPr>
      <w:r>
        <w:rPr>
          <w:rFonts w:cs="Arial"/>
          <w:b/>
        </w:rPr>
        <w:t>آلية</w:t>
      </w:r>
      <w:r>
        <w:rPr>
          <w:b/>
        </w:rPr>
        <w:t xml:space="preserve"> </w:t>
      </w:r>
      <w:r>
        <w:rPr>
          <w:rFonts w:cs="Arial"/>
          <w:b/>
        </w:rPr>
        <w:t>التنفيذ</w:t>
      </w:r>
    </w:p>
    <w:p w14:paraId="451BD3A9" w14:textId="053BC5A1" w:rsidR="009117E3" w:rsidRDefault="00787C0B" w:rsidP="00703206">
      <w:pPr>
        <w:pStyle w:val="aa"/>
        <w:numPr>
          <w:ilvl w:val="0"/>
          <w:numId w:val="21"/>
        </w:numPr>
        <w:bidi/>
      </w:pPr>
      <w:r>
        <w:t>متابعة حضور كل فصل.</w:t>
      </w:r>
    </w:p>
    <w:p w14:paraId="5793C3E6" w14:textId="74A3D71F" w:rsidR="009117E3" w:rsidRDefault="00787C0B" w:rsidP="00703206">
      <w:pPr>
        <w:pStyle w:val="aa"/>
        <w:numPr>
          <w:ilvl w:val="0"/>
          <w:numId w:val="21"/>
        </w:numPr>
        <w:bidi/>
      </w:pPr>
      <w:r>
        <w:t>متابعة الالتزام بالسلوك والتعليمات.</w:t>
      </w:r>
    </w:p>
    <w:p w14:paraId="5ACF2FA9" w14:textId="2BC14FCA" w:rsidR="009117E3" w:rsidRDefault="00787C0B" w:rsidP="00703206">
      <w:pPr>
        <w:pStyle w:val="aa"/>
        <w:numPr>
          <w:ilvl w:val="0"/>
          <w:numId w:val="21"/>
        </w:numPr>
        <w:bidi/>
      </w:pPr>
      <w:r>
        <w:t>احتساب نتيجة كل فصل وفق البيانات الموثقة.</w:t>
      </w:r>
    </w:p>
    <w:p w14:paraId="59644FD1" w14:textId="065E2A27" w:rsidR="009117E3" w:rsidRDefault="00787C0B" w:rsidP="00703206">
      <w:pPr>
        <w:pStyle w:val="aa"/>
        <w:numPr>
          <w:ilvl w:val="0"/>
          <w:numId w:val="21"/>
        </w:numPr>
        <w:bidi/>
      </w:pPr>
      <w:r>
        <w:t>إعلان وتكريم الفصل الأكثر انضباطاً.</w:t>
      </w:r>
    </w:p>
    <w:p w14:paraId="7856F491" w14:textId="77777777" w:rsidR="009117E3" w:rsidRDefault="00787C0B" w:rsidP="00703206">
      <w:pPr>
        <w:pStyle w:val="aa"/>
        <w:numPr>
          <w:ilvl w:val="0"/>
          <w:numId w:val="21"/>
        </w:numPr>
        <w:bidi/>
      </w:pPr>
      <w:r w:rsidRPr="00703206">
        <w:rPr>
          <w:b/>
        </w:rPr>
        <w:t xml:space="preserve">قياس الأثر: </w:t>
      </w:r>
      <w:r>
        <w:t>تُقارن بيانات الانضباط المرتبطة بالمبادرة قبل التنفيذ وبعده، وتوثق النتيجة والتوصية في سجل قياس الأثر.</w:t>
      </w:r>
    </w:p>
    <w:p w14:paraId="3AF1513E" w14:textId="77777777" w:rsidR="009117E3" w:rsidRDefault="00787C0B">
      <w:r>
        <w:br w:type="page"/>
      </w:r>
    </w:p>
    <w:p w14:paraId="56C68705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إعــلان</w:t>
      </w:r>
    </w:p>
    <w:p w14:paraId="1936C04F" w14:textId="77777777" w:rsidR="009117E3" w:rsidRDefault="00787C0B">
      <w:pPr>
        <w:bidi/>
        <w:jc w:val="center"/>
      </w:pPr>
      <w:r>
        <w:rPr>
          <w:b/>
          <w:sz w:val="40"/>
        </w:rPr>
        <w:t>مبادرة «فصلي منضبط»</w:t>
      </w:r>
    </w:p>
    <w:p w14:paraId="647C42FB" w14:textId="77777777" w:rsidR="009117E3" w:rsidRDefault="00787C0B">
      <w:pPr>
        <w:bidi/>
        <w:jc w:val="center"/>
      </w:pPr>
      <w:r>
        <w:rPr>
          <w:sz w:val="28"/>
        </w:rPr>
        <w:t>يسر مدرسة القراصة للطفولة المبكرة ومتوسطة القراصة الإعلان عن تنفيذ مبادرة</w:t>
      </w:r>
    </w:p>
    <w:p w14:paraId="0E227E70" w14:textId="77777777" w:rsidR="009117E3" w:rsidRDefault="00787C0B">
      <w:pPr>
        <w:bidi/>
        <w:jc w:val="center"/>
      </w:pPr>
      <w:r>
        <w:rPr>
          <w:b/>
          <w:sz w:val="44"/>
        </w:rPr>
        <w:t>« فصلي منضبط »</w:t>
      </w:r>
    </w:p>
    <w:p w14:paraId="5C594DB3" w14:textId="77777777" w:rsidR="009117E3" w:rsidRDefault="00787C0B">
      <w:pPr>
        <w:bidi/>
        <w:jc w:val="center"/>
      </w:pPr>
      <w:r>
        <w:rPr>
          <w:sz w:val="28"/>
        </w:rPr>
        <w:t>تعزيز التنافس الإيجابي بين الفصول في الحضور والسلوك</w:t>
      </w:r>
    </w:p>
    <w:p w14:paraId="6906C303" w14:textId="77777777" w:rsidR="009117E3" w:rsidRDefault="00787C0B">
      <w:pPr>
        <w:bidi/>
        <w:jc w:val="center"/>
      </w:pPr>
      <w:r>
        <w:rPr>
          <w:sz w:val="26"/>
        </w:rPr>
        <w:t>الفئة المستهدفة: جميع الفصول</w:t>
      </w:r>
      <w:r>
        <w:rPr>
          <w:sz w:val="26"/>
        </w:rPr>
        <w:br/>
        <w:t>موعد التنفيذ: جمادى الآخرة ١٤٤٨هـ</w:t>
      </w:r>
    </w:p>
    <w:p w14:paraId="43743503" w14:textId="77777777" w:rsidR="009117E3" w:rsidRDefault="00787C0B">
      <w:pPr>
        <w:bidi/>
        <w:jc w:val="center"/>
        <w:rPr>
          <w:rtl/>
        </w:rPr>
      </w:pPr>
      <w:r>
        <w:rPr>
          <w:b/>
          <w:sz w:val="30"/>
        </w:rPr>
        <w:t>كونوا قدوة في الالتزام… فالانضباط بداية كل نجاح.</w:t>
      </w:r>
    </w:p>
    <w:p w14:paraId="5054C80D" w14:textId="77777777" w:rsidR="00B52E90" w:rsidRDefault="00B52E90" w:rsidP="00B52E90">
      <w:pPr>
        <w:bidi/>
        <w:jc w:val="center"/>
        <w:rPr>
          <w:rtl/>
        </w:rPr>
      </w:pPr>
    </w:p>
    <w:p w14:paraId="3308455B" w14:textId="77777777" w:rsidR="00B1758F" w:rsidRPr="005E719B" w:rsidRDefault="00B1758F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منفذة المبادرة </w:t>
      </w:r>
    </w:p>
    <w:p w14:paraId="5F5972C6" w14:textId="77777777" w:rsidR="00B1758F" w:rsidRDefault="00B1758F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الموجهة الطلابية : </w:t>
      </w:r>
      <w:r>
        <w:rPr>
          <w:rFonts w:hint="cs"/>
          <w:b/>
          <w:bCs/>
          <w:rtl/>
        </w:rPr>
        <w:t xml:space="preserve"> </w:t>
      </w:r>
      <w:r w:rsidRPr="005E719B">
        <w:rPr>
          <w:rFonts w:hint="cs"/>
          <w:b/>
          <w:bCs/>
          <w:rtl/>
        </w:rPr>
        <w:t>نادية الجهني</w:t>
      </w:r>
      <w:r>
        <w:rPr>
          <w:rFonts w:hint="cs"/>
          <w:b/>
          <w:bCs/>
          <w:rtl/>
        </w:rPr>
        <w:t xml:space="preserve"> و </w:t>
      </w:r>
      <w:r w:rsidRPr="005E719B">
        <w:rPr>
          <w:rFonts w:hint="cs"/>
          <w:b/>
          <w:bCs/>
          <w:rtl/>
        </w:rPr>
        <w:t xml:space="preserve">منال الحربي </w:t>
      </w:r>
    </w:p>
    <w:p w14:paraId="01B9EBE7" w14:textId="77777777" w:rsidR="00FD4C76" w:rsidRPr="005E719B" w:rsidRDefault="00FD4C76" w:rsidP="00C50B9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وكيلة الشؤون الطلابية </w:t>
      </w:r>
      <w:r w:rsidRPr="005E719B"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</w:rPr>
        <w:t xml:space="preserve"> منه الميلبي </w:t>
      </w:r>
    </w:p>
    <w:p w14:paraId="40FE957E" w14:textId="77777777" w:rsidR="00FD4C76" w:rsidRPr="005E719B" w:rsidRDefault="00FD4C76" w:rsidP="00FD4C76">
      <w:pPr>
        <w:bidi/>
        <w:jc w:val="center"/>
        <w:rPr>
          <w:b/>
          <w:bCs/>
          <w:rtl/>
        </w:rPr>
      </w:pPr>
    </w:p>
    <w:p w14:paraId="3DF0080A" w14:textId="77777777" w:rsidR="00B1758F" w:rsidRDefault="00B1758F" w:rsidP="00C50B97">
      <w:pPr>
        <w:bidi/>
        <w:jc w:val="center"/>
      </w:pPr>
      <w:r>
        <w:rPr>
          <w:b/>
        </w:rPr>
        <w:t>مديرة المدرسة</w:t>
      </w:r>
      <w:r>
        <w:rPr>
          <w:b/>
        </w:rPr>
        <w:br/>
        <w:t>عزة الحويطي</w:t>
      </w:r>
    </w:p>
    <w:p w14:paraId="35D3C7D0" w14:textId="77777777" w:rsidR="009117E3" w:rsidRDefault="00787C0B">
      <w:r>
        <w:br w:type="page"/>
      </w:r>
    </w:p>
    <w:p w14:paraId="18A54D7B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شــهــادة شــكــر وتــقــديــر</w:t>
      </w:r>
    </w:p>
    <w:p w14:paraId="189A3623" w14:textId="77777777" w:rsidR="009117E3" w:rsidRDefault="00787C0B">
      <w:pPr>
        <w:bidi/>
        <w:jc w:val="center"/>
      </w:pPr>
      <w:r>
        <w:rPr>
          <w:sz w:val="28"/>
        </w:rPr>
        <w:t>تتقدم إدارة مدرسة القراصة للطفولة المبكرة ومتوسطة القراصة</w:t>
      </w:r>
      <w:r>
        <w:rPr>
          <w:sz w:val="28"/>
        </w:rPr>
        <w:br/>
        <w:t>بخالص الشكر والتقدير إلى</w:t>
      </w:r>
    </w:p>
    <w:p w14:paraId="6F1B9702" w14:textId="77777777" w:rsidR="009117E3" w:rsidRDefault="009117E3">
      <w:pPr>
        <w:bidi/>
        <w:jc w:val="center"/>
      </w:pPr>
    </w:p>
    <w:p w14:paraId="107D0DB5" w14:textId="77777777" w:rsidR="009117E3" w:rsidRDefault="00787C0B">
      <w:pPr>
        <w:bidi/>
        <w:jc w:val="center"/>
      </w:pPr>
      <w:r>
        <w:rPr>
          <w:b/>
          <w:sz w:val="36"/>
        </w:rPr>
        <w:t>الطالب / الطالبة:  ........................................................................</w:t>
      </w:r>
    </w:p>
    <w:p w14:paraId="28839479" w14:textId="77777777" w:rsidR="009117E3" w:rsidRDefault="00787C0B">
      <w:pPr>
        <w:bidi/>
        <w:jc w:val="center"/>
      </w:pPr>
      <w:r>
        <w:rPr>
          <w:sz w:val="28"/>
        </w:rPr>
        <w:t>تقديرًا لتميزه/تميزها والتزامه/التزامها بالانضباط المدرسي ضمن مبادرة «فصلي منضبط»، وما أظهره/أظهرته من حرصٍ ومسؤوليةٍ وسلوكٍ إيجابي، سائلين الله له/لها مزيدًا من التوفيق والنجاح.</w:t>
      </w:r>
    </w:p>
    <w:p w14:paraId="5AE3B6E1" w14:textId="77777777" w:rsidR="009117E3" w:rsidRDefault="00787C0B">
      <w:pPr>
        <w:bidi/>
        <w:jc w:val="center"/>
      </w:pPr>
      <w:r>
        <w:rPr>
          <w:b/>
          <w:sz w:val="26"/>
        </w:rPr>
        <w:t>مع خالص التقدير والاعتزاز</w:t>
      </w:r>
    </w:p>
    <w:p w14:paraId="6CEBB62B" w14:textId="77777777" w:rsidR="009117E3" w:rsidRDefault="00787C0B">
      <w:pPr>
        <w:bidi/>
        <w:jc w:val="center"/>
      </w:pPr>
      <w:r>
        <w:rPr>
          <w:sz w:val="24"/>
        </w:rPr>
        <w:t>التاريخ:  ........................................ هـ</w:t>
      </w:r>
    </w:p>
    <w:p w14:paraId="29B8870F" w14:textId="77777777" w:rsidR="009117E3" w:rsidRDefault="00787C0B">
      <w:pPr>
        <w:bidi/>
        <w:jc w:val="center"/>
      </w:pPr>
      <w:r>
        <w:rPr>
          <w:b/>
          <w:sz w:val="24"/>
        </w:rPr>
        <w:t>مديرة المدرسة</w:t>
      </w:r>
      <w:r>
        <w:rPr>
          <w:b/>
          <w:sz w:val="24"/>
        </w:rPr>
        <w:br/>
        <w:t>عزة الحويطي</w:t>
      </w:r>
      <w:r>
        <w:rPr>
          <w:b/>
          <w:sz w:val="24"/>
        </w:rPr>
        <w:br/>
        <w:t>التوقيع والختم:  ........................................</w:t>
      </w:r>
    </w:p>
    <w:p w14:paraId="27221275" w14:textId="77777777" w:rsidR="009117E3" w:rsidRDefault="00787C0B">
      <w:r>
        <w:br w:type="page"/>
      </w:r>
    </w:p>
    <w:p w14:paraId="612ADB55" w14:textId="77777777" w:rsidR="009117E3" w:rsidRDefault="00787C0B">
      <w:pPr>
        <w:bidi/>
        <w:jc w:val="center"/>
      </w:pPr>
      <w:r>
        <w:rPr>
          <w:b/>
          <w:sz w:val="34"/>
        </w:rPr>
        <w:lastRenderedPageBreak/>
        <w:t>مبادرة: قدوة في الانضباط</w:t>
      </w:r>
    </w:p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9117E3" w:rsidRPr="00FD4C76" w14:paraId="44857B4A" w14:textId="77777777">
        <w:trPr>
          <w:jc w:val="center"/>
        </w:trPr>
        <w:tc>
          <w:tcPr>
            <w:tcW w:w="5270" w:type="dxa"/>
            <w:shd w:val="clear" w:color="auto" w:fill="D9EAD3"/>
            <w:vAlign w:val="center"/>
          </w:tcPr>
          <w:p w14:paraId="442D3AFF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b/>
                <w:sz w:val="26"/>
                <w:szCs w:val="26"/>
              </w:rPr>
              <w:t>البيان</w:t>
            </w:r>
          </w:p>
        </w:tc>
        <w:tc>
          <w:tcPr>
            <w:tcW w:w="5270" w:type="dxa"/>
            <w:shd w:val="clear" w:color="auto" w:fill="D9EAD3"/>
            <w:vAlign w:val="center"/>
          </w:tcPr>
          <w:p w14:paraId="163D30CA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b/>
                <w:sz w:val="26"/>
                <w:szCs w:val="26"/>
              </w:rPr>
              <w:t>التفاصيل</w:t>
            </w:r>
          </w:p>
        </w:tc>
      </w:tr>
      <w:tr w:rsidR="009117E3" w:rsidRPr="00FD4C76" w14:paraId="4F5D39C7" w14:textId="77777777">
        <w:trPr>
          <w:jc w:val="center"/>
        </w:trPr>
        <w:tc>
          <w:tcPr>
            <w:tcW w:w="5270" w:type="dxa"/>
            <w:vAlign w:val="center"/>
          </w:tcPr>
          <w:p w14:paraId="4FD7B1C7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اسم المبادرة</w:t>
            </w:r>
          </w:p>
        </w:tc>
        <w:tc>
          <w:tcPr>
            <w:tcW w:w="5270" w:type="dxa"/>
            <w:vAlign w:val="center"/>
          </w:tcPr>
          <w:p w14:paraId="20CC0EB7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قدوة في الانضباط</w:t>
            </w:r>
          </w:p>
        </w:tc>
      </w:tr>
      <w:tr w:rsidR="009117E3" w:rsidRPr="00FD4C76" w14:paraId="5249ABBA" w14:textId="77777777">
        <w:trPr>
          <w:jc w:val="center"/>
        </w:trPr>
        <w:tc>
          <w:tcPr>
            <w:tcW w:w="5270" w:type="dxa"/>
            <w:vAlign w:val="center"/>
          </w:tcPr>
          <w:p w14:paraId="467E6314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المجال</w:t>
            </w:r>
          </w:p>
        </w:tc>
        <w:tc>
          <w:tcPr>
            <w:tcW w:w="5270" w:type="dxa"/>
            <w:vAlign w:val="center"/>
          </w:tcPr>
          <w:p w14:paraId="79ABE3A8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الانضباط المدرسي</w:t>
            </w:r>
          </w:p>
        </w:tc>
      </w:tr>
      <w:tr w:rsidR="009117E3" w:rsidRPr="00FD4C76" w14:paraId="5F760EF0" w14:textId="77777777">
        <w:trPr>
          <w:jc w:val="center"/>
        </w:trPr>
        <w:tc>
          <w:tcPr>
            <w:tcW w:w="5270" w:type="dxa"/>
            <w:vAlign w:val="center"/>
          </w:tcPr>
          <w:p w14:paraId="6F4DD69C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الهدف</w:t>
            </w:r>
          </w:p>
        </w:tc>
        <w:tc>
          <w:tcPr>
            <w:tcW w:w="5270" w:type="dxa"/>
            <w:vAlign w:val="center"/>
          </w:tcPr>
          <w:p w14:paraId="182F08EC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تعزيز السلوك الإيجابي والالتزام وإبراز النماذج المتميزة</w:t>
            </w:r>
          </w:p>
        </w:tc>
      </w:tr>
      <w:tr w:rsidR="009117E3" w:rsidRPr="00FD4C76" w14:paraId="0A222476" w14:textId="77777777">
        <w:trPr>
          <w:jc w:val="center"/>
        </w:trPr>
        <w:tc>
          <w:tcPr>
            <w:tcW w:w="5270" w:type="dxa"/>
            <w:vAlign w:val="center"/>
          </w:tcPr>
          <w:p w14:paraId="4F27F8C9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الفئة المستهدفة</w:t>
            </w:r>
          </w:p>
        </w:tc>
        <w:tc>
          <w:tcPr>
            <w:tcW w:w="5270" w:type="dxa"/>
            <w:vAlign w:val="center"/>
          </w:tcPr>
          <w:p w14:paraId="4B800A90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الطلاب والطالبات</w:t>
            </w:r>
          </w:p>
        </w:tc>
      </w:tr>
      <w:tr w:rsidR="009117E3" w:rsidRPr="00FD4C76" w14:paraId="4763EB50" w14:textId="77777777">
        <w:trPr>
          <w:jc w:val="center"/>
        </w:trPr>
        <w:tc>
          <w:tcPr>
            <w:tcW w:w="5270" w:type="dxa"/>
            <w:vAlign w:val="center"/>
          </w:tcPr>
          <w:p w14:paraId="5ADD76CB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المسؤولة عن التنفيذ</w:t>
            </w:r>
          </w:p>
        </w:tc>
        <w:tc>
          <w:tcPr>
            <w:tcW w:w="5270" w:type="dxa"/>
            <w:vAlign w:val="center"/>
          </w:tcPr>
          <w:p w14:paraId="7D231EDC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الموجهة الطلابية / رائدة النشاط</w:t>
            </w:r>
          </w:p>
        </w:tc>
      </w:tr>
      <w:tr w:rsidR="009117E3" w:rsidRPr="00FD4C76" w14:paraId="07C71FCE" w14:textId="77777777">
        <w:trPr>
          <w:jc w:val="center"/>
        </w:trPr>
        <w:tc>
          <w:tcPr>
            <w:tcW w:w="5270" w:type="dxa"/>
            <w:vAlign w:val="center"/>
          </w:tcPr>
          <w:p w14:paraId="5F472C9C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موعد التنفيذ</w:t>
            </w:r>
          </w:p>
        </w:tc>
        <w:tc>
          <w:tcPr>
            <w:tcW w:w="5270" w:type="dxa"/>
            <w:vAlign w:val="center"/>
          </w:tcPr>
          <w:p w14:paraId="488740A0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شعبان ١٤٤٨هـ</w:t>
            </w:r>
          </w:p>
        </w:tc>
      </w:tr>
      <w:tr w:rsidR="009117E3" w:rsidRPr="00FD4C76" w14:paraId="1658178A" w14:textId="77777777">
        <w:trPr>
          <w:jc w:val="center"/>
        </w:trPr>
        <w:tc>
          <w:tcPr>
            <w:tcW w:w="5270" w:type="dxa"/>
            <w:vAlign w:val="center"/>
          </w:tcPr>
          <w:p w14:paraId="7D1BE7F7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مؤشر النجاح</w:t>
            </w:r>
          </w:p>
        </w:tc>
        <w:tc>
          <w:tcPr>
            <w:tcW w:w="5270" w:type="dxa"/>
            <w:vAlign w:val="center"/>
          </w:tcPr>
          <w:p w14:paraId="329EEF89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عدد المتميزين واستمرار مستوى الالتزام</w:t>
            </w:r>
          </w:p>
        </w:tc>
      </w:tr>
      <w:tr w:rsidR="009117E3" w:rsidRPr="00FD4C76" w14:paraId="5BEA93F9" w14:textId="77777777">
        <w:trPr>
          <w:jc w:val="center"/>
        </w:trPr>
        <w:tc>
          <w:tcPr>
            <w:tcW w:w="5270" w:type="dxa"/>
            <w:vAlign w:val="center"/>
          </w:tcPr>
          <w:p w14:paraId="4C8BC886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الشواهد</w:t>
            </w:r>
          </w:p>
        </w:tc>
        <w:tc>
          <w:tcPr>
            <w:tcW w:w="5270" w:type="dxa"/>
            <w:vAlign w:val="center"/>
          </w:tcPr>
          <w:p w14:paraId="299889C8" w14:textId="77777777" w:rsidR="009117E3" w:rsidRPr="00FD4C76" w:rsidRDefault="00787C0B">
            <w:pPr>
              <w:bidi/>
              <w:jc w:val="center"/>
              <w:rPr>
                <w:sz w:val="26"/>
                <w:szCs w:val="26"/>
              </w:rPr>
            </w:pPr>
            <w:r w:rsidRPr="00FD4C76">
              <w:rPr>
                <w:rFonts w:cs="Arial"/>
                <w:sz w:val="26"/>
                <w:szCs w:val="26"/>
              </w:rPr>
              <w:t>إعلان المبادرة، سجلات المتابعة، صور التنفيذ، نتائج القياس، شهادة التكريم</w:t>
            </w:r>
          </w:p>
        </w:tc>
      </w:tr>
    </w:tbl>
    <w:p w14:paraId="2C264587" w14:textId="77777777" w:rsidR="00FD4C76" w:rsidRDefault="00FD4C76" w:rsidP="00FD4C76">
      <w:pPr>
        <w:bidi/>
        <w:rPr>
          <w:b/>
          <w:rtl/>
        </w:rPr>
      </w:pPr>
    </w:p>
    <w:p w14:paraId="513B9AE3" w14:textId="42CF7773" w:rsidR="009117E3" w:rsidRDefault="00787C0B" w:rsidP="00FD4C76">
      <w:pPr>
        <w:bidi/>
      </w:pPr>
      <w:r>
        <w:rPr>
          <w:b/>
        </w:rPr>
        <w:t>آلية التنفيذ</w:t>
      </w:r>
    </w:p>
    <w:p w14:paraId="76B1D1B9" w14:textId="61507E51" w:rsidR="009117E3" w:rsidRDefault="00787C0B" w:rsidP="00FD4C76">
      <w:pPr>
        <w:pStyle w:val="aa"/>
        <w:numPr>
          <w:ilvl w:val="0"/>
          <w:numId w:val="23"/>
        </w:numPr>
        <w:bidi/>
      </w:pPr>
      <w:r>
        <w:t>حصر الملتزمين بالحضور والوقت.</w:t>
      </w:r>
    </w:p>
    <w:p w14:paraId="1EC7AF8E" w14:textId="64B01DE9" w:rsidR="009117E3" w:rsidRDefault="00787C0B" w:rsidP="00FD4C76">
      <w:pPr>
        <w:pStyle w:val="aa"/>
        <w:numPr>
          <w:ilvl w:val="0"/>
          <w:numId w:val="23"/>
        </w:numPr>
        <w:bidi/>
      </w:pPr>
      <w:r>
        <w:t>متابعة الالتزام بقواعد السلوك.</w:t>
      </w:r>
    </w:p>
    <w:p w14:paraId="6DA68C1C" w14:textId="6400C831" w:rsidR="009117E3" w:rsidRDefault="00787C0B" w:rsidP="00FD4C76">
      <w:pPr>
        <w:pStyle w:val="aa"/>
        <w:numPr>
          <w:ilvl w:val="0"/>
          <w:numId w:val="23"/>
        </w:numPr>
        <w:bidi/>
      </w:pPr>
      <w:r>
        <w:t>ترشيح المتميزين وفق معايير موحدة.</w:t>
      </w:r>
    </w:p>
    <w:p w14:paraId="295A10D9" w14:textId="16B1D2CE" w:rsidR="009117E3" w:rsidRDefault="00787C0B" w:rsidP="00FD4C76">
      <w:pPr>
        <w:pStyle w:val="aa"/>
        <w:numPr>
          <w:ilvl w:val="0"/>
          <w:numId w:val="23"/>
        </w:numPr>
        <w:bidi/>
      </w:pPr>
      <w:r>
        <w:t>تكريم الفائزين وإبرازهم كنماذج إيجابية.</w:t>
      </w:r>
    </w:p>
    <w:p w14:paraId="7F452647" w14:textId="77777777" w:rsidR="009117E3" w:rsidRDefault="00787C0B" w:rsidP="00FD4C76">
      <w:pPr>
        <w:pStyle w:val="aa"/>
        <w:numPr>
          <w:ilvl w:val="0"/>
          <w:numId w:val="23"/>
        </w:numPr>
        <w:bidi/>
      </w:pPr>
      <w:r w:rsidRPr="00FD4C76">
        <w:rPr>
          <w:b/>
        </w:rPr>
        <w:t xml:space="preserve">قياس الأثر: </w:t>
      </w:r>
      <w:r>
        <w:t>تُقارن بيانات الانضباط المرتبطة بالمبادرة قبل التنفيذ وبعده، وتوثق النتيجة والتوصية في سجل قياس الأثر.</w:t>
      </w:r>
    </w:p>
    <w:p w14:paraId="1ADA5CA5" w14:textId="77777777" w:rsidR="009117E3" w:rsidRDefault="00787C0B" w:rsidP="00FD4C76">
      <w:pPr>
        <w:jc w:val="both"/>
      </w:pPr>
      <w:r>
        <w:br w:type="page"/>
      </w:r>
    </w:p>
    <w:p w14:paraId="4620DA2B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إعــلان</w:t>
      </w:r>
    </w:p>
    <w:p w14:paraId="755E6E3F" w14:textId="77777777" w:rsidR="009117E3" w:rsidRDefault="00787C0B">
      <w:pPr>
        <w:bidi/>
        <w:jc w:val="center"/>
      </w:pPr>
      <w:r>
        <w:rPr>
          <w:b/>
          <w:sz w:val="40"/>
        </w:rPr>
        <w:t>مبادرة «قدوة في الانضباط»</w:t>
      </w:r>
    </w:p>
    <w:p w14:paraId="42B863CB" w14:textId="77777777" w:rsidR="009117E3" w:rsidRDefault="00787C0B">
      <w:pPr>
        <w:bidi/>
        <w:jc w:val="center"/>
      </w:pPr>
      <w:r>
        <w:rPr>
          <w:sz w:val="28"/>
        </w:rPr>
        <w:t>يسر مدرسة القراصة للطفولة المبكرة ومتوسطة القراصة الإعلان عن تنفيذ مبادرة</w:t>
      </w:r>
    </w:p>
    <w:p w14:paraId="36D934CB" w14:textId="77777777" w:rsidR="009117E3" w:rsidRDefault="00787C0B">
      <w:pPr>
        <w:bidi/>
        <w:jc w:val="center"/>
      </w:pPr>
      <w:r>
        <w:rPr>
          <w:b/>
          <w:sz w:val="44"/>
        </w:rPr>
        <w:t>« قدوة في الانضباط »</w:t>
      </w:r>
    </w:p>
    <w:p w14:paraId="45CB259D" w14:textId="77777777" w:rsidR="009117E3" w:rsidRDefault="00787C0B">
      <w:pPr>
        <w:bidi/>
        <w:jc w:val="center"/>
      </w:pPr>
      <w:r>
        <w:rPr>
          <w:sz w:val="28"/>
        </w:rPr>
        <w:t>تعزيز السلوك الإيجابي والالتزام وإبراز النماذج المتميزة</w:t>
      </w:r>
    </w:p>
    <w:p w14:paraId="1D6ED805" w14:textId="77777777" w:rsidR="009117E3" w:rsidRDefault="00787C0B">
      <w:pPr>
        <w:bidi/>
        <w:jc w:val="center"/>
      </w:pPr>
      <w:r>
        <w:rPr>
          <w:sz w:val="26"/>
        </w:rPr>
        <w:t>الفئة المستهدفة: الطلاب والطالبات</w:t>
      </w:r>
      <w:r>
        <w:rPr>
          <w:sz w:val="26"/>
        </w:rPr>
        <w:br/>
        <w:t>موعد التنفيذ: شعبان ١٤٤٨هـ</w:t>
      </w:r>
    </w:p>
    <w:p w14:paraId="40620571" w14:textId="77777777" w:rsidR="009117E3" w:rsidRDefault="00787C0B">
      <w:pPr>
        <w:bidi/>
        <w:jc w:val="center"/>
        <w:rPr>
          <w:rtl/>
        </w:rPr>
      </w:pPr>
      <w:r>
        <w:rPr>
          <w:b/>
          <w:sz w:val="30"/>
        </w:rPr>
        <w:t>كونوا قدوة في الالتزام… فالانضباط بداية كل نجاح.</w:t>
      </w:r>
    </w:p>
    <w:p w14:paraId="08C32847" w14:textId="77777777" w:rsidR="0081540F" w:rsidRDefault="0081540F" w:rsidP="0081540F">
      <w:pPr>
        <w:bidi/>
        <w:jc w:val="center"/>
        <w:rPr>
          <w:rtl/>
        </w:rPr>
      </w:pPr>
    </w:p>
    <w:p w14:paraId="6AFF99D7" w14:textId="77777777" w:rsidR="0081540F" w:rsidRPr="005E719B" w:rsidRDefault="0081540F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منفذة المبادرة </w:t>
      </w:r>
    </w:p>
    <w:p w14:paraId="33ADD235" w14:textId="1FF933DE" w:rsidR="0081540F" w:rsidRPr="005E719B" w:rsidRDefault="0081540F" w:rsidP="00B1758F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الموجهة الطلابية : </w:t>
      </w:r>
      <w:r w:rsidR="00B1758F">
        <w:rPr>
          <w:rFonts w:hint="cs"/>
          <w:b/>
          <w:bCs/>
          <w:rtl/>
        </w:rPr>
        <w:t xml:space="preserve"> </w:t>
      </w:r>
      <w:r w:rsidRPr="005E719B">
        <w:rPr>
          <w:rFonts w:hint="cs"/>
          <w:b/>
          <w:bCs/>
          <w:rtl/>
        </w:rPr>
        <w:t>نادية الجهني</w:t>
      </w:r>
      <w:r w:rsidR="00B1758F">
        <w:rPr>
          <w:rFonts w:hint="cs"/>
          <w:b/>
          <w:bCs/>
          <w:rtl/>
        </w:rPr>
        <w:t xml:space="preserve"> و </w:t>
      </w:r>
      <w:r w:rsidRPr="005E719B">
        <w:rPr>
          <w:rFonts w:hint="cs"/>
          <w:b/>
          <w:bCs/>
          <w:rtl/>
        </w:rPr>
        <w:t xml:space="preserve">منال الحربي </w:t>
      </w:r>
    </w:p>
    <w:p w14:paraId="57E03B56" w14:textId="1F331AF8" w:rsidR="00B1758F" w:rsidRPr="005E719B" w:rsidRDefault="00B1758F" w:rsidP="00C50B9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رائدة </w:t>
      </w:r>
      <w:r w:rsidRPr="005E719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النشاط </w:t>
      </w:r>
      <w:r w:rsidRPr="005E719B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 نرجس عبدالعزيز </w:t>
      </w:r>
    </w:p>
    <w:p w14:paraId="0B77A0C9" w14:textId="478711F5" w:rsidR="009117E3" w:rsidRDefault="00787C0B" w:rsidP="00B1758F">
      <w:pPr>
        <w:bidi/>
        <w:jc w:val="center"/>
      </w:pPr>
      <w:r>
        <w:rPr>
          <w:b/>
        </w:rPr>
        <w:t>مديرة المدرسة</w:t>
      </w:r>
      <w:r>
        <w:rPr>
          <w:b/>
        </w:rPr>
        <w:br/>
        <w:t>عزة الحويطي</w:t>
      </w:r>
    </w:p>
    <w:p w14:paraId="0760059B" w14:textId="77777777" w:rsidR="009117E3" w:rsidRDefault="00787C0B">
      <w:r>
        <w:br w:type="page"/>
      </w:r>
    </w:p>
    <w:p w14:paraId="09C3C2D6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شــهــادة شــكــر وتــقــديــر</w:t>
      </w:r>
    </w:p>
    <w:p w14:paraId="36162FB5" w14:textId="77777777" w:rsidR="009117E3" w:rsidRDefault="00787C0B">
      <w:pPr>
        <w:bidi/>
        <w:jc w:val="center"/>
      </w:pPr>
      <w:r>
        <w:rPr>
          <w:sz w:val="28"/>
        </w:rPr>
        <w:t>تتقدم إدارة مدرسة القراصة للطفولة المبكرة ومتوسطة القراصة</w:t>
      </w:r>
      <w:r>
        <w:rPr>
          <w:sz w:val="28"/>
        </w:rPr>
        <w:br/>
        <w:t>بخالص الشكر والتقدير إلى</w:t>
      </w:r>
    </w:p>
    <w:p w14:paraId="0C3113CA" w14:textId="77777777" w:rsidR="009117E3" w:rsidRDefault="009117E3">
      <w:pPr>
        <w:bidi/>
        <w:jc w:val="center"/>
      </w:pPr>
    </w:p>
    <w:p w14:paraId="51D0E879" w14:textId="77777777" w:rsidR="009117E3" w:rsidRDefault="00787C0B">
      <w:pPr>
        <w:bidi/>
        <w:jc w:val="center"/>
      </w:pPr>
      <w:r>
        <w:rPr>
          <w:b/>
          <w:sz w:val="36"/>
        </w:rPr>
        <w:t>الطالب / الطالبة:  ........................................................................</w:t>
      </w:r>
    </w:p>
    <w:p w14:paraId="56735DB8" w14:textId="77777777" w:rsidR="009117E3" w:rsidRDefault="00787C0B">
      <w:pPr>
        <w:bidi/>
        <w:jc w:val="center"/>
      </w:pPr>
      <w:r>
        <w:rPr>
          <w:sz w:val="28"/>
        </w:rPr>
        <w:t>تقديرًا لتميزه/تميزها والتزامه/التزامها بالانضباط المدرسي ضمن مبادرة «قدوة في الانضباط»، وما أظهره/أظهرته من حرصٍ ومسؤوليةٍ وسلوكٍ إيجابي، سائلين الله له/لها مزيدًا من التوفيق والنجاح.</w:t>
      </w:r>
    </w:p>
    <w:p w14:paraId="22DF4E09" w14:textId="77777777" w:rsidR="009117E3" w:rsidRDefault="00787C0B">
      <w:pPr>
        <w:bidi/>
        <w:jc w:val="center"/>
      </w:pPr>
      <w:r>
        <w:rPr>
          <w:b/>
          <w:sz w:val="26"/>
        </w:rPr>
        <w:t>مع خالص التقدير والاعتزاز</w:t>
      </w:r>
    </w:p>
    <w:p w14:paraId="6BC18236" w14:textId="77777777" w:rsidR="009117E3" w:rsidRDefault="00787C0B">
      <w:pPr>
        <w:bidi/>
        <w:jc w:val="center"/>
      </w:pPr>
      <w:r>
        <w:rPr>
          <w:sz w:val="24"/>
        </w:rPr>
        <w:t>التاريخ:  ........................................ هـ</w:t>
      </w:r>
    </w:p>
    <w:p w14:paraId="79AD54BD" w14:textId="77777777" w:rsidR="009117E3" w:rsidRDefault="00787C0B">
      <w:pPr>
        <w:bidi/>
        <w:jc w:val="center"/>
      </w:pPr>
      <w:r>
        <w:rPr>
          <w:b/>
          <w:sz w:val="24"/>
        </w:rPr>
        <w:t>مديرة المدرسة</w:t>
      </w:r>
      <w:r>
        <w:rPr>
          <w:b/>
          <w:sz w:val="24"/>
        </w:rPr>
        <w:br/>
        <w:t>عزة الحويطي</w:t>
      </w:r>
      <w:r>
        <w:rPr>
          <w:b/>
          <w:sz w:val="24"/>
        </w:rPr>
        <w:br/>
        <w:t>التوقيع والختم:  ........................................</w:t>
      </w:r>
    </w:p>
    <w:p w14:paraId="0998D1EC" w14:textId="77777777" w:rsidR="009117E3" w:rsidRDefault="00787C0B">
      <w:r>
        <w:br w:type="page"/>
      </w:r>
    </w:p>
    <w:p w14:paraId="46B9F691" w14:textId="77777777" w:rsidR="009117E3" w:rsidRDefault="00787C0B">
      <w:pPr>
        <w:bidi/>
        <w:jc w:val="center"/>
      </w:pPr>
      <w:r>
        <w:rPr>
          <w:b/>
          <w:sz w:val="34"/>
        </w:rPr>
        <w:lastRenderedPageBreak/>
        <w:t>مبادرة: دقيقة تصنع فرقاً</w:t>
      </w:r>
    </w:p>
    <w:tbl>
      <w:tblPr>
        <w:tblStyle w:val="afa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487"/>
        <w:gridCol w:w="8269"/>
      </w:tblGrid>
      <w:tr w:rsidR="009117E3" w:rsidRPr="006932F3" w14:paraId="44836DF9" w14:textId="77777777" w:rsidTr="006932F3">
        <w:trPr>
          <w:jc w:val="center"/>
        </w:trPr>
        <w:tc>
          <w:tcPr>
            <w:tcW w:w="1156" w:type="pct"/>
            <w:shd w:val="clear" w:color="auto" w:fill="D9EAD3"/>
            <w:vAlign w:val="center"/>
          </w:tcPr>
          <w:p w14:paraId="6734FC7A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b/>
                <w:sz w:val="26"/>
                <w:szCs w:val="26"/>
              </w:rPr>
              <w:t>البيان</w:t>
            </w:r>
          </w:p>
        </w:tc>
        <w:tc>
          <w:tcPr>
            <w:tcW w:w="3844" w:type="pct"/>
            <w:shd w:val="clear" w:color="auto" w:fill="D9EAD3"/>
            <w:vAlign w:val="center"/>
          </w:tcPr>
          <w:p w14:paraId="76C6D26C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b/>
                <w:sz w:val="26"/>
                <w:szCs w:val="26"/>
              </w:rPr>
              <w:t>التفاصيل</w:t>
            </w:r>
          </w:p>
        </w:tc>
      </w:tr>
      <w:tr w:rsidR="009117E3" w:rsidRPr="006932F3" w14:paraId="42522BC4" w14:textId="77777777" w:rsidTr="006932F3">
        <w:trPr>
          <w:jc w:val="center"/>
        </w:trPr>
        <w:tc>
          <w:tcPr>
            <w:tcW w:w="1156" w:type="pct"/>
            <w:vAlign w:val="center"/>
          </w:tcPr>
          <w:p w14:paraId="011EC326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اسم المبادرة</w:t>
            </w:r>
          </w:p>
        </w:tc>
        <w:tc>
          <w:tcPr>
            <w:tcW w:w="3844" w:type="pct"/>
            <w:vAlign w:val="center"/>
          </w:tcPr>
          <w:p w14:paraId="14314C8B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دقيقة تصنع فرقاً</w:t>
            </w:r>
          </w:p>
        </w:tc>
      </w:tr>
      <w:tr w:rsidR="009117E3" w:rsidRPr="006932F3" w14:paraId="1657FAB5" w14:textId="77777777" w:rsidTr="006932F3">
        <w:trPr>
          <w:jc w:val="center"/>
        </w:trPr>
        <w:tc>
          <w:tcPr>
            <w:tcW w:w="1156" w:type="pct"/>
            <w:vAlign w:val="center"/>
          </w:tcPr>
          <w:p w14:paraId="6565D72E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المجال</w:t>
            </w:r>
          </w:p>
        </w:tc>
        <w:tc>
          <w:tcPr>
            <w:tcW w:w="3844" w:type="pct"/>
            <w:vAlign w:val="center"/>
          </w:tcPr>
          <w:p w14:paraId="0EFCE132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الانضباط المدرسي</w:t>
            </w:r>
          </w:p>
        </w:tc>
      </w:tr>
      <w:tr w:rsidR="009117E3" w:rsidRPr="006932F3" w14:paraId="6C7F7572" w14:textId="77777777" w:rsidTr="006932F3">
        <w:trPr>
          <w:jc w:val="center"/>
        </w:trPr>
        <w:tc>
          <w:tcPr>
            <w:tcW w:w="1156" w:type="pct"/>
            <w:vAlign w:val="center"/>
          </w:tcPr>
          <w:p w14:paraId="4839A66E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الهدف</w:t>
            </w:r>
          </w:p>
        </w:tc>
        <w:tc>
          <w:tcPr>
            <w:tcW w:w="3844" w:type="pct"/>
            <w:vAlign w:val="center"/>
          </w:tcPr>
          <w:p w14:paraId="66B29809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الحد من التأخر الصباحي وتعزيز قيمة الوقت</w:t>
            </w:r>
          </w:p>
        </w:tc>
      </w:tr>
      <w:tr w:rsidR="009117E3" w:rsidRPr="006932F3" w14:paraId="5F8F6F34" w14:textId="77777777" w:rsidTr="006932F3">
        <w:trPr>
          <w:jc w:val="center"/>
        </w:trPr>
        <w:tc>
          <w:tcPr>
            <w:tcW w:w="1156" w:type="pct"/>
            <w:vAlign w:val="center"/>
          </w:tcPr>
          <w:p w14:paraId="70C990FE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الفئة المستهدفة</w:t>
            </w:r>
          </w:p>
        </w:tc>
        <w:tc>
          <w:tcPr>
            <w:tcW w:w="3844" w:type="pct"/>
            <w:vAlign w:val="center"/>
          </w:tcPr>
          <w:p w14:paraId="7FCC66C4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الطلاب والطالبات</w:t>
            </w:r>
          </w:p>
        </w:tc>
      </w:tr>
      <w:tr w:rsidR="009117E3" w:rsidRPr="006932F3" w14:paraId="0B998D64" w14:textId="77777777" w:rsidTr="006932F3">
        <w:trPr>
          <w:jc w:val="center"/>
        </w:trPr>
        <w:tc>
          <w:tcPr>
            <w:tcW w:w="1156" w:type="pct"/>
            <w:vAlign w:val="center"/>
          </w:tcPr>
          <w:p w14:paraId="1CA9FD6D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المسؤولة عن التنفيذ</w:t>
            </w:r>
          </w:p>
        </w:tc>
        <w:tc>
          <w:tcPr>
            <w:tcW w:w="3844" w:type="pct"/>
            <w:vAlign w:val="center"/>
          </w:tcPr>
          <w:p w14:paraId="406C08C7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وكيلة شؤون الطالبات / الموجهة الطلابية</w:t>
            </w:r>
          </w:p>
        </w:tc>
      </w:tr>
      <w:tr w:rsidR="009117E3" w:rsidRPr="006932F3" w14:paraId="13197E05" w14:textId="77777777" w:rsidTr="006932F3">
        <w:trPr>
          <w:jc w:val="center"/>
        </w:trPr>
        <w:tc>
          <w:tcPr>
            <w:tcW w:w="1156" w:type="pct"/>
            <w:vAlign w:val="center"/>
          </w:tcPr>
          <w:p w14:paraId="1CD1F9AA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موعد التنفيذ</w:t>
            </w:r>
          </w:p>
        </w:tc>
        <w:tc>
          <w:tcPr>
            <w:tcW w:w="3844" w:type="pct"/>
            <w:vAlign w:val="center"/>
          </w:tcPr>
          <w:p w14:paraId="3E63BB69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شوال ١٤٤٨هـ</w:t>
            </w:r>
          </w:p>
        </w:tc>
      </w:tr>
      <w:tr w:rsidR="009117E3" w:rsidRPr="006932F3" w14:paraId="5E8C91AA" w14:textId="77777777" w:rsidTr="006932F3">
        <w:trPr>
          <w:jc w:val="center"/>
        </w:trPr>
        <w:tc>
          <w:tcPr>
            <w:tcW w:w="1156" w:type="pct"/>
            <w:vAlign w:val="center"/>
          </w:tcPr>
          <w:p w14:paraId="5404353F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مؤشر النجاح</w:t>
            </w:r>
          </w:p>
        </w:tc>
        <w:tc>
          <w:tcPr>
            <w:tcW w:w="3844" w:type="pct"/>
            <w:vAlign w:val="center"/>
          </w:tcPr>
          <w:p w14:paraId="407B8AE7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انخفاض حالات التأخر الصباحي</w:t>
            </w:r>
          </w:p>
        </w:tc>
      </w:tr>
      <w:tr w:rsidR="009117E3" w:rsidRPr="006932F3" w14:paraId="75BFF67D" w14:textId="77777777" w:rsidTr="006932F3">
        <w:trPr>
          <w:jc w:val="center"/>
        </w:trPr>
        <w:tc>
          <w:tcPr>
            <w:tcW w:w="1156" w:type="pct"/>
            <w:vAlign w:val="center"/>
          </w:tcPr>
          <w:p w14:paraId="51BD071D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الشواهد</w:t>
            </w:r>
          </w:p>
        </w:tc>
        <w:tc>
          <w:tcPr>
            <w:tcW w:w="3844" w:type="pct"/>
            <w:vAlign w:val="center"/>
          </w:tcPr>
          <w:p w14:paraId="5BC6D400" w14:textId="77777777" w:rsidR="009117E3" w:rsidRPr="006932F3" w:rsidRDefault="00787C0B">
            <w:pPr>
              <w:bidi/>
              <w:jc w:val="center"/>
              <w:rPr>
                <w:sz w:val="26"/>
                <w:szCs w:val="26"/>
              </w:rPr>
            </w:pPr>
            <w:r w:rsidRPr="006932F3">
              <w:rPr>
                <w:rFonts w:cs="Arial"/>
                <w:sz w:val="26"/>
                <w:szCs w:val="26"/>
              </w:rPr>
              <w:t>إعلان المبادرة، سجلات المتابعة، صور التنفيذ، نتائج القياس، شهادة التكريم</w:t>
            </w:r>
          </w:p>
        </w:tc>
      </w:tr>
    </w:tbl>
    <w:p w14:paraId="6592132F" w14:textId="77777777" w:rsidR="006932F3" w:rsidRDefault="006932F3" w:rsidP="006932F3">
      <w:pPr>
        <w:bidi/>
        <w:rPr>
          <w:b/>
          <w:rtl/>
        </w:rPr>
      </w:pPr>
    </w:p>
    <w:p w14:paraId="6060083A" w14:textId="2FF6D189" w:rsidR="009117E3" w:rsidRDefault="00787C0B" w:rsidP="006932F3">
      <w:pPr>
        <w:bidi/>
      </w:pPr>
      <w:r>
        <w:rPr>
          <w:b/>
        </w:rPr>
        <w:t>آلية التنفيذ</w:t>
      </w:r>
    </w:p>
    <w:p w14:paraId="5F288BC9" w14:textId="598D70B7" w:rsidR="009117E3" w:rsidRDefault="00787C0B" w:rsidP="006932F3">
      <w:pPr>
        <w:pStyle w:val="aa"/>
        <w:numPr>
          <w:ilvl w:val="0"/>
          <w:numId w:val="25"/>
        </w:numPr>
        <w:bidi/>
      </w:pPr>
      <w:r>
        <w:t>رصد حالات التأخر الصباحي.</w:t>
      </w:r>
    </w:p>
    <w:p w14:paraId="31877B62" w14:textId="440C6D68" w:rsidR="009117E3" w:rsidRDefault="00787C0B" w:rsidP="006932F3">
      <w:pPr>
        <w:pStyle w:val="aa"/>
        <w:numPr>
          <w:ilvl w:val="0"/>
          <w:numId w:val="25"/>
        </w:numPr>
        <w:bidi/>
      </w:pPr>
      <w:r>
        <w:t>تنفيذ توعية قصيرة بقيمة الوقت.</w:t>
      </w:r>
    </w:p>
    <w:p w14:paraId="35951E84" w14:textId="25186920" w:rsidR="009117E3" w:rsidRDefault="00787C0B" w:rsidP="006932F3">
      <w:pPr>
        <w:pStyle w:val="aa"/>
        <w:numPr>
          <w:ilvl w:val="0"/>
          <w:numId w:val="25"/>
        </w:numPr>
        <w:bidi/>
      </w:pPr>
      <w:r>
        <w:t>متابعة الحالات المتكررة والتواصل مع الأسرة عند الحاجة.</w:t>
      </w:r>
    </w:p>
    <w:p w14:paraId="34C08578" w14:textId="3348FE1C" w:rsidR="009117E3" w:rsidRDefault="00787C0B" w:rsidP="006932F3">
      <w:pPr>
        <w:pStyle w:val="aa"/>
        <w:numPr>
          <w:ilvl w:val="0"/>
          <w:numId w:val="25"/>
        </w:numPr>
        <w:bidi/>
      </w:pPr>
      <w:r>
        <w:t>تكريم الأكثر التزاماً بالحضور في الوقت.</w:t>
      </w:r>
    </w:p>
    <w:p w14:paraId="58CD2C6D" w14:textId="77777777" w:rsidR="009117E3" w:rsidRDefault="00787C0B" w:rsidP="006932F3">
      <w:pPr>
        <w:pStyle w:val="aa"/>
        <w:numPr>
          <w:ilvl w:val="0"/>
          <w:numId w:val="25"/>
        </w:numPr>
        <w:bidi/>
      </w:pPr>
      <w:r w:rsidRPr="006932F3">
        <w:rPr>
          <w:b/>
        </w:rPr>
        <w:t xml:space="preserve">قياس الأثر: </w:t>
      </w:r>
      <w:r>
        <w:t>تُقارن بيانات الانضباط المرتبطة بالمبادرة قبل التنفيذ وبعده، وتوثق النتيجة والتوصية في سجل قياس الأثر.</w:t>
      </w:r>
    </w:p>
    <w:p w14:paraId="522E37A6" w14:textId="77777777" w:rsidR="009117E3" w:rsidRDefault="00787C0B" w:rsidP="006932F3">
      <w:pPr>
        <w:jc w:val="both"/>
      </w:pPr>
      <w:r>
        <w:br w:type="page"/>
      </w:r>
    </w:p>
    <w:p w14:paraId="5219C447" w14:textId="77777777" w:rsidR="009117E3" w:rsidRDefault="00787C0B">
      <w:pPr>
        <w:bidi/>
        <w:jc w:val="center"/>
      </w:pPr>
      <w:r>
        <w:rPr>
          <w:b/>
          <w:sz w:val="48"/>
        </w:rPr>
        <w:lastRenderedPageBreak/>
        <w:t>إعــلان</w:t>
      </w:r>
    </w:p>
    <w:p w14:paraId="418BC3FD" w14:textId="77777777" w:rsidR="009117E3" w:rsidRDefault="00787C0B">
      <w:pPr>
        <w:bidi/>
        <w:jc w:val="center"/>
      </w:pPr>
      <w:r>
        <w:rPr>
          <w:b/>
          <w:sz w:val="40"/>
        </w:rPr>
        <w:t>مبادرة «دقيقة تصنع فرقاً»</w:t>
      </w:r>
    </w:p>
    <w:p w14:paraId="29EAA5D7" w14:textId="77777777" w:rsidR="009117E3" w:rsidRDefault="00787C0B">
      <w:pPr>
        <w:bidi/>
        <w:jc w:val="center"/>
      </w:pPr>
      <w:r>
        <w:rPr>
          <w:sz w:val="28"/>
        </w:rPr>
        <w:t>يسر مدرسة القراصة للطفولة المبكرة ومتوسطة القراصة الإعلان عن تنفيذ مبادرة</w:t>
      </w:r>
    </w:p>
    <w:p w14:paraId="29E8F649" w14:textId="77777777" w:rsidR="009117E3" w:rsidRDefault="00787C0B">
      <w:pPr>
        <w:bidi/>
        <w:jc w:val="center"/>
      </w:pPr>
      <w:r>
        <w:rPr>
          <w:b/>
          <w:sz w:val="44"/>
        </w:rPr>
        <w:t>« دقيقة تصنع فرقاً »</w:t>
      </w:r>
    </w:p>
    <w:p w14:paraId="693D0571" w14:textId="77777777" w:rsidR="009117E3" w:rsidRDefault="00787C0B">
      <w:pPr>
        <w:bidi/>
        <w:jc w:val="center"/>
      </w:pPr>
      <w:r>
        <w:rPr>
          <w:sz w:val="28"/>
        </w:rPr>
        <w:t>الحد من التأخر الصباحي وتعزيز قيمة الوقت</w:t>
      </w:r>
    </w:p>
    <w:p w14:paraId="65069F5C" w14:textId="77777777" w:rsidR="009117E3" w:rsidRDefault="00787C0B">
      <w:pPr>
        <w:bidi/>
        <w:jc w:val="center"/>
      </w:pPr>
      <w:r>
        <w:rPr>
          <w:sz w:val="26"/>
        </w:rPr>
        <w:t>الفئة المستهدفة: الطلاب والطالبات</w:t>
      </w:r>
      <w:r>
        <w:rPr>
          <w:sz w:val="26"/>
        </w:rPr>
        <w:br/>
        <w:t>موعد التنفيذ: شوال ١٤٤٨هـ</w:t>
      </w:r>
    </w:p>
    <w:p w14:paraId="4A1C680F" w14:textId="77777777" w:rsidR="009117E3" w:rsidRDefault="00787C0B">
      <w:pPr>
        <w:bidi/>
        <w:jc w:val="center"/>
      </w:pPr>
      <w:r>
        <w:rPr>
          <w:b/>
          <w:sz w:val="30"/>
        </w:rPr>
        <w:t>كونوا قدوة في الالتزام… فالانضباط بداية كل نجاح.</w:t>
      </w:r>
    </w:p>
    <w:p w14:paraId="48CFECCB" w14:textId="77777777" w:rsidR="006932F3" w:rsidRPr="005E719B" w:rsidRDefault="006932F3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منفذة المبادرة </w:t>
      </w:r>
    </w:p>
    <w:p w14:paraId="6BBBF179" w14:textId="77777777" w:rsidR="006932F3" w:rsidRDefault="006932F3" w:rsidP="00C50B97">
      <w:pPr>
        <w:bidi/>
        <w:jc w:val="center"/>
        <w:rPr>
          <w:b/>
          <w:bCs/>
          <w:rtl/>
        </w:rPr>
      </w:pPr>
      <w:r w:rsidRPr="005E719B">
        <w:rPr>
          <w:rFonts w:hint="cs"/>
          <w:b/>
          <w:bCs/>
          <w:rtl/>
        </w:rPr>
        <w:t xml:space="preserve">الموجهة الطلابية : </w:t>
      </w:r>
      <w:r>
        <w:rPr>
          <w:rFonts w:hint="cs"/>
          <w:b/>
          <w:bCs/>
          <w:rtl/>
        </w:rPr>
        <w:t xml:space="preserve"> </w:t>
      </w:r>
      <w:r w:rsidRPr="005E719B">
        <w:rPr>
          <w:rFonts w:hint="cs"/>
          <w:b/>
          <w:bCs/>
          <w:rtl/>
        </w:rPr>
        <w:t>نادية الجهني</w:t>
      </w:r>
      <w:r>
        <w:rPr>
          <w:rFonts w:hint="cs"/>
          <w:b/>
          <w:bCs/>
          <w:rtl/>
        </w:rPr>
        <w:t xml:space="preserve"> و </w:t>
      </w:r>
      <w:r w:rsidRPr="005E719B">
        <w:rPr>
          <w:rFonts w:hint="cs"/>
          <w:b/>
          <w:bCs/>
          <w:rtl/>
        </w:rPr>
        <w:t xml:space="preserve">منال الحربي </w:t>
      </w:r>
    </w:p>
    <w:p w14:paraId="242BA4F9" w14:textId="77777777" w:rsidR="006932F3" w:rsidRPr="005E719B" w:rsidRDefault="006932F3" w:rsidP="00C50B9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وكيلة الشؤون الطلابية </w:t>
      </w:r>
      <w:r w:rsidRPr="005E719B"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</w:rPr>
        <w:t xml:space="preserve"> منه الميلبي </w:t>
      </w:r>
    </w:p>
    <w:p w14:paraId="39649B3B" w14:textId="77777777" w:rsidR="006932F3" w:rsidRPr="005E719B" w:rsidRDefault="006932F3" w:rsidP="00C50B97">
      <w:pPr>
        <w:bidi/>
        <w:jc w:val="center"/>
        <w:rPr>
          <w:b/>
          <w:bCs/>
          <w:rtl/>
        </w:rPr>
      </w:pPr>
    </w:p>
    <w:p w14:paraId="63A3F7CE" w14:textId="77777777" w:rsidR="006932F3" w:rsidRDefault="006932F3" w:rsidP="00C50B97">
      <w:pPr>
        <w:bidi/>
        <w:jc w:val="center"/>
      </w:pPr>
      <w:r>
        <w:rPr>
          <w:b/>
        </w:rPr>
        <w:t>مديرة المدرسة</w:t>
      </w:r>
      <w:r>
        <w:rPr>
          <w:b/>
        </w:rPr>
        <w:br/>
        <w:t>عزة الحويطي</w:t>
      </w:r>
    </w:p>
    <w:p w14:paraId="10D17847" w14:textId="77777777" w:rsidR="00F76F30" w:rsidRDefault="00F76F30">
      <w:pPr>
        <w:bidi/>
        <w:jc w:val="center"/>
        <w:rPr>
          <w:b/>
          <w:sz w:val="48"/>
          <w:rtl/>
        </w:rPr>
      </w:pPr>
    </w:p>
    <w:p w14:paraId="49F5ADF9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74F1A35B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39992A06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193874E0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6221ECD0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2EC1DD93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5AFDBB6C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0EBFB0FD" w14:textId="77777777" w:rsidR="00F76F30" w:rsidRDefault="00F76F30" w:rsidP="00F76F30">
      <w:pPr>
        <w:bidi/>
        <w:jc w:val="center"/>
        <w:rPr>
          <w:b/>
          <w:sz w:val="48"/>
          <w:rtl/>
        </w:rPr>
      </w:pPr>
    </w:p>
    <w:p w14:paraId="350017C7" w14:textId="530C0243" w:rsidR="009117E3" w:rsidRDefault="00787C0B" w:rsidP="00F76F30">
      <w:pPr>
        <w:bidi/>
        <w:jc w:val="center"/>
      </w:pPr>
      <w:r>
        <w:rPr>
          <w:b/>
          <w:sz w:val="48"/>
        </w:rPr>
        <w:t>شــهــادة شــكــر وتــقــديــر</w:t>
      </w:r>
    </w:p>
    <w:p w14:paraId="5F9CF140" w14:textId="77777777" w:rsidR="009117E3" w:rsidRDefault="00787C0B">
      <w:pPr>
        <w:bidi/>
        <w:jc w:val="center"/>
      </w:pPr>
      <w:r>
        <w:rPr>
          <w:sz w:val="28"/>
        </w:rPr>
        <w:t>تتقدم إدارة مدرسة القراصة للطفولة المبكرة ومتوسطة القراصة</w:t>
      </w:r>
      <w:r>
        <w:rPr>
          <w:sz w:val="28"/>
        </w:rPr>
        <w:br/>
        <w:t>بخالص الشكر والتقدير إلى</w:t>
      </w:r>
    </w:p>
    <w:p w14:paraId="22E01ACA" w14:textId="77777777" w:rsidR="009117E3" w:rsidRDefault="009117E3">
      <w:pPr>
        <w:bidi/>
        <w:jc w:val="center"/>
      </w:pPr>
    </w:p>
    <w:p w14:paraId="6247F0E7" w14:textId="77777777" w:rsidR="00C423E6" w:rsidRDefault="00C423E6">
      <w:pPr>
        <w:bidi/>
        <w:jc w:val="center"/>
        <w:rPr>
          <w:b/>
          <w:sz w:val="36"/>
          <w:rtl/>
        </w:rPr>
      </w:pPr>
    </w:p>
    <w:p w14:paraId="0A707880" w14:textId="6F076242" w:rsidR="009117E3" w:rsidRDefault="00787C0B" w:rsidP="00C423E6">
      <w:pPr>
        <w:bidi/>
        <w:jc w:val="center"/>
      </w:pPr>
      <w:r>
        <w:rPr>
          <w:b/>
          <w:sz w:val="36"/>
        </w:rPr>
        <w:t xml:space="preserve">الطالب / الطالبة  </w:t>
      </w:r>
      <w:r w:rsidR="005D1820">
        <w:rPr>
          <w:rFonts w:hint="cs"/>
          <w:rtl/>
        </w:rPr>
        <w:t xml:space="preserve"> </w:t>
      </w:r>
      <w:r w:rsidR="005D1820" w:rsidRPr="00B75D93">
        <w:rPr>
          <w:rFonts w:hint="cs"/>
          <w:b/>
          <w:bCs/>
          <w:rtl/>
        </w:rPr>
        <w:t>:</w:t>
      </w:r>
      <w:r w:rsidR="005D1820">
        <w:rPr>
          <w:rFonts w:hint="cs"/>
          <w:rtl/>
        </w:rPr>
        <w:t xml:space="preserve"> </w:t>
      </w:r>
      <w:r w:rsidR="005D1820">
        <w:rPr>
          <w:b/>
          <w:sz w:val="36"/>
        </w:rPr>
        <w:t>........................................................................</w:t>
      </w:r>
    </w:p>
    <w:p w14:paraId="17CB740F" w14:textId="77777777" w:rsidR="009117E3" w:rsidRDefault="00787C0B">
      <w:pPr>
        <w:bidi/>
        <w:jc w:val="center"/>
      </w:pPr>
      <w:r>
        <w:rPr>
          <w:sz w:val="28"/>
        </w:rPr>
        <w:t>تقديرًا لتميزه/تميزها والتزامه/التزامها بالانضباط المدرسي ضمن مبادرة «دقيقة تصنع فرقاً»، وما أظهره/أظهرته من حرصٍ ومسؤوليةٍ وسلوكٍ إيجابي، سائلين الله له/لها مزيدًا من التوفيق والنجاح.</w:t>
      </w:r>
    </w:p>
    <w:p w14:paraId="733027B5" w14:textId="77777777" w:rsidR="009117E3" w:rsidRDefault="00787C0B">
      <w:pPr>
        <w:bidi/>
        <w:jc w:val="center"/>
      </w:pPr>
      <w:r>
        <w:rPr>
          <w:b/>
          <w:sz w:val="26"/>
        </w:rPr>
        <w:t>مع خالص التقدير والاعتزاز</w:t>
      </w:r>
    </w:p>
    <w:p w14:paraId="197036CE" w14:textId="77777777" w:rsidR="009117E3" w:rsidRDefault="00787C0B">
      <w:pPr>
        <w:bidi/>
        <w:jc w:val="center"/>
      </w:pPr>
      <w:r>
        <w:rPr>
          <w:sz w:val="24"/>
        </w:rPr>
        <w:t>التاريخ:  ........................................ هـ</w:t>
      </w:r>
    </w:p>
    <w:p w14:paraId="00F32D78" w14:textId="77777777" w:rsidR="009117E3" w:rsidRDefault="00787C0B">
      <w:pPr>
        <w:bidi/>
        <w:jc w:val="center"/>
      </w:pPr>
      <w:r>
        <w:rPr>
          <w:b/>
          <w:sz w:val="24"/>
        </w:rPr>
        <w:t>مديرة المدرسة</w:t>
      </w:r>
      <w:r>
        <w:rPr>
          <w:b/>
          <w:sz w:val="24"/>
        </w:rPr>
        <w:br/>
        <w:t>عزة الحويطي</w:t>
      </w:r>
      <w:r>
        <w:rPr>
          <w:b/>
          <w:sz w:val="24"/>
        </w:rPr>
        <w:br/>
        <w:t>التوقيع والختم:  ........................................</w:t>
      </w:r>
    </w:p>
    <w:sectPr w:rsidR="009117E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850" w:bottom="90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8B1094" w14:textId="77777777" w:rsidR="008C7DA1" w:rsidRDefault="008C7DA1" w:rsidP="008C7DA1">
      <w:pPr>
        <w:spacing w:after="0" w:line="240" w:lineRule="auto"/>
      </w:pPr>
      <w:r>
        <w:separator/>
      </w:r>
    </w:p>
  </w:endnote>
  <w:endnote w:type="continuationSeparator" w:id="0">
    <w:p w14:paraId="4D4EAB95" w14:textId="77777777" w:rsidR="008C7DA1" w:rsidRDefault="008C7DA1" w:rsidP="008C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FED744" w14:textId="77777777" w:rsidR="007E0E5A" w:rsidRDefault="007E0E5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495A97" w14:textId="77777777" w:rsidR="007E0E5A" w:rsidRDefault="007E0E5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EABC3C" w14:textId="77777777" w:rsidR="007E0E5A" w:rsidRDefault="007E0E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FB00E4" w14:textId="77777777" w:rsidR="008C7DA1" w:rsidRDefault="008C7DA1" w:rsidP="008C7DA1">
      <w:pPr>
        <w:spacing w:after="0" w:line="240" w:lineRule="auto"/>
      </w:pPr>
      <w:r>
        <w:separator/>
      </w:r>
    </w:p>
  </w:footnote>
  <w:footnote w:type="continuationSeparator" w:id="0">
    <w:p w14:paraId="10B90462" w14:textId="77777777" w:rsidR="008C7DA1" w:rsidRDefault="008C7DA1" w:rsidP="008C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11EED" w14:textId="77777777" w:rsidR="007E0E5A" w:rsidRDefault="007E0E5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afa"/>
      <w:bidiVisual/>
      <w:tblW w:w="0" w:type="auto"/>
      <w:tblBorders>
        <w:top w:val="none" w:sz="0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3"/>
      <w:gridCol w:w="3584"/>
      <w:gridCol w:w="3589"/>
    </w:tblGrid>
    <w:tr w:rsidR="008C7DA1" w:rsidRPr="008C7DA1" w14:paraId="26C47216" w14:textId="77777777" w:rsidTr="00C50B97">
      <w:trPr>
        <w:trHeight w:val="416"/>
      </w:trPr>
      <w:tc>
        <w:tcPr>
          <w:tcW w:w="3662" w:type="dxa"/>
          <w:vAlign w:val="center"/>
        </w:tcPr>
        <w:p w14:paraId="3AD337D0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  <w:t>المملكة العربية السعودية</w:t>
          </w:r>
        </w:p>
      </w:tc>
      <w:tc>
        <w:tcPr>
          <w:tcW w:w="3663" w:type="dxa"/>
          <w:vAlign w:val="center"/>
        </w:tcPr>
        <w:p w14:paraId="5410F742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  <w:t>بسم الله الرحمن الرحيم</w:t>
          </w:r>
        </w:p>
      </w:tc>
      <w:tc>
        <w:tcPr>
          <w:tcW w:w="3663" w:type="dxa"/>
          <w:vAlign w:val="center"/>
        </w:tcPr>
        <w:p w14:paraId="29EA90DF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</w:p>
      </w:tc>
    </w:tr>
    <w:tr w:rsidR="008C7DA1" w:rsidRPr="008C7DA1" w14:paraId="536F2F76" w14:textId="77777777" w:rsidTr="00C50B97">
      <w:trPr>
        <w:trHeight w:val="416"/>
      </w:trPr>
      <w:tc>
        <w:tcPr>
          <w:tcW w:w="3662" w:type="dxa"/>
          <w:vAlign w:val="center"/>
        </w:tcPr>
        <w:p w14:paraId="59597CE0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  <w:t>وزارة التعليم</w:t>
          </w:r>
        </w:p>
      </w:tc>
      <w:tc>
        <w:tcPr>
          <w:tcW w:w="3663" w:type="dxa"/>
          <w:vMerge w:val="restart"/>
          <w:vAlign w:val="center"/>
        </w:tcPr>
        <w:p w14:paraId="591870C5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noProof/>
              <w:sz w:val="24"/>
              <w:szCs w:val="24"/>
              <w:rtl/>
            </w:rPr>
            <w:drawing>
              <wp:anchor distT="0" distB="0" distL="114300" distR="114300" simplePos="0" relativeHeight="251659264" behindDoc="0" locked="0" layoutInCell="1" allowOverlap="1" wp14:anchorId="404DA22B" wp14:editId="7D533245">
                <wp:simplePos x="0" y="0"/>
                <wp:positionH relativeFrom="column">
                  <wp:posOffset>12700</wp:posOffset>
                </wp:positionH>
                <wp:positionV relativeFrom="paragraph">
                  <wp:posOffset>-13970</wp:posOffset>
                </wp:positionV>
                <wp:extent cx="2181225" cy="742950"/>
                <wp:effectExtent l="0" t="0" r="9525" b="0"/>
                <wp:wrapNone/>
                <wp:docPr id="1667653324" name="صورة 1667653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تعليم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63" w:type="dxa"/>
          <w:vAlign w:val="center"/>
        </w:tcPr>
        <w:p w14:paraId="19AB15C7" w14:textId="71F0BF65" w:rsidR="008C7DA1" w:rsidRPr="006E121F" w:rsidRDefault="008C7DA1" w:rsidP="008C7DA1">
          <w:pPr>
            <w:bidi/>
            <w:spacing w:after="200" w:line="276" w:lineRule="auto"/>
            <w:jc w:val="center"/>
            <w:rPr>
              <w:rFonts w:eastAsia="Arial"/>
              <w:sz w:val="26"/>
              <w:szCs w:val="26"/>
              <w:rtl/>
            </w:rPr>
          </w:pPr>
          <w:r w:rsidRPr="006E121F">
            <w:rPr>
              <w:rFonts w:asciiTheme="majorBidi" w:eastAsiaTheme="minorHAnsi" w:hAnsiTheme="majorBidi" w:cs="Times New Roman"/>
              <w:b/>
              <w:bCs/>
              <w:sz w:val="26"/>
              <w:szCs w:val="26"/>
              <w:rtl/>
            </w:rPr>
            <w:t>ملف الانضباط المدرسي</w:t>
          </w:r>
        </w:p>
      </w:tc>
    </w:tr>
    <w:tr w:rsidR="008C7DA1" w:rsidRPr="008C7DA1" w14:paraId="2AB0AF35" w14:textId="77777777" w:rsidTr="00C50B97">
      <w:trPr>
        <w:trHeight w:val="416"/>
      </w:trPr>
      <w:tc>
        <w:tcPr>
          <w:tcW w:w="3662" w:type="dxa"/>
          <w:vAlign w:val="center"/>
        </w:tcPr>
        <w:p w14:paraId="6B7C963C" w14:textId="407259C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sz w:val="20"/>
              <w:szCs w:val="20"/>
              <w:rtl/>
            </w:rPr>
            <w:t xml:space="preserve">الإدارة العامة للتعليم بمنطقة </w:t>
          </w:r>
          <w:r w:rsidR="007E0E5A">
            <w:rPr>
              <w:rFonts w:asciiTheme="majorBidi" w:eastAsiaTheme="minorHAnsi" w:hAnsiTheme="majorBidi" w:cstheme="majorBidi" w:hint="cs"/>
              <w:b/>
              <w:bCs/>
              <w:sz w:val="20"/>
              <w:szCs w:val="20"/>
              <w:rtl/>
            </w:rPr>
            <w:t>المدينة المنورة</w:t>
          </w:r>
        </w:p>
      </w:tc>
      <w:tc>
        <w:tcPr>
          <w:tcW w:w="3663" w:type="dxa"/>
          <w:vMerge/>
          <w:vAlign w:val="center"/>
        </w:tcPr>
        <w:p w14:paraId="259C69DE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</w:p>
      </w:tc>
      <w:tc>
        <w:tcPr>
          <w:tcW w:w="3663" w:type="dxa"/>
          <w:vAlign w:val="center"/>
        </w:tcPr>
        <w:p w14:paraId="7C963D0A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</w:p>
      </w:tc>
    </w:tr>
    <w:tr w:rsidR="008C7DA1" w:rsidRPr="008C7DA1" w14:paraId="57A3C1C6" w14:textId="77777777" w:rsidTr="00C50B97">
      <w:trPr>
        <w:trHeight w:val="416"/>
      </w:trPr>
      <w:tc>
        <w:tcPr>
          <w:tcW w:w="3662" w:type="dxa"/>
          <w:vAlign w:val="center"/>
        </w:tcPr>
        <w:p w14:paraId="573E406C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18"/>
              <w:szCs w:val="18"/>
              <w:rtl/>
            </w:rPr>
          </w:pPr>
          <w:r w:rsidRPr="008C7DA1">
            <w:rPr>
              <w:rFonts w:asciiTheme="majorBidi" w:eastAsiaTheme="minorHAnsi" w:hAnsiTheme="majorBidi" w:cstheme="majorBidi"/>
              <w:b/>
              <w:bCs/>
              <w:sz w:val="18"/>
              <w:szCs w:val="18"/>
              <w:rtl/>
            </w:rPr>
            <w:t>ابتدائية القراصة للطفولة المبكرة و متوسطة القراصة</w:t>
          </w:r>
        </w:p>
      </w:tc>
      <w:tc>
        <w:tcPr>
          <w:tcW w:w="3663" w:type="dxa"/>
          <w:vMerge/>
          <w:vAlign w:val="center"/>
        </w:tcPr>
        <w:p w14:paraId="0A3A439B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</w:p>
      </w:tc>
      <w:tc>
        <w:tcPr>
          <w:tcW w:w="3663" w:type="dxa"/>
          <w:vAlign w:val="center"/>
        </w:tcPr>
        <w:p w14:paraId="78405903" w14:textId="77777777" w:rsidR="008C7DA1" w:rsidRPr="008C7DA1" w:rsidRDefault="008C7DA1" w:rsidP="008C7DA1">
          <w:pPr>
            <w:bidi/>
            <w:spacing w:after="200" w:line="276" w:lineRule="auto"/>
            <w:jc w:val="center"/>
            <w:rPr>
              <w:rFonts w:asciiTheme="majorBidi" w:eastAsiaTheme="minorHAnsi" w:hAnsiTheme="majorBidi" w:cstheme="majorBidi"/>
              <w:b/>
              <w:bCs/>
              <w:sz w:val="24"/>
              <w:szCs w:val="24"/>
              <w:rtl/>
            </w:rPr>
          </w:pPr>
        </w:p>
      </w:tc>
    </w:tr>
  </w:tbl>
  <w:p w14:paraId="2CE0FFA7" w14:textId="77777777" w:rsidR="008C7DA1" w:rsidRDefault="008C7DA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DDCC21" w14:textId="77777777" w:rsidR="007E0E5A" w:rsidRDefault="007E0E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646DD"/>
    <w:multiLevelType w:val="hybridMultilevel"/>
    <w:tmpl w:val="F346664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D6E01"/>
    <w:multiLevelType w:val="hybridMultilevel"/>
    <w:tmpl w:val="F746D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55554"/>
    <w:multiLevelType w:val="hybridMultilevel"/>
    <w:tmpl w:val="A35A2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50620"/>
    <w:multiLevelType w:val="hybridMultilevel"/>
    <w:tmpl w:val="1C007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54F23"/>
    <w:multiLevelType w:val="hybridMultilevel"/>
    <w:tmpl w:val="E4CE3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06720"/>
    <w:multiLevelType w:val="hybridMultilevel"/>
    <w:tmpl w:val="29761C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324BE"/>
    <w:multiLevelType w:val="hybridMultilevel"/>
    <w:tmpl w:val="95E05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352DE"/>
    <w:multiLevelType w:val="hybridMultilevel"/>
    <w:tmpl w:val="B80AF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F04D1"/>
    <w:multiLevelType w:val="hybridMultilevel"/>
    <w:tmpl w:val="CB1ED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954BE"/>
    <w:multiLevelType w:val="hybridMultilevel"/>
    <w:tmpl w:val="668CA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C4DC9"/>
    <w:multiLevelType w:val="hybridMultilevel"/>
    <w:tmpl w:val="DE08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433E4"/>
    <w:multiLevelType w:val="hybridMultilevel"/>
    <w:tmpl w:val="00FE5D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77C06"/>
    <w:multiLevelType w:val="hybridMultilevel"/>
    <w:tmpl w:val="61DCD4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67411"/>
    <w:multiLevelType w:val="hybridMultilevel"/>
    <w:tmpl w:val="D45C7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E1752"/>
    <w:multiLevelType w:val="hybridMultilevel"/>
    <w:tmpl w:val="D84A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2205D"/>
    <w:multiLevelType w:val="hybridMultilevel"/>
    <w:tmpl w:val="1C647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C60C1"/>
    <w:multiLevelType w:val="hybridMultilevel"/>
    <w:tmpl w:val="2F009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02068">
    <w:abstractNumId w:val="8"/>
  </w:num>
  <w:num w:numId="2" w16cid:durableId="1523739746">
    <w:abstractNumId w:val="6"/>
  </w:num>
  <w:num w:numId="3" w16cid:durableId="584805865">
    <w:abstractNumId w:val="5"/>
  </w:num>
  <w:num w:numId="4" w16cid:durableId="783693159">
    <w:abstractNumId w:val="4"/>
  </w:num>
  <w:num w:numId="5" w16cid:durableId="1223365639">
    <w:abstractNumId w:val="7"/>
  </w:num>
  <w:num w:numId="6" w16cid:durableId="932779426">
    <w:abstractNumId w:val="3"/>
  </w:num>
  <w:num w:numId="7" w16cid:durableId="1356420302">
    <w:abstractNumId w:val="2"/>
  </w:num>
  <w:num w:numId="8" w16cid:durableId="361563961">
    <w:abstractNumId w:val="1"/>
  </w:num>
  <w:num w:numId="9" w16cid:durableId="151679362">
    <w:abstractNumId w:val="0"/>
  </w:num>
  <w:num w:numId="10" w16cid:durableId="1446928326">
    <w:abstractNumId w:val="9"/>
  </w:num>
  <w:num w:numId="11" w16cid:durableId="1581795291">
    <w:abstractNumId w:val="19"/>
  </w:num>
  <w:num w:numId="12" w16cid:durableId="118496046">
    <w:abstractNumId w:val="17"/>
  </w:num>
  <w:num w:numId="13" w16cid:durableId="1066298987">
    <w:abstractNumId w:val="18"/>
  </w:num>
  <w:num w:numId="14" w16cid:durableId="382679504">
    <w:abstractNumId w:val="12"/>
  </w:num>
  <w:num w:numId="15" w16cid:durableId="2060014840">
    <w:abstractNumId w:val="25"/>
  </w:num>
  <w:num w:numId="16" w16cid:durableId="2077588667">
    <w:abstractNumId w:val="22"/>
  </w:num>
  <w:num w:numId="17" w16cid:durableId="1486775025">
    <w:abstractNumId w:val="23"/>
  </w:num>
  <w:num w:numId="18" w16cid:durableId="251283193">
    <w:abstractNumId w:val="14"/>
  </w:num>
  <w:num w:numId="19" w16cid:durableId="4483220">
    <w:abstractNumId w:val="15"/>
  </w:num>
  <w:num w:numId="20" w16cid:durableId="894003806">
    <w:abstractNumId w:val="13"/>
  </w:num>
  <w:num w:numId="21" w16cid:durableId="302584416">
    <w:abstractNumId w:val="11"/>
  </w:num>
  <w:num w:numId="22" w16cid:durableId="966206894">
    <w:abstractNumId w:val="21"/>
  </w:num>
  <w:num w:numId="23" w16cid:durableId="1843079018">
    <w:abstractNumId w:val="16"/>
  </w:num>
  <w:num w:numId="24" w16cid:durableId="1956254870">
    <w:abstractNumId w:val="20"/>
  </w:num>
  <w:num w:numId="25" w16cid:durableId="934703079">
    <w:abstractNumId w:val="10"/>
  </w:num>
  <w:num w:numId="26" w16cid:durableId="1272544237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FC9"/>
    <w:rsid w:val="00034616"/>
    <w:rsid w:val="00040446"/>
    <w:rsid w:val="0006063C"/>
    <w:rsid w:val="000A6F78"/>
    <w:rsid w:val="000B72A1"/>
    <w:rsid w:val="000E214E"/>
    <w:rsid w:val="001222B9"/>
    <w:rsid w:val="001241EE"/>
    <w:rsid w:val="0015074B"/>
    <w:rsid w:val="00190816"/>
    <w:rsid w:val="001C5E54"/>
    <w:rsid w:val="001E53E8"/>
    <w:rsid w:val="00230F95"/>
    <w:rsid w:val="00255F5B"/>
    <w:rsid w:val="0027031B"/>
    <w:rsid w:val="0029639D"/>
    <w:rsid w:val="00297BFD"/>
    <w:rsid w:val="00316221"/>
    <w:rsid w:val="00322A92"/>
    <w:rsid w:val="00326F90"/>
    <w:rsid w:val="003902BA"/>
    <w:rsid w:val="003F7236"/>
    <w:rsid w:val="004266E9"/>
    <w:rsid w:val="0049316F"/>
    <w:rsid w:val="004B0050"/>
    <w:rsid w:val="004C3304"/>
    <w:rsid w:val="004D6DAE"/>
    <w:rsid w:val="00510FF9"/>
    <w:rsid w:val="00523019"/>
    <w:rsid w:val="0055294C"/>
    <w:rsid w:val="00565746"/>
    <w:rsid w:val="00572BB8"/>
    <w:rsid w:val="005859E3"/>
    <w:rsid w:val="005C6124"/>
    <w:rsid w:val="005D1820"/>
    <w:rsid w:val="005E719B"/>
    <w:rsid w:val="006401AB"/>
    <w:rsid w:val="00666F16"/>
    <w:rsid w:val="00667489"/>
    <w:rsid w:val="006932F3"/>
    <w:rsid w:val="006E121F"/>
    <w:rsid w:val="006E12DF"/>
    <w:rsid w:val="00702547"/>
    <w:rsid w:val="00703206"/>
    <w:rsid w:val="00742D86"/>
    <w:rsid w:val="00787C0B"/>
    <w:rsid w:val="00796CA6"/>
    <w:rsid w:val="007A0C68"/>
    <w:rsid w:val="007E0E5A"/>
    <w:rsid w:val="0081540F"/>
    <w:rsid w:val="00825A2F"/>
    <w:rsid w:val="00840BEA"/>
    <w:rsid w:val="00873215"/>
    <w:rsid w:val="008C7DA1"/>
    <w:rsid w:val="00900DEB"/>
    <w:rsid w:val="009117E3"/>
    <w:rsid w:val="00961A30"/>
    <w:rsid w:val="00980321"/>
    <w:rsid w:val="009A000B"/>
    <w:rsid w:val="009A6F11"/>
    <w:rsid w:val="009C0043"/>
    <w:rsid w:val="00A54CAC"/>
    <w:rsid w:val="00A623B8"/>
    <w:rsid w:val="00A9369A"/>
    <w:rsid w:val="00AA1D8D"/>
    <w:rsid w:val="00AB73D1"/>
    <w:rsid w:val="00AC5F6F"/>
    <w:rsid w:val="00AD18FE"/>
    <w:rsid w:val="00AD57D1"/>
    <w:rsid w:val="00B1758F"/>
    <w:rsid w:val="00B27568"/>
    <w:rsid w:val="00B47730"/>
    <w:rsid w:val="00B52E90"/>
    <w:rsid w:val="00B617FE"/>
    <w:rsid w:val="00B75D93"/>
    <w:rsid w:val="00BB1366"/>
    <w:rsid w:val="00BB31F8"/>
    <w:rsid w:val="00BD6A9C"/>
    <w:rsid w:val="00BF37E5"/>
    <w:rsid w:val="00C04603"/>
    <w:rsid w:val="00C275F9"/>
    <w:rsid w:val="00C423E6"/>
    <w:rsid w:val="00C54120"/>
    <w:rsid w:val="00C84AFC"/>
    <w:rsid w:val="00CB0664"/>
    <w:rsid w:val="00D658C4"/>
    <w:rsid w:val="00D8343A"/>
    <w:rsid w:val="00D91968"/>
    <w:rsid w:val="00D9606D"/>
    <w:rsid w:val="00DE691A"/>
    <w:rsid w:val="00E0359F"/>
    <w:rsid w:val="00E225D5"/>
    <w:rsid w:val="00E4750C"/>
    <w:rsid w:val="00E52137"/>
    <w:rsid w:val="00ED57F2"/>
    <w:rsid w:val="00EE6C01"/>
    <w:rsid w:val="00EF36CD"/>
    <w:rsid w:val="00EF4986"/>
    <w:rsid w:val="00F2040C"/>
    <w:rsid w:val="00F47F9B"/>
    <w:rsid w:val="00F76F30"/>
    <w:rsid w:val="00FC693F"/>
    <w:rsid w:val="00F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5DEE1A1B"/>
  <w14:defaultImageDpi w14:val="300"/>
  <w15:docId w15:val="{6AB55A9E-E819-144A-BEAE-7B3D6C58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hlm aml</cp:lastModifiedBy>
  <cp:revision>2</cp:revision>
  <dcterms:created xsi:type="dcterms:W3CDTF">2026-09-14T17:10:00Z</dcterms:created>
  <dcterms:modified xsi:type="dcterms:W3CDTF">2026-09-14T17:10:00Z</dcterms:modified>
  <cp:category/>
</cp:coreProperties>
</file>